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Ana Salon — Ana Salon 2 (11. oturum) — Arapça / çalışma metni</w:t>
      </w:r>
    </w:p>
    <w:p>
      <w:r>
        <w:t>05.10.2026 • Felsefî ve Bilimsel Yaklaşımlar Işığında Risale-i Nur’da Epistemoloji ve Ontoloji</w:t>
      </w:r>
    </w:p>
    <w:p>
      <w:hyperlink r:id="rId9">
        <w:r>
          <w:rPr>
            <w:color w:val="1155CC"/>
            <w:u w:val="single"/>
          </w:rPr>
          <w:t>Videoyu aç</w:t>
        </w:r>
      </w:hyperlink>
    </w:p>
    <w:p>
      <w:r>
        <w:t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>
      <w:r>
        <w:t>Bu belge Arapça altyazı sürümüdür; özgün konuşmaların yanı sıra çeviri bölümleri içerebilir.</w:t>
      </w:r>
    </w:p>
    <w:p>
      <w:pPr>
        <w:keepNext/>
      </w:pPr>
      <w:hyperlink r:id="rId10">
        <w:r>
          <w:rPr>
            <w:color w:val="1155CC"/>
            <w:u w:val="single"/>
          </w:rPr>
          <w:t>00:00:03 – 00:00:15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‏لنبدأ على مهل إن شئتم. لقد تجاوزنا الحادية عشرة.‏ ‏أستاذنا ألب أرسلان أجيكغنتش.‏ ‏أستاذنا، تفضلوا إلى المنصة.‏</w:t>
      </w:r>
    </w:p>
    <w:p>
      <w:pPr>
        <w:keepNext/>
      </w:pPr>
      <w:hyperlink r:id="rId11">
        <w:r>
          <w:rPr>
            <w:color w:val="1155CC"/>
            <w:u w:val="single"/>
          </w:rPr>
          <w:t>00:00:57 – 00:01:30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‏أستاذنا، يمكننا البدء حين تقولون إنكم مستعدون. أستاذنا ألب أرسلان.‏ ‏بسم الله الرحمن الرحيم. حين تقولون إنكم مستعدون، [خمسة أشخاص؟].‏ ‏أنا مستعد، لكنهم هناك غير مستعدين.‏ ‏هل العرض جاهز من هناك، أستاذنا؟‏ ‏لم تطلبوا تحميله، أليس كذلك، أستاذنا؟‏ ‏أستاذنا ألب أرسلان، العرض [تم تحميله؟].‏ ‏لكنه أرسله من قبل، أستاذنا.‏ ‏نعم نعم، قالوا «حملته»، لكن الآن من هناك‏ ‏[لن يتطرق إليه؟]، أستاذنا.‏ ‏هل ترغبون، أم، أستاذنا؟ طبعا، ذلك.‏ ‏نعم.‏</w:t>
      </w:r>
    </w:p>
    <w:p>
      <w:pPr>
        <w:keepNext/>
      </w:pPr>
      <w:hyperlink r:id="rId12">
        <w:r>
          <w:rPr>
            <w:color w:val="1155CC"/>
            <w:u w:val="single"/>
          </w:rPr>
          <w:t>00:01:40 – 00:02:20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‏هل أنتم مستعدون؟‏ ‏يمكنكم عرضه. لنبدأ على مهل.‏ ‏أستاذنا، ما شاء الله. نحن نحافظ على شبابنا.‏ ‏هل نحن مستعدون، أيها الأصدقاء؟‏ ‏أستاذنا، كان آخر استماعنا لكم في سامسون.‏ ‏[إفه يول؟]‏ ‏[90؟]. [90؟].‏ ‏هل نبدأ؟ لا. [90؟]. لا.‏ ‏بعد عام 2000، أستاذنا. بعد عام 2000، أستاذنا.‏</w:t>
      </w:r>
    </w:p>
    <w:p>
      <w:pPr>
        <w:keepNext/>
      </w:pPr>
      <w:hyperlink r:id="rId13">
        <w:r>
          <w:rPr>
            <w:color w:val="1155CC"/>
            <w:u w:val="single"/>
          </w:rPr>
          <w:t>00:02:20 – 00:03:02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‏جئتم بعد عام 2000.‏ ‏إنها الحادية عشرة وخمس دقائق، أستاذنا.‏ ‏بسم الله. لنبدأ.‏ ‏السلام عليكم.‏ ‏بسم الله الرحمن الرحيم. [عبارة الدعاء غير واضحة.]‏ ‏اليوم في القاعة الرئيسية من الحادية عشرة إلى الثانية عشرة والنصف،‏ ‏في ضوء المقاربات الفلسفية والعلمية،‏ ‏أهلا بكم في جلسة نظرية المعرفة والوجود في رسائل النور.‏ ‏جلستنا الأولى، متحدثنا الأول، أستاذنا العزيز ألب أرسلان أجيكغنتش،‏ ‏سنستمع إلى تقييمه لتحليل معرفي لمجموعة رسائل النور.‏ ‏تفضلوا، أستاذنا. لعل العرض لم يبدأ، لكن أستاذنا،‏</w:t>
      </w:r>
    </w:p>
    <w:p>
      <w:pPr>
        <w:keepNext/>
      </w:pPr>
      <w:hyperlink r:id="rId14">
        <w:r>
          <w:rPr>
            <w:color w:val="1155CC"/>
            <w:u w:val="single"/>
          </w:rPr>
          <w:t>00:03:02 – 00:03:35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‏قالوا خمس عشرة، لكننا على الأرجح سنرضى بعشرين.‏ ‏خلفكم [اعرض؟]، أستاذنا. خلفكم تماما.‏ ‏أستاذنا ألب أرسلان، خلفكم تماما [عرض؟]. إذن أنا هكذا…‏</w:t>
      </w:r>
    </w:p>
    <w:p>
      <w:pPr>
        <w:keepNext/>
      </w:pPr>
      <w:hyperlink r:id="rId15">
        <w:r>
          <w:rPr>
            <w:color w:val="1155CC"/>
            <w:u w:val="single"/>
          </w:rPr>
          <w:t>00:04:05 – 00:04:49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‏بسم الله الرحمن الرحيم. الحمد لله رب العالمين.‏ ‏والصلاة والسلام على رسولنا محمد وعلى آله وأصحابه أجمعين.‏ ‏من خلال موضوع فلسفي سأحاول أن أوضح‏ ‏فهم المعرفة في رسائل النور، أو بالأحرى‏ ‏نظرية المعرفة فيها.‏ ‏ولكن علينا أولا أن نعرض‏ ‏النقطة الآتية.‏ ‏إن معرفة غاية تأليف كتاب تزيد‏ ‏الاستفادة منه. لذلك يجب أن نفهم جيدا الغاية‏</w:t>
      </w:r>
    </w:p>
    <w:p>
      <w:pPr>
        <w:keepNext/>
      </w:pPr>
      <w:hyperlink r:id="rId16">
        <w:r>
          <w:rPr>
            <w:color w:val="1155CC"/>
            <w:u w:val="single"/>
          </w:rPr>
          <w:t>00:04:49 – 00:05:32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‏من تأليف رسائل النور. وهذا قد يقودنا أحيانا‏ ‏إلى تأويلات خاطئة.‏ ‏سأستخدم تعبير اليوم عن رسائل النور، وإن شاء الله لن يساء فهمي.‏ ‏رسائل النور ليست مؤلفات علمية، أي ليست عملا علميا.‏ ‏وطبعا ستستفيد من الموضوعات العلمية.‏ ‏ولفهم نوع هذا العمل، سبق أن حاولت‏ ‏أن أوضح ذلك في ندوة سابقة،‏ ‏في إحدى الندوات القديمة، ربما سنة 95 أم 96،‏</w:t>
      </w:r>
    </w:p>
    <w:p>
      <w:pPr>
        <w:keepNext/>
      </w:pPr>
      <w:hyperlink r:id="rId17">
        <w:r>
          <w:rPr>
            <w:color w:val="1155CC"/>
            <w:u w:val="single"/>
          </w:rPr>
          <w:t>00:05:32 – 00:06:13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بحث قدمته وحاولت فيه بيان نوع هذا العمل.‏ ‏وقد قلت حينئذ إنه علم التبليغ.‏ ‏لكن هذا يحتاج إلى بعض التوضيح.‏ ‏ولضيق الوقت سأمر سريعا‏ ‏وأحاول أن أشرح علم التبليغ بإيجاز شديد.‏ ‏يمكننا أن نعبر عنه هكذا.‏ ‏التبليغ يعني إيصال الرسالة الإلهية المنزلة على النبي إلى الناس.‏ ‏أولا، النبي عليه الصلاة والسلام‏</w:t>
      </w:r>
    </w:p>
    <w:p>
      <w:pPr>
        <w:keepNext/>
      </w:pPr>
      <w:hyperlink r:id="rId18">
        <w:r>
          <w:rPr>
            <w:color w:val="1155CC"/>
            <w:u w:val="single"/>
          </w:rPr>
          <w:t>00:06:13 – 00:06:57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‏مسؤول عن التبليغ، ثم سائر المؤمنين‏ ‏مسؤولون عنه.‏ ‏لكن هناك صنف من العلماء مسؤول بصورة خاصة عن التبليغ.‏ ‏هم العلماء الوارثون للأنبياء،‏ ‏فيما نسميه الوراثة، والمذكور أيضا في الحديث الشريف.‏ ‏هم المسؤولون الأساسيون عن التبليغ.‏ ‏من هذا المنظور، في التراث الإسلامي للعلم والمعرفة‏ ‏هناك مراتب للمعرفة.‏ ‏هناك مراتب للعلوم، وهو ما نسميه مراتب العلم.‏ ‏هناك.‏ ‏لا شك أن أسمى معرفة هي الآتية عن طريق الوحي.‏</w:t>
      </w:r>
    </w:p>
    <w:p>
      <w:pPr>
        <w:keepNext/>
      </w:pPr>
      <w:hyperlink r:id="rId19">
        <w:r>
          <w:rPr>
            <w:color w:val="1155CC"/>
            <w:u w:val="single"/>
          </w:rPr>
          <w:t>00:06:58 – 00:07:38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إنها علم الله تعالى.‏ ‏آه، هي لإنارة الناس، ولكنها ترشدهم في موضوعات معينة؛‏ ‏فهذه هي طبيعة هذه المعارف.‏ ‏وعندنا يمكن، إن شئتم، أن نسمي هذا القرآن مباشرة.‏ ‏أو أيضا، آه، الأحاديث الشريفة المتعلقة بالقرآن، آه،‏ ‏كلها تدخل في هذا النوع الأول والأسمى من المعرفة.‏ ‏والثاني هو المعارف المستخرجة من هذه المعرفة، وهذا هو في الحقيقة‏ ‏ما أسميه علم التبليغ.‏ ‏إنها المعارف التي حصل عليها علماؤنا بالوراثة، أي وراثة النبوة.‏ ‏ثم تأتي المعرفة العلمية.‏</w:t>
      </w:r>
    </w:p>
    <w:p>
      <w:pPr>
        <w:keepNext/>
      </w:pPr>
      <w:hyperlink r:id="rId20">
        <w:r>
          <w:rPr>
            <w:color w:val="1155CC"/>
            <w:u w:val="single"/>
          </w:rPr>
          <w:t>00:07:38 – 00:08:19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‏وطبعا في هذه المراتب،‏ ‏المعرفة العلمية هي أنواع المعرفة التي نعرفها.‏ ‏ويدخل في هذا كل نوع من العلوم.‏ ‏وحين نقول مراتب، يمكنكم أن تفهموها بمعنى الأفضلية:‏ ‏معرفة أعلى، ومعارف أخرى تابعة لها‏ ‏في الفروع الأدنى. يمكننا، يعني، أن نرتبها؛‏ ‏فمن الممكن وضع ترتيب لها.‏ ‏والثالث، والرابع، معارفنا الفكرية والمعارف‏ ‏التي اكتسبها المثقفون. ثم، بوجه عام، المعارف‏</w:t>
      </w:r>
    </w:p>
    <w:p>
      <w:pPr>
        <w:keepNext/>
      </w:pPr>
      <w:hyperlink r:id="rId21">
        <w:r>
          <w:rPr>
            <w:color w:val="1155CC"/>
            <w:u w:val="single"/>
          </w:rPr>
          <w:t>00:08:19 – 00:08:59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‏التي يملكها جميع الناس، والمجتمع، وأفراد المجتمع؛‏ ‏يمكننا أن نذكر هنا ترتيبا أكثر عمومية على هذا النحو.‏ ‏والآن، المعرفة التي تنتمي إلى [فئة؟] أو صنف أدنى‏ ‏لا بد أن تتبع ما فوقها.‏ ‏فالتبليغ تابع للوحي، والعلم تابع للتبليغ،‏ ‏وما نسميه معرفة المثقفين، أي المعرفة [الفكرية؟]،‏ ‏والمعرفة العلمية أيضا مرتبطة بها؛ يمكن ترتيبها هكذا.‏ ‏وبعد هذا التوضيح، فإن ما نقرره هو أن رسائل النور‏</w:t>
      </w:r>
    </w:p>
    <w:p>
      <w:pPr>
        <w:keepNext/>
      </w:pPr>
      <w:hyperlink r:id="rId22">
        <w:r>
          <w:rPr>
            <w:color w:val="1155CC"/>
            <w:u w:val="single"/>
          </w:rPr>
          <w:t>00:08:59 – 00:09:40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‏هي علم التبليغ.‏ ‏إنها نوع المعرفة في هذه الفئة الثانية.‏ ‏وغايتها كلها التبليغ.‏ ‏أحيانا تفوتنا أمور. فحضرة الأستاذ، كما تعلمون،‏ ‏كان وهو ما يزال في وان منشغلا تماما بالعلم.‏ ‏وله بالفعل مؤلفات حاول كتابتها وكتبها في المنطق والإحصاء،‏ ‏وكان يهتم أيضا بسائر العلوم الكونية.‏ ‏ولكن ذات يوم في قصر طاهر باشا، كما تعلمون،‏ ‏تذكرون القول المشهور لوزير المستعمرات البريطاني،‏</w:t>
      </w:r>
    </w:p>
    <w:p>
      <w:pPr>
        <w:keepNext/>
      </w:pPr>
      <w:hyperlink r:id="rId23">
        <w:r>
          <w:rPr>
            <w:color w:val="1155CC"/>
            <w:u w:val="single"/>
          </w:rPr>
          <w:t>00:09:40 – 00:10:21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‏حين نشر في الصحف: علينا أن ننتزع هذا القرآن من أيدي المسلمين؛‏ ‏فهذه هي الطريقة الوحيدة للسيطرة عليهم. وحين قال ذلك،‏ ‏كانت هناك نقطة مهمة جدا.‏ ‏سأعبر عنه هكذا ليتضح؛ فالأستاذ لا يقول هذا بالضبط،‏ ‏ولكن ما يقوله هو: تركت دراساتي العلمية،‏ ‏مضحيا بها لعلم التبليغ،‏ ‏ووقفت نفسي للدفاع عن القرآن. هذا هو أساس ما يقوله.‏ ‏أي إنه يترك الآن الدراسات العلمية.‏ ‏وكل جهده وكل شيء يتوجه للعمل في علم التبليغ،‏ ‏ويدخل في هذا النوع من العمل.‏</w:t>
      </w:r>
    </w:p>
    <w:p>
      <w:pPr>
        <w:keepNext/>
      </w:pPr>
      <w:hyperlink r:id="rId24">
        <w:r>
          <w:rPr>
            <w:color w:val="1155CC"/>
            <w:u w:val="single"/>
          </w:rPr>
          <w:t>00:10:22 – 00:11:04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‏لذا يجب أن نفهم هذا جيدا جدا وأن، يعني،‏ ‏نقيمه على هذا الأساس.‏ ‏والآن بما أننا نحاول تقييم رسائل النور‏ ‏من المنظور الإبستمولوجي، فالإبستمولوجيا تعني، كما تعلمون، نظرية المعرفة‏ ‏في الفلسفة.‏ ‏تهتم نظرية المعرفة بسؤال: كيف نحصل على المعرفة؟‏ ‏لكن حين نقول هنا نحصل على المعرفة، قد يذهب الإنسان إلى المكتبة‏ ‏ويحصل عليها بالدراسة، لكن الإبستمولوجيا لا تهتم بهذا.‏ ‏حين نحاول أن نتعلم شيئا، حين نحاول‏</w:t>
      </w:r>
    </w:p>
    <w:p>
      <w:pPr>
        <w:keepNext/>
      </w:pPr>
      <w:hyperlink r:id="rId25">
        <w:r>
          <w:rPr>
            <w:color w:val="1155CC"/>
            <w:u w:val="single"/>
          </w:rPr>
          <w:t>00:11:05 – 00:11:47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‏أن نتعلم شيئا، فما نوع العمليات‏ ‏التي تجري في أذهاننا وحواسنا؟ هذا ما تدرسه الإبستمولوجيا؛ فهي نوعا ما‏ ‏تشبه إلى حد كبير التشريح ووظائف الأعضاء.‏ ‏فالتشريح، كما تعلمون،‏ ‏يدرس أعضاء جسم الإنسان واحدا واحدا، أليس كذلك، وماهيتها وما هي.‏ ‏أما علم وظائف الأعضاء فيحاول شرح وظائفها.‏ ‏وهذا ما تفعله الإبستمولوجيا، لكن تجاه منظومة المعرفة الإنسانية.‏ ‏إنها فرع الفلسفة الذي يدرس منظومتنا المعرفية: الإبستمولوجيا.‏ ‏وهناك نظريات للمعرفة طورت في الفلسفة.‏</w:t>
      </w:r>
    </w:p>
    <w:p>
      <w:pPr>
        <w:keepNext/>
      </w:pPr>
      <w:hyperlink r:id="rId26">
        <w:r>
          <w:rPr>
            <w:color w:val="1155CC"/>
            <w:u w:val="single"/>
          </w:rPr>
          <w:t>00:11:47 – 00:12:29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‏وأحاول استخدام إحداها نموذجا.‏ ‏ليس واحدة، بل بالأحرى أحاول استخدام نموذج‏ ‏استخلصته من تحليلها جميعا.‏ ‏وأبسط الأمر كثيرا هنا من دون الدخول في تفاصيل كثيرة.‏ ‏ولا أريد أن أظلمكم، لأن كثيرا من مستمعينا‏ ‏ليست لهم خلفية فلسفية.‏ ‏ولهذا لا أريد الإكثار من التفاصيل.‏ ‏يمكننا أن نحلل الأمر هكذا.‏ ‏هناك قوى معرفية، ويمكن أن نسميها أيضا قدرات معرفية.‏ ‏القوة، كما تعلمون، تسمى في الكلمة التركية المستحدثة «yeti»:‏</w:t>
      </w:r>
    </w:p>
    <w:p>
      <w:pPr>
        <w:keepNext/>
      </w:pPr>
      <w:hyperlink r:id="rId27">
        <w:r>
          <w:rPr>
            <w:color w:val="1155CC"/>
            <w:u w:val="single"/>
          </w:rPr>
          <w:t>00:12:29 – 00:13:09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الملكات المعرفية. والمصطلح الفني‏ ‏الذي نستخدمه في تراثنا العلمي الإسلامي هو «القوة».‏ ‏ويمكن قول القدرة أيضا.‏ ‏فـ«kuvve» تعني «kuvvet» لحذف التاء الأخيرة في العربية:‏ ‏أي القوة والقدرة.‏ ‏كل القدرات التي نستخدمها لاكتساب المعرفة.‏ ‏وثانيا، كيفية عمل هذه القوى: كيف تعمل وكيف تؤدي وظائفها‏ ‏عندما نكتسب المعرفة؟ وأخيرا، ما ترتيب‏ ‏هذه القوى المعرفية؟ لقد بدأنا اكتساب المعرفة بوصفه عملية:‏ ‏أي قوة تعمل أولا، ثم أي قوى، وكيف يسير الأمر بعد ذلك؟‏</w:t>
      </w:r>
    </w:p>
    <w:p>
      <w:pPr>
        <w:keepNext/>
      </w:pPr>
      <w:hyperlink r:id="rId28">
        <w:r>
          <w:rPr>
            <w:color w:val="1155CC"/>
            <w:u w:val="single"/>
          </w:rPr>
          <w:t>00:13:09 – 00:13:52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‏نسمي ذلك العمليات المعرفية، ومسألة عمل هذه العمليات.‏ ‏والآن، في هذا السياق، فإن السؤال المهم‏ ‏الذي أريد طرحه هو: أين تبدأ العملية المعرفية؟‏ ‏إنها تبدأ، كما تعلمون، عند أول اتصال لنا بموضوع معرفتنا.‏ ‏وحين نقول موضوع المعرفة، تظهر أمامنا أنواع‏ ‏الأشياء، أي أنواع الموجودات.‏ ‏وحينئذ فإن هذه الإبستمولوجيا‏ ‏تحتاج إلى أنطولوجيا.‏ ‏ولا بد أن نبين هذه الأنطولوجيا بوضوح.‏ ‏وأسمي ذلك أنطولوجيا الإبستمولوجيا.‏</w:t>
      </w:r>
    </w:p>
    <w:p>
      <w:pPr>
        <w:keepNext/>
      </w:pPr>
      <w:hyperlink r:id="rId29">
        <w:r>
          <w:rPr>
            <w:color w:val="1155CC"/>
            <w:u w:val="single"/>
          </w:rPr>
          <w:t>00:13:55 – 00:14:37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الموجودات نفسها التي نحاول معرفتها، وأنواعها،‏ ‏وما إلى ذلك، كل هذا.‏ ‏والآن، إذا حاولنا تصنيف الموجودات، فهناك أنواع لا نهائية‏ ‏من الموجودات، ويصعب جدا جدا إجراء هذا التصنيف.‏ ‏وطبعا في الأحياء وغيرها تصنيفات مختلفة، لكنها‏ ‏لا تصلح كثيرا في فلسفة المعرفة. ولذلك نحن‏ ‏لن نتناول الموجودات التي تكون موضوع المعرفة‏ ‏بوصفها موجودات، بل بوصفها عوالم وجود. وهذا التصنيف‏ ‏أسهل بكثير وأكثر عملية.‏</w:t>
      </w:r>
    </w:p>
    <w:p>
      <w:pPr>
        <w:keepNext/>
      </w:pPr>
      <w:hyperlink r:id="rId30">
        <w:r>
          <w:rPr>
            <w:color w:val="1155CC"/>
            <w:u w:val="single"/>
          </w:rPr>
          <w:t>00:14:37 – 00:15:17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‏وحين نسأل: كم نوعا من عوالم الوجود هناك،‏ ‏يجيب كثير من الفلاسفة، إن كانوا ماديين، بأن هناك عالم وجود واحدا،‏ ‏وهو هذا العالم المادي الذي نحن فيه،‏ ‏أي الكون. لكن إذا أجبنا هكذا،‏ ‏فهناك أسئلة يجب أن نسألها.‏ ‏وهذه مسألة يكثر الحديث عنها اليوم خاصة في علم الكونيات.‏ ‏لقد تخلّى علم الكونيات الآن عن فكرة‏ ‏أن هناك كونا واحدا فقط. هناك كون واحد قابل للرصد.‏</w:t>
      </w:r>
    </w:p>
    <w:p>
      <w:pPr>
        <w:keepNext/>
      </w:pPr>
      <w:hyperlink r:id="rId31">
        <w:r>
          <w:rPr>
            <w:color w:val="1155CC"/>
            <w:u w:val="single"/>
          </w:rPr>
          <w:t>00:15:18 – 00:16:02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‏أما الأكوان التي [لا نستطيع رصدها؟] فلا نعرف.‏ ‏يقولون إنها قد تكون لا نهائية. من أين استنتجوا هذا؟‏ ‏وللأسف يقولون ذلك أيضا من منظور مادي.‏ ‏ولأنهم ينظرون إليها كعوالم مادية فقط، فقد توجد‏ ‏أكوان لا نهائية تشبه كوننا.‏ ‏من أين استنتجوا اللانهاية؟‏ ‏من لا نهائية الكون الذي نعيش فيه.‏ ‏كما تعلمون، حين تنظرون إلى المجرات وغيرها، فهناك تريليونات‏ ‏من المجرات. والمسافة بين المجرات، إذا سافرتم بسرعة الضوء،‏ ‏تستغرق ملايين ومليارات السنين.‏ ‏أي إن الكون الذي نستطيع رصده نفسه لا نهائي.‏</w:t>
      </w:r>
    </w:p>
    <w:p>
      <w:pPr>
        <w:keepNext/>
      </w:pPr>
      <w:hyperlink r:id="rId32">
        <w:r>
          <w:rPr>
            <w:color w:val="1155CC"/>
            <w:u w:val="single"/>
          </w:rPr>
          <w:t>00:16:02 – 00:16:43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‏فكيف لنا أن نعرف كل هذه العوالم؟‏ ‏والمنهج الذي نتبعه هو الآتي: هناك طريق واحد فقط‏ ‏للمعرفة، ولا يمكننا أن نعرف بأي طريقة أخرى إطلاقا.‏ ‏وهو أن خالق كل هذه العوالم، إن كان قد وضع تصنيفا كهذا،‏ ‏وقال إن عوالم الوجود بهذا العدد، فعلينا أن نثق بهذا.‏ ‏وهذا طبعا في القرآن.‏ ‏يقسمها القرآن بوضوح إلى اثنين: عالم الغيب وعالم الشهادة.‏ ‏عالم الشهادة هو العالم المادي، أو العوالم،‏ ‏التي نستطيع رصدها. ربما لا نرصدها الآن، لكن مستقبلا،‏</w:t>
      </w:r>
    </w:p>
    <w:p>
      <w:pPr>
        <w:keepNext/>
      </w:pPr>
      <w:hyperlink r:id="rId33">
        <w:r>
          <w:rPr>
            <w:color w:val="1155CC"/>
            <w:u w:val="single"/>
          </w:rPr>
          <w:t>00:16:43 – 00:17:27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‏باختراع تلسكوبات مختلفة، قد يمكننا رصدها أيضا.‏ ‏لكن حصولنا على معرفة عنها مستحيل الآن.‏ ‏وحتى عن النظام الشمسي هناك معارف كثيرة لم نحصل عليها.‏ ‏فعلى الإنسان أن يعرف مكانه وأن يثق بهذا.‏ ‏نعم، والآن التقسيم المعروف في القرآن إلى عالمين:‏ ‏الغيب والشهادة.‏ ‏في القرآن، لا يشرح لنا عالم الشهادة إلا‏ ‏لنعرف الله تعالى، ولا تعطى لنا معرفة عنه خارج ذلك.‏ ‏فالقرآن يشجعنا:‏ ‏ادرسوا عالم الشهادة، انظروا وشاهدوا.‏ ‏لأنكم إذا رأيتم ما يجري في عالم الشهادة عرفتم الله أكثر.‏</w:t>
      </w:r>
    </w:p>
    <w:p>
      <w:pPr>
        <w:keepNext/>
      </w:pPr>
      <w:hyperlink r:id="rId34">
        <w:r>
          <w:rPr>
            <w:color w:val="1155CC"/>
            <w:u w:val="single"/>
          </w:rPr>
          <w:t>00:17:27 – 00:18:08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‏راقبوا كيف خلق.‏ ‏انظروا كيف خلق الجمل، وكيف انفلقت البذرة وخرجت منها شجرة،‏ ‏وما إلى ذلك.‏ ‏كل هذه الفروق موضحة في القرآن بصورة جميلة جدا.‏ ‏أما الغيب فيقول القرآن إن لا أحد يعلمه إلا الله.‏ ‏الله تعالى وحده يعلم الغيب.‏ ‏فغاية القرآن إذن أن يعطينا معرفة عن الغيب،‏ ‏لكن بقدر ما نحتاج إليه هنا.‏ ‏وطبعا لو أعطانا الغيب كله لما استطعنا فهمه.‏ ‏وثانيا، لدينا بعض القدرات التي يمكنها فهم الغيب.‏ ‏هناك بعض المشاعر والقوى.‏</w:t>
      </w:r>
    </w:p>
    <w:p>
      <w:pPr>
        <w:keepNext/>
      </w:pPr>
      <w:hyperlink r:id="rId35">
        <w:r>
          <w:rPr>
            <w:color w:val="1155CC"/>
            <w:u w:val="single"/>
          </w:rPr>
          <w:t>00:18:08 – 00:18:49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‏ونسميها طبعا لطائف.‏ ‏لكن إدراكها للغيب لا يكون ممكنا إلا‏ ‏بهداية الوحي.‏ ‏ولا يمكن ذلك بغيره.‏ ‏ولهذا يعطينا القرآن‏ ‏معارف ترشدنا بشأن الغيب.‏ ‏ولأننا لا ندرك الغيب، فإنه يشرحه لنا‏ ‏من نافذة الشهادة التي نستطيع إدراكها.‏ ‏ولذلك يستطيع أن يفعل هذا طبعا بالشرح التمثيلي.‏ ‏ولولا ذلك البيان التمثيلي لاستحال علينا الفهم تماما.‏</w:t>
      </w:r>
    </w:p>
    <w:p>
      <w:pPr>
        <w:keepNext/>
      </w:pPr>
      <w:hyperlink r:id="rId36">
        <w:r>
          <w:rPr>
            <w:color w:val="1155CC"/>
            <w:u w:val="single"/>
          </w:rPr>
          <w:t>00:18:50 – 00:19:31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إن الموجودات في الغيب تشرح‏ ‏بتشبيهها بالموجودات في عالم الشهادة. فهي ليست عينها.‏ ‏ولهذا نحتاج إلى التأويل.‏ ‏لا بد من تأويل ما يخبرنا به القرآن عن الغيب.‏ ‏لكننا لا نعرف الغيب، فكيف نؤوله؟‏ ‏إما أن نرجع إلى الأحاديث، أو إذا كانت آيات أخرى من القرآن تفسرها،‏ ‏[في ضوئها؟].‏ ‏أما خارج ذلك فلا مجال للتأويل، ولا يمكنكم تأويله.‏ ‏مهما حاولتم فقد يكون تأويلكم صوابا أو خطأ.‏ ‏ولهذا أردت أن أعرض هذه المسألة.‏</w:t>
      </w:r>
    </w:p>
    <w:p>
      <w:pPr>
        <w:keepNext/>
      </w:pPr>
      <w:hyperlink r:id="rId37">
        <w:r>
          <w:rPr>
            <w:color w:val="1155CC"/>
            <w:u w:val="single"/>
          </w:rPr>
          <w:t>00:19:33 – 00:20:13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‏نعم، لقد شرحت الآن هذا:‏ ‏لماذا نتخذ القرآن أساسا، لأننا لا نستطيع معرفة‏ ‏جميع عوالم الوجود.‏ ‏وبما أن خالق عوالم الوجود قد ميز بينها هكذا، نستطيع استنتاج ذلك‏ ‏من هناك.‏ ‏والآن، هل يوجد هذا التمييز في رسائل النور؟ التمييز بين الغيب والشهادة.‏ ‏ولأنها علم التبليغ، فلا يمكن أبدا ألا تميز بينهما.‏ ‏وإلا لفقدت صفتها الإرشادية.‏ ‏كما تعلمون، في «محاكمات» فقرتان‏ ‏سأستشهد بهما.‏</w:t>
      </w:r>
    </w:p>
    <w:p>
      <w:pPr>
        <w:keepNext/>
      </w:pPr>
      <w:hyperlink r:id="rId38">
        <w:r>
          <w:rPr>
            <w:color w:val="1155CC"/>
            <w:u w:val="single"/>
          </w:rPr>
          <w:t>00:20:14 – 00:20:55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‏وسأقول شيئا أو شيئين آخرين بشأن هذا.‏ ‏المسائل قسمان.‏ ‏في أحدهما يكون لتلاقح الأفكار تأثير.‏ ‏أي إنه بترابط الأفكار يمكننا الحصول على معرفة أكثر‏ ‏عن ذلك الموضوع، ويمكننا زيادة معرفتنا.‏ ‏بل ربما يتوقف عليه، بل هو مرتبط به.‏ ‏قد أقول شيئا فلا أفهمه، ويقوله غيري ويشرحه فأفهم عندئذ.‏ ‏وبالتعاون يمكننا اكتساب المعرفة في هذه المسائل‏ ‏وزيادتها.‏ ‏كما في الماديات؛ يعطى هنا مثال.‏ ‏لاحظوا أيضا أنه حين يشرح أمر بالتمثيل،‏</w:t>
      </w:r>
    </w:p>
    <w:p>
      <w:pPr>
        <w:keepNext/>
      </w:pPr>
      <w:hyperlink r:id="rId39">
        <w:r>
          <w:rPr>
            <w:color w:val="1155CC"/>
            <w:u w:val="single"/>
          </w:rPr>
          <w:t>00:20:55 – 00:21:38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‏تصبح [قدرتنا على الفهم؟] أسهل.‏ ‏فهو كرفع حجر كبير.‏ ‏إن كان الحجر ثقيلا جدا فلا يرفعه واحد ولا ثلاثة ولا خمسة، لكن‏ ‏إذا اجتمع عشرة استطاعوا رفعه متعاونين.‏ ‏هذه موضوعات علمية.‏ ‏في الموضوعات العلمية يمكن زيادة المعرفة بالتعاون.‏ ‏نعم.‏ ‏أما القسم الثاني،‏ ‏فهو في الأساس لا يتأثر بالتلاقح والتعاون.‏ ‏أي مهما أضفت من معرفة، فلن تزيد معرفتك بذلك.‏</w:t>
      </w:r>
    </w:p>
    <w:p>
      <w:pPr>
        <w:keepNext/>
      </w:pPr>
      <w:hyperlink r:id="rId40">
        <w:r>
          <w:rPr>
            <w:color w:val="1155CC"/>
            <w:u w:val="single"/>
          </w:rPr>
          <w:t>00:21:38 – 00:22:18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‏ومهما تعاونت، فلن تفيدك معرفتك بتلك المسألة كثيرا.‏ ‏وبالتعبير الفلسفي، لأن هذا ذاتي تماما، أي خاص بالشخص.‏ ‏وعلى الشخص أن يجتهد بنفسه.‏ ‏فإن اجتهد، فقد تكون مساعدتي سندا له عندئذ.‏ ‏قد تكون مساعدة ما.‏ ‏بم يشبه هذا؟‏ ‏مثل القفز فوق هاوية أو المرور من [ثغرة؟] ضيقة،‏ ‏فهو واحد للكل ولكل واحد. هناك هاوية وعلينا أن نقفز لنعبرها.‏ ‏يقفز كل شخص وحده. أو يوجد نفق ضيق جدا لا يتسع إلا لشخص واحد.‏</w:t>
      </w:r>
    </w:p>
    <w:p>
      <w:pPr>
        <w:keepNext/>
      </w:pPr>
      <w:hyperlink r:id="rId41">
        <w:r>
          <w:rPr>
            <w:color w:val="1155CC"/>
            <w:u w:val="single"/>
          </w:rPr>
          <w:t>00:22:19 – 00:23:00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‏وللعبور يجب أن يمر كل شخص بمفرده.‏ ‏لكن إن كان هناك من عبر قبلا وأخبرنا قليلا، قائلا: انظروا،‏ ‏لقد عبرت ورأيت كذا، تصرف هنا هكذا، وانحن هنا، وافعل كذا،‏ ‏وما إلى ذلك، فقد يدعمنا هذا قليلا، ولكن ليس أكثر‏ ‏من ذلك طبعا.‏ ‏ومثل ذلك، تدخل علوم كثيرة في القسم الأول،‏ ‏لكن العلوم المتعلقة بالغيب تدخل في القسم الثاني.‏ ‏موضوعات الغيب ذاتية تماما، خاصة بالشخص؛ فعليه بنفسه أن‏ ‏يجتهد. وإلا فمهما شرحتم له،‏ ‏فلن يتمكن من فعل ذلك أبدا.‏</w:t>
      </w:r>
    </w:p>
    <w:p>
      <w:pPr>
        <w:keepNext/>
      </w:pPr>
      <w:hyperlink r:id="rId42">
        <w:r>
          <w:rPr>
            <w:color w:val="1155CC"/>
            <w:u w:val="single"/>
          </w:rPr>
          <w:t>00:23:00 – 00:23:41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‏وهناك أيضا وقائع مشهورة في التاريخ بشأن هذا.‏ ‏مثلا، ماذا كان نبينا عليه السلام يقول لابنته السيدة فاطمة؟‏ ‏لا تعتمدي علي لأن أباك نبي.‏ ‏عليك أن تعملي بنفسك وأن تجتهدي بنفسك.‏ ‏لأن هذه مسائل تدخل في الغيب، وهي مسائل‏ ‏إيمانية، فعلى الشخص أن يجتهد بنفسه هنا.‏ ‏وإذا انتبهنا، فإن علوم القسم الأول تتعلق بموضوعات الغيب.‏ ‏ويسميها الأستاذ «العلوم الإيمانية»،‏ ‏أي العلوم المتعلقة بالإيمان.‏ ‏والثاني يتعلق بالشهادة، ويمكن أن نستخدم تعبير‏</w:t>
      </w:r>
    </w:p>
    <w:p>
      <w:pPr>
        <w:keepNext/>
      </w:pPr>
      <w:hyperlink r:id="rId43">
        <w:r>
          <w:rPr>
            <w:color w:val="1155CC"/>
            <w:u w:val="single"/>
          </w:rPr>
          <w:t>00:23:41 – 00:24:26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‏العلوم الكونية؛ إنها العلوم المتعلقة به.‏ ‏لكن لاحظوا أننا نصف عالمي الغيب والشهادة بهذه الصورة،‏ ‏إلا أنهما ليسا عالمين منفصلين أحدهما عن الآخر.‏ ‏إنهما متداخلان، كأنهما [لفظ غير واضح]؛‏ ‏بل إن الغيب تماما يشمل الشهادة، وهي فيه.‏ ‏فنحن الآن في عالم الشهادة، أليس كذلك؟‏ ‏لكن الغيب موجود هنا أيضا.‏ ‏لماذا؟ لأن هنا ملائكة كثيرة.‏ ‏ومن يدري ما الموجودات الروحانية الأخرى التي هنا، والتي‏ ‏لا نعلم بها ولا نراها.‏ ‏إنهم يسمعوننا ويروننا، لكننا لا نراهم.‏ ‏والآن هنا،‏ ‏إذا كان هناك [لفظ غير واضح]، يعني،‏</w:t>
      </w:r>
    </w:p>
    <w:p>
      <w:pPr>
        <w:keepNext/>
      </w:pPr>
      <w:hyperlink r:id="rId44">
        <w:r>
          <w:rPr>
            <w:color w:val="1155CC"/>
            <w:u w:val="single"/>
          </w:rPr>
          <w:t>00:24:26 – 00:25:06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‏من جهة العوالم،‏ ‏فعلينا أن ننظر على النحو الآتي.‏ ‏في التقسيم الأنطولوجي ذكرنا عالمين، لكن حين يشير القرآن إليهما،‏ ‏مثلا،‏ ‏[البداية غير واضحة] السماوات والأرض وما بينهما.‏ ‏فهناك هنا عبارة كهذه.‏ ‏أنا أفسر السماوات والأرض بالغيب والشهادة.‏ ‏إذن علينا أن نفكر في عالم وجود آخر بين الغيب والشهادة.‏</w:t>
      </w:r>
    </w:p>
    <w:p>
      <w:pPr>
        <w:keepNext/>
      </w:pPr>
      <w:hyperlink r:id="rId45">
        <w:r>
          <w:rPr>
            <w:color w:val="1155CC"/>
            <w:u w:val="single"/>
          </w:rPr>
          <w:t>00:25:07 – 00:25:50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‏وخاصة من الناحية الإبستمولوجية، أي من جهة معرفتنا.‏ ‏ولذلك أعطينا قوى لنحصل على معرفة‏ ‏عن كل عالم. لكن استخدام هذه القوى وطرق اكتساب‏ ‏المعرفة تختلف. ففي عالم الشهادة نستخدم، كما تعلمون، الحواس والعقل.‏ ‏الغيب لا يعرف إلا بالوحي، ولا يمكن معرفته بالعقل أبدا.‏ ‏عالم الغيب، أي المعرفة الآتية بالوحي، لكن‏ ‏الوحي المتعلق بالغيب يشرح لنا بطريقة شديدة‏ ‏الموافقة لعقولنا حتى يبدو لنا كأنه [عقلي؟].‏</w:t>
      </w:r>
    </w:p>
    <w:p>
      <w:pPr>
        <w:keepNext/>
      </w:pPr>
      <w:hyperlink r:id="rId46">
        <w:r>
          <w:rPr>
            <w:color w:val="1155CC"/>
            <w:u w:val="single"/>
          </w:rPr>
          <w:t>00:25:50 – 00:26:34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‏قد تقولون: لو فكرت لاستنتجت هذا [بعقلي؟]، لكن‏ ‏للأسف لا تستطيعون استنتاجه [بعقولكم؟].‏ ‏هذا غير ممكن أبدا.‏ ‏ولذلك نقول عن الغيب إنه ليس عقليا بل معقول.‏ ‏يمكننا التعبير عنه بهذه الصورة.‏ ‏وهناك أيضا موضوعات بين العالمين.‏ ‏نعم، ولأن هذه الموضوعات تقع بين العالمين،‏ ‏فهناك أمر يجب الانتباه إليه هنا.‏ ‏كما تعلمون، ما يقع بين شيئين يكون بعضه أقرب إلى هذا الطرف،‏ ‏وبعضه في الوسط تماما، وبعضه أقرب إلى هذا الطرف.‏ ‏ماذا يعني هذا؟ بعض الموضوعات بين العالمين قريب جدا‏</w:t>
      </w:r>
    </w:p>
    <w:p>
      <w:pPr>
        <w:keepNext/>
      </w:pPr>
      <w:hyperlink r:id="rId47">
        <w:r>
          <w:rPr>
            <w:color w:val="1155CC"/>
            <w:u w:val="single"/>
          </w:rPr>
          <w:t>00:26:34 – 00:27:19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‏من الغيب، وبعضها في الوسط، وبعضها أقرب كثيرا إلى الشهادة.‏ ‏وهذا يعني أنه في الموضوعات القريبة من الشهادة يكون استخدام العقل‏ ‏أكثر، لكن يجب أن نهتم أيضا بالموضوعات‏ ‏المتعلقة بالوحي عن الغيب وأن ننظر فيها.‏ ‏حاولت أن أوضح هذا هنا برسم.‏ ‏الأرض والسماوات وما بينهما.‏ ‏ما بينهما،‏ ‏ومن «وما تحت الثرى»،‏ ‏أستخلص التأويل الآتي. وطبعا،‏ ‏لأنني استخلصته بإخراج هذه الآيات من سياقها،‏ ‏لا أريد الخوض كثيرا في النقاش، لأن القرآن،‏</w:t>
      </w:r>
    </w:p>
    <w:p>
      <w:pPr>
        <w:keepNext/>
      </w:pPr>
      <w:hyperlink r:id="rId48">
        <w:r>
          <w:rPr>
            <w:color w:val="1155CC"/>
            <w:u w:val="single"/>
          </w:rPr>
          <w:t>00:27:19 – 00:28:02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‏كما تعلمون، ليس كتاب فلسفة؛ ولا يعالج الأمور كما نطور نظرية للمعرفة‏ ‏في الفلسفة. فحين يعطينا القرآن معرفة عن الشهادة،‏ ‏يريد أن يعلمنا الغيب؛ وحين يخبرنا عن الغيب يريد أن يرشدنا.‏ ‏وعندئذ يمكننا بمعرفة الشهادة أن نستنتج ما بين هذين الاثنين.‏ ‏والتأويل الذي استخلصته هنا يشير إلى الآتي:‏ ‏بعض ما بين الغيب والشهادة أقرب إلى الشهادة، وبعضه أقرب إلى الغيب.‏ ‏وبعضها في الوسط تماما.‏ ‏لأنكم حين تقولون «وما بينهما»،‏ ‏فلا يمكن أبدا أن تكون كلها في الوسط تماما.‏ ‏حاولت أن أبين هذا في جدول كهذا.‏</w:t>
      </w:r>
    </w:p>
    <w:p>
      <w:pPr>
        <w:keepNext/>
      </w:pPr>
      <w:hyperlink r:id="rId49">
        <w:r>
          <w:rPr>
            <w:color w:val="1155CC"/>
            <w:u w:val="single"/>
          </w:rPr>
          <w:t>00:28:05 – 00:28:46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‏فسرناه بأنه عالم الشهادة.‏ ‏لا يعرف إلا بالعقل وبالحواس؛ فتستخدم الحواس.‏ ‏أما الغيب فلا يعرف إلا بالوحي.‏ ‏ولا يمكن معرفته بالعقل أبدا.‏ ‏إذا كان في الموضوع وحي عرف، وإلا فلا يعرف خارج ذلك.‏ ‏إذا كان الموضوع الذي ندرسه يقترب من عالم الشهادة،‏ ‏حدثت زيادة متناسبة في [تأثير؟] العقل.‏ ‏أي نستخدم عقولنا أكثر بتلك النسبة.‏ ‏لكن إن اقترب من الغيب فعلينا أن ننتبه.‏ ‏يكون تأثير الوحي أكبر، ولا بد بالتأكيد من مراعاة الوحي‏ ‏بقدر أكبر.‏ ‏هنا اقتباسات من الرسائل.‏</w:t>
      </w:r>
    </w:p>
    <w:p>
      <w:pPr>
        <w:keepNext/>
      </w:pPr>
      <w:hyperlink r:id="rId50">
        <w:r>
          <w:rPr>
            <w:color w:val="1155CC"/>
            <w:u w:val="single"/>
          </w:rPr>
          <w:t>00:28:47 – 00:29:26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‏وفيها في الحقيقة إشارات إلى هذه المراتب.‏ ‏تحتاج إلى تأويل، لكن لضيق الوقت سأقرأها سريعا وأمضي.‏ ‏على المثقفين المظلمين أن يعرفوا هذا القول.‏ ‏لا يستنير نور الفكر بلا ضياء القلب.‏ ‏إن لم [يمتزج؟] ذلك النور بهذا الضياء، فهو ظلام.‏ ‏يفيض بالظلم والجهل.‏ ‏ظلام مزور لبس لباس النور.‏ ‏والآن، ما يشرح هنا، ماذا قلنا؟‏ ‏حين نحاول معرفة أي موضوع، واكتساب المعرفة،‏ ‏علينا استخدام القوى المناسبة لذلك الموضوع.‏</w:t>
      </w:r>
    </w:p>
    <w:p>
      <w:pPr>
        <w:keepNext/>
      </w:pPr>
      <w:hyperlink r:id="rId51">
        <w:r>
          <w:rPr>
            <w:color w:val="1155CC"/>
            <w:u w:val="single"/>
          </w:rPr>
          <w:t>00:29:27 – 00:30:11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‏والقوى المناسبة للغيب هي القوى المعنوية.‏ ‏ويشير القرآن إلى كل هذه في الحقيقة بمفهومين.‏ ‏ويكثر من استخدام أحدهما، وهو القلب كما تعلمون، مفهوم القلب.‏ ‏قلبنا متوجه إلى الغيب.‏ ‏وعقلنا متوجه إلى الشهادة، لكن الحقيقة تحصل باتحادهما.‏ ‏ومن هذه الجهة، فهذا جميل جدا؛ ففي «اللمعات»، كما تعلمون، توجد‏ ‏إشارة جميلة جدا إلى هذا.‏ ‏وهناك أيضا هذه المسألة:‏ ‏إذا ركز شخص تركيزا تاما‏</w:t>
      </w:r>
    </w:p>
    <w:p>
      <w:pPr>
        <w:keepNext/>
      </w:pPr>
      <w:hyperlink r:id="rId52">
        <w:r>
          <w:rPr>
            <w:color w:val="1155CC"/>
            <w:u w:val="single"/>
          </w:rPr>
          <w:t>00:30:11 – 00:30:53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‏على موضوع معين ابتعد عن الموضوعات الأخرى.‏ ‏فلا يستطيع التخصص في غيرها أو امتلاك معرفة واسعة بها.‏ ‏وعندئذ يجب الانتباه إلى الآتي:‏ ‏كلما ركزنا على الشهادة أخذ اتصالنا بالغيب‏ ‏ينقطع. ولذلك نحتاج هنا إلى عنصر توازن.‏ ‏وستذكرون شرح الأستاذ الجميل جدا لهذا التوازن.‏ ‏وهكذا، كما ورد قبل قليل في «محاكمات»،‏ ‏حين يقول إن العلم قسمان، فإنه كذلك‏ ‏يقسم قائلا إن العلم قسمان.‏ ‏وهناك أيضا يضع تصنيفا‏</w:t>
      </w:r>
    </w:p>
    <w:p>
      <w:pPr>
        <w:keepNext/>
      </w:pPr>
      <w:hyperlink r:id="rId53">
        <w:r>
          <w:rPr>
            <w:color w:val="1155CC"/>
            <w:u w:val="single"/>
          </w:rPr>
          <w:t>00:30:53 – 00:31:34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‏يناسب مراتب العلم، ويقول إن قسما‏ ‏من العلم إذا درس مرة ولم يفهم، أمكن دراسته مرة‏ ‏ثانية.‏ ‏تسأل غيرك وتتعلم، وهكذا تكتسب تلك‏ ‏المعرفة. ولا تبقى بعد ذلك حاجة إلى دراسته من جديد.‏ ‏وهذا يشبه الغذاء تماما، فهو كالغذاء، مثل الغذاء.‏ ‏وهو مهم؛ إن لم تأكل وتشرب فلن تستطيع العيش.‏ ‏لكن الإنسان لا يحتاج إلى الجلوس للأكل كل يوم وكل ساعة.‏ ‏فبالأكل مرة أو مرتين في اليوم على الأكثر، وبقدر قليل، تستطيع أن تحافظ‏</w:t>
      </w:r>
    </w:p>
    <w:p>
      <w:pPr>
        <w:keepNext/>
      </w:pPr>
      <w:hyperlink r:id="rId54">
        <w:r>
          <w:rPr>
            <w:color w:val="1155CC"/>
            <w:u w:val="single"/>
          </w:rPr>
          <w:t>00:31:34 – 00:32:16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‏على صحتك. لكن هناك قسما ثانيا من العلم يحتاج إليه كل لحظة وكل‏ ‏ثانية.‏ ‏وهذا طبعا هو العلم المتعلق بالغيب.‏ ‏وهو يشبه الهواء.‏ ‏لا يستطيع الإنسان أن يعيش بلا هواء ولو ثانية أو ثانيتين.‏ ‏نحتاج إلى الهواء النقي في كل لحظة، كل لحظة.‏ ‏وهكذا تشبه علوم الغيب هذا.‏ ‏ولهذا جانب آخر.‏ ‏ربما قال الأستاذ هذا في موضع ما، لكنني لا أذكر أنه قاله.‏ ‏ولأن القوى التي نستخدمها لبلوغ الغيب قوى معنوية،‏ ‏فإن تنمية القوى المعنوية أصعب بكثير، بكثير، بكثير‏</w:t>
      </w:r>
    </w:p>
    <w:p>
      <w:pPr>
        <w:keepNext/>
      </w:pPr>
      <w:hyperlink r:id="rId55">
        <w:r>
          <w:rPr>
            <w:color w:val="1155CC"/>
            <w:u w:val="single"/>
          </w:rPr>
          <w:t>00:32:16 – 00:32:59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‏من تنمية القوى المادية.‏ ‏فلو صعب علي اليوم رفع عشرة كيلوغرامات، فبعد يومين،‏ ‏ثلاثة أيام من تكرار رفع خمسة كيلوغرامات، تقوى عضلاتي.‏ ‏وفي اليوم الرابع أستطيع رفع عشرة أو خمسة عشر كيلوغراما.‏ ‏تنمية العضلات سهلة جدا.‏ ‏لكن حين تغوص في التفكير وتستخدم قوى القلب لفهم أمر معنوي،‏ ‏فإن تنمية قوى القلب والقوى المعنوية ليست بتلك السهولة.‏ ‏ولذلك نحتاج، لتشغيل هذه القوى، إلى الجانب المعنوي‏ ‏بقدر أكبر بكثير، قدر الإمكان.‏ ‏في كل لحظة، كل دقيقة.‏ ‏وما هذه العلوم؟‏ ‏التبليغ والوحي.‏ ‏فالعلوم التابعة للوحي من هذا النوع.‏</w:t>
      </w:r>
    </w:p>
    <w:p>
      <w:pPr>
        <w:keepNext/>
      </w:pPr>
      <w:hyperlink r:id="rId56">
        <w:r>
          <w:rPr>
            <w:color w:val="1155CC"/>
            <w:u w:val="single"/>
          </w:rPr>
          <w:t>00:32:59 – 00:33:40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‏نحتاج إليها في كل لحظة وكل ثانية.‏ ‏وهذا إذن أمر مهم جدا، ويجب مراعاته.‏ ‏أعطيت هنا المثال الآتي.‏ ‏حين نتحدث عن موضوعات الغيب والشهادة، يكون التوضيح بالمثال أفضل.‏ ‏مثلا، ندرس ماهية الإنسان ونريد معرفتها.‏ ‏حين ننظر إلى ماهية الإنسان، فإن أول ما يلفت انتباهنا فورا‏ ‏هو بدننا. وبدننا يدخل في أي قسم؟‏ ‏يدخل في الشهادة.‏ ‏إذن الشهادة، أظن أنه بقيت شريحة واحدة.‏ ‏ولأنه من الشهادة، فبالتجربة والملاحظة، في المختبر،‏</w:t>
      </w:r>
    </w:p>
    <w:p>
      <w:pPr>
        <w:keepNext/>
      </w:pPr>
      <w:hyperlink r:id="rId57">
        <w:r>
          <w:rPr>
            <w:color w:val="1155CC"/>
            <w:u w:val="single"/>
          </w:rPr>
          <w:t>00:33:40 – 00:34:23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‏وفي علوم التشريح، نستطيع دراسته ومشاهدته.‏ ‏لكن للإنسان أيضا جانبا معنويا، مثل مشاعره وأفكاره وغيرها.‏ ‏وهذه العلوم المادية لا تكفي لفهمها.‏ ‏فعلينا عندئذ التوجه إلى الجانب المعنوي.‏ ‏ونحتاج إلى قدر من هداية الوحي.‏ ‏إذا استخرجتم الآيات القرآنية المتعلقة بالإنسان ورتبتموها،‏ ‏فسترون آيات كثيرة.‏ ‏وطبعا لأن القرآن كتاب جاء للإنسان،‏ ‏ولأنه وحي، فستوجد هذه الآيات بالتأكيد.‏ ‏إذن هذه الجوانب المتعلقة بماهية الإنسان تقع بين الغيب‏</w:t>
      </w:r>
    </w:p>
    <w:p>
      <w:pPr>
        <w:keepNext/>
      </w:pPr>
      <w:hyperlink r:id="rId58">
        <w:r>
          <w:rPr>
            <w:color w:val="1155CC"/>
            <w:u w:val="single"/>
          </w:rPr>
          <w:t>00:34:23 – 00:35:04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‏والشهادة. يمكننا استخدام العقل، لكن يجب مراعاة هداية الوحي أيضا‏ ‏لكن حين ننتقل إلى الروح، روح الإنسان، نكون قد دخلنا‏ ‏في الغيب، ولا يمكنكم معرفة هذا الموضوع أبدا.‏ ‏إن كانت في القرآن آية عن هذا، فمهما أمكننا استنباطه‏ ‏منها يمكننا الاكتفاء به.‏ ‏ولا يمكننا الذهاب أبعد من ذلك.‏ ‏وفي الختام، عرض الأمثلة، ففي الحقيقة هناك أمثلة كثيرة،‏ ‏لأن رسائل النور تتعلق تماما بهذه الموضوعات، موضوعات الغيب.‏ ‏ولأن كل من قرأ الرسائل سيتذكر، فالنظر إلى البداية يكفي‏ ‏لتذكر الباقي.‏ ‏شكرا جزيلا لكم.‏</w:t>
      </w:r>
    </w:p>
    <w:p>
      <w:pPr>
        <w:keepNext/>
      </w:pPr>
      <w:hyperlink r:id="rId59">
        <w:r>
          <w:rPr>
            <w:color w:val="1155CC"/>
            <w:u w:val="single"/>
          </w:rPr>
          <w:t>00:35:04 – 00:35:45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‏شكرا جزيلا لكم، نشكركم كثيرا.‏ ‏أستاذنا ألب أرسلان، نشكركم.‏ ‏بلغنا نصف ساعة، لكن هناك خبر سار وخبر سيئ.‏ ‏بما أنهم قالوا إنه ليس علينا أن نلحق بمكان على عجل‏ ‏عند الثانية عشرة والنصف،‏ ‏أي [إضافة إلى ذلك؟]، ستتاح لنا فرصة منح المتحدثين الآخرين‏ ‏ذلك الوقت أيضا، إن شاء الله.‏ ‏والله، نرى أنه لن تكون هناك مشكلة.‏ ‏شكرا جزيلا، أستاذنا ألب أرسلان.‏ ‏والآن أدعو المتحدث التالي،‏ ‏الأستاذ الدكتور مصطفى [سعيد؟] كورشون أوغلو.‏ ‏تفضلوا، أستاذنا العزيز.‏ ‏من جامعة التاسع عشر من مايو،‏ ‏تحت عنوان «اللاوعي والإيمان التحقيقي»،‏ ‏الذي يشمل المنظورات الفلسفية والتحليلية النفسية والكمومية،‏</w:t>
      </w:r>
    </w:p>
    <w:p>
      <w:pPr>
        <w:keepNext/>
      </w:pPr>
      <w:hyperlink r:id="rId60">
        <w:r>
          <w:rPr>
            <w:color w:val="1155CC"/>
            <w:u w:val="single"/>
          </w:rPr>
          <w:t>00:35:45 – 00:36:27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‏سنستمع إلى كلمته القيمة حول معرفة متعالية.‏ ‏تفضلوا، أستاذنا.‏ ‏شكرا لكم، سيدي الرئيس العزيز.‏ ‏أيها الحضور الكرام، أحيي الجميع أولا بالمحبة‏ ‏والاحترام.‏ ‏بسم الله الرحمن الرحيم. نعم، المحور الرئيسي لندوتنا هو الأزمات العالمية‏ ‏والحلول القرآنية لها.‏ ‏في نظرنا، أهم أزمة عالمية الآن هي أزمة الإنسان‏ ‏الوجودية، أي أزمة الإنسان الوجودية على المستوى العالمي.‏ ‏هناك أزمات اقتصادية وأزمات سياسية، وتواجهنا أزمات مختلفة‏</w:t>
      </w:r>
    </w:p>
    <w:p>
      <w:pPr>
        <w:keepNext/>
      </w:pPr>
      <w:hyperlink r:id="rId61">
        <w:r>
          <w:rPr>
            <w:color w:val="1155CC"/>
            <w:u w:val="single"/>
          </w:rPr>
          <w:t>00:36:27 – 00:37:10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‏باستمرار. لكن في مرحلة تسارعت فيها العولمة تسارعا شديدا،‏ ‏تختلط الحدود الثقافية‏ ‏والحدود المحلية والوطنية والأعراف والتقاليد‏ ‏بسرعة، وتحدث تعارفات مختلفة بكثافة شديدة،‏ ‏وتقع لقاءات ومواجهات وتحديات مختلفة‏ ‏بصورة غير منتظمة ومعقدة ومتشابكة.‏ ‏وهذا يثير حتما، باعتباره الأزمة الأعمق،‏ ‏أزمة وجودية في أنحاء العالم من الشرق إلى الغرب.‏ ‏ويبحث الناس أولا في ثقافتهم وتاريخهم‏</w:t>
      </w:r>
    </w:p>
    <w:p>
      <w:pPr>
        <w:keepNext/>
      </w:pPr>
      <w:hyperlink r:id="rId62">
        <w:r>
          <w:rPr>
            <w:color w:val="1155CC"/>
            <w:u w:val="single"/>
          </w:rPr>
          <w:t>00:37:10 – 00:37:53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‏وعقيدتهم وفكرهم وفلسفتهم، أو في ثقافات مجاورة أو منافسة،‏ ‏عن مقاربات وأجوبة لهذه المسائل، حتى لو كانت‏ ‏بعيدة جدا في الماضي.‏ ‏وتنضم إلى ذلك بعض التصورات عن المستقبل.‏ ‏فهذه هي الأزمة الأهم، وتتجلى الأزمات الأخرى‏ ‏في هذا الإطار. وبدیع الزمان، مع مؤلفاته رسائل النور،‏ ‏حاضر في اهتمام تركيا والعالم منذ أكثر من نصف قرن،‏ ‏وربما قرابة قرن، حاضر فيه بصورة من الصور،‏ ‏وهو مفكرنا وعالمنا وحكيمنا.‏</w:t>
      </w:r>
    </w:p>
    <w:p>
      <w:pPr>
        <w:keepNext/>
      </w:pPr>
      <w:hyperlink r:id="rId63">
        <w:r>
          <w:rPr>
            <w:color w:val="1155CC"/>
            <w:u w:val="single"/>
          </w:rPr>
          <w:t>00:37:53 – 00:38:35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‏وحين نرجع إليه في هذه المسألة،‏ ‏ونسأل عن الحلول التي يقدمها القرآن الكريم للأزمة الوجودية‏ ‏من منظور رسائل النور، ومن خلال بديع الزمان بوصفه أستاذا،‏ ‏ومن خلال نظره وفكره،‏ ‏نجد نتائج مدهشة للغاية.‏ ‏ومن خلال تخصصي، وهو الفلسفة،‏ ‏اشتغلت بالكلمة الثلاثين.‏ ‏الكلمة الثلاثين من كتابه «الكلمات».‏ ‏ومن قرأها منكم يعرف.‏</w:t>
      </w:r>
    </w:p>
    <w:p>
      <w:pPr>
        <w:keepNext/>
      </w:pPr>
      <w:hyperlink r:id="rId64">
        <w:r>
          <w:rPr>
            <w:color w:val="1155CC"/>
            <w:u w:val="single"/>
          </w:rPr>
          <w:t>00:38:35 – 00:39:17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‏لهذه الكلمة مقصدان، وهذان‏ ‏المقصدان يجمعان الآية الثانية والسبعين من سورة الأحزاب‏ ‏والآية الثالثة من سورة سبأ.‏ ‏إذا اعتبرنا أنها كتبت تقريبا بين عامي 1928 و1930،‏ ‏ونظرنا إلى معاني الآيتين، فالأولى،‏ ‏الأحزاب 72، تتحدث عن أمانة أبت السماوات والأرض والجبال حملها‏ ‏وحملها الإنسان. أما سبأ، أي‏ ‏الآية الثالثة منها، موضوع المقصد الثاني من الكلمة الثلاثين، فتقول‏ ‏إن ما في السماوات والأرض،‏</w:t>
      </w:r>
    </w:p>
    <w:p>
      <w:pPr>
        <w:keepNext/>
      </w:pPr>
      <w:hyperlink r:id="rId65">
        <w:r>
          <w:rPr>
            <w:color w:val="1155CC"/>
            <w:u w:val="single"/>
          </w:rPr>
          <w:t>00:39:18 – 00:40:02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‏بمثقال ذرة، أي بحجم ذرة، أو أصغر منها أو أكبر،‏ ‏مهما يكن، فهو في العلم الإلهي مباشرة،‏ ‏ومسجل في تخطيط، تخطيط إلهي يسمى الكتاب المبين،‏ ‏ويتحقق وفقا له.‏ ‏ومهما كان صغيرا، رغم صغره، أو مهما كان كبيرا،‏ ‏فليس خارج العلم، بل معلوم بالعلم الإلهي.‏ ‏وهذا لافت جدا.‏ ‏في عام 1928، يقدم [عالم؟] إسلامي، بالتعبير التقليدي،‏ ‏تفسيرا للأمانة المتعلقة بالإنسان هنا مباشرة‏</w:t>
      </w:r>
    </w:p>
    <w:p>
      <w:pPr>
        <w:keepNext/>
      </w:pPr>
      <w:hyperlink r:id="rId66">
        <w:r>
          <w:rPr>
            <w:color w:val="1155CC"/>
            <w:u w:val="single"/>
          </w:rPr>
          <w:t>00:40:02 – 00:40:44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‏بأنها الأنانية، الذات.‏ ‏كيف يستطيع إقامة تنسيق،‏ ‏تزامن، بين الذات والذرة، الذرة المادية؟‏ ‏أي عقل هذا؟‏ ‏وأقرب مثال لهذا‏ ‏الصداقة بين يونغ والفيزيائي الكبير، عالم الفيزياء الفلكية باولي،‏ ‏التي بدأت في الثلاثينيات، عامي 1935–1936.‏ ‏أي إن باولي، الفيزيائي النظري، يمرض.‏ ‏ويحتاج إلى علاج نفسي، فيحضر جلسات كارل يونغ‏</w:t>
      </w:r>
    </w:p>
    <w:p>
      <w:pPr>
        <w:keepNext/>
      </w:pPr>
      <w:hyperlink r:id="rId67">
        <w:r>
          <w:rPr>
            <w:color w:val="1155CC"/>
            <w:u w:val="single"/>
          </w:rPr>
          <w:t>00:40:44 – 00:41:25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‏العلاجية.‏ ‏وهنا يشارك معرفته بالفيزياء الفلكية مع المحلل النفسي يونغ،‏ ‏ونتيجة لهذا التبادل، يظهر في علم نفس يونغ‏ ‏إنتاج واسع جدا من المؤلفات حول العلاقة بين العالم دون الذري‏ ‏والذات.‏ ‏لكن الجمع بين هذه المسائل في عام 1928،‏ ‏في الكلمة الثلاثين، لافت للغاية.‏ ‏ولذلك ينبغي التوقف هنا.‏ ‏هذا لم يسبق فعله.‏ ‏لم يفعل لا في الغرب ولا في الشرق.‏</w:t>
      </w:r>
    </w:p>
    <w:p>
      <w:pPr>
        <w:keepNext/>
      </w:pPr>
      <w:hyperlink r:id="rId68">
        <w:r>
          <w:rPr>
            <w:color w:val="1155CC"/>
            <w:u w:val="single"/>
          </w:rPr>
          <w:t>00:41:25 – 00:42:08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‏تناول هاتين الآيتين ضمن منظور واحد.‏ ‏هناك نظرة شاملة هائلة من وجهة النظر القرآنية.‏ ‏ونفهم هنا أنه يخاطب الإنسان على نحو كوني.‏ ‏وقبل كل شيء، تلك الفترة كما تعلمون، التاسع عشر وبداية القرن العشرين،‏ ‏حين بدأ الوسط العلمي اكتشاف العالم دون الذري،‏ ‏والمرحلة الممتدة إلى 1950، حين بدأ عالم الجسيمات‏ ‏ينكشف، وواجه الناس سؤال‏ ‏ما الحقيقة الفيزيائية، كانت علميا أيضا‏ ‏فترة أزمة، أزمة يساءل فيها علم الفيزياء ما بعد نيوتن.‏</w:t>
      </w:r>
    </w:p>
    <w:p>
      <w:pPr>
        <w:keepNext/>
      </w:pPr>
      <w:hyperlink r:id="rId69">
        <w:r>
          <w:rPr>
            <w:color w:val="1155CC"/>
            <w:u w:val="single"/>
          </w:rPr>
          <w:t>00:42:08 – 00:42:49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‏وسياسيا أيضا، كانت بيئة فوضوية‏ ‏تتجه إلى الحرب العالمية الثانية، بين الحرب الأولى‏ ‏والثانية، حين أعطى الوعي القومي وغيره‏ ‏نتائجه وثماره.‏ ‏وفي هذه البيئة يجمع بينهما، في بارلا طبعا.‏ ‏ولا بد أن من مخاطبيه في بارلا من تلقى هذا الجمع بينهما.‏ ‏لكن عند النظر إلى صلب الموضوع، فهو متجاوز حقا،‏ ‏نراه يقارب المسألة بمنظور قرآني يتجاوز عصره.‏ ‏والآن، تبدأ الأصالة هنا في سورة الأحزاب.‏ ‏[عبارة عربية قصيرة غير واضحة]‏</w:t>
      </w:r>
    </w:p>
    <w:p>
      <w:pPr>
        <w:keepNext/>
      </w:pPr>
      <w:hyperlink r:id="rId70">
        <w:r>
          <w:rPr>
            <w:color w:val="1155CC"/>
            <w:u w:val="single"/>
          </w:rPr>
          <w:t>00:42:49 – 00:43:29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‏إنا عرضنا الأمانة على السماوات والأرض والجبال.‏ ‏فأبين أن يحملنها وأشفقن منها وحملها الإنسان.‏ ‏إنه كان ظلوما جهولا.‏ ‏وقد تناول مفسرونا الأمانة في هذه الآية بتفسيرات مختلفة،‏ ‏وإن كانت متقاربة:‏ ‏كخلق الإنسان خليفة، وتكليفه بالعبادة،‏ ‏وتكليفه بالإيمان، وخلقه مكرما، أو إعطائه الحياة‏ ‏والروح؛ وهي تفسيرات صحيحة أو قد تكون صحيحة.‏ ‏لكن رسائل النور، من المنظور القرآني، تأخذ الأمانة‏ ‏مباشرة بمعنى الأنانية.‏</w:t>
      </w:r>
    </w:p>
    <w:p>
      <w:pPr>
        <w:keepNext/>
      </w:pPr>
      <w:hyperlink r:id="rId71">
        <w:r>
          <w:rPr>
            <w:color w:val="1155CC"/>
            <w:u w:val="single"/>
          </w:rPr>
          <w:t>00:43:30 – 00:44:12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الذات، أو سيلفنس، أو ما نسميه الأنا، أو الإيغو،‏ ‏والأنا الأعلى أو الهو، بمظاهرها المختلفة في علم النفس:‏ ‏بصورة في المجتمع، وأخرى حين تكون وحدك،‏ ‏وأخرى حين تدخل عالم اللاوعي؛ إنها الأنانية،‏ ‏الأنا.‏ ‏يطرح هذا بسهولة كبيرة وبمفهوم [إسلامي؟]: الأمانة هي الأنا.‏ ‏وهذا في الحقيقة انقلاب كبير.‏ ‏لماذا انقلاب؟ إذا نظرنا إلى التاريخ والفكر والتصوف الإسلامي،‏ ‏والتنمية الذاتية في الإسلام، أو مسار الإنسان الكامل،‏</w:t>
      </w:r>
    </w:p>
    <w:p>
      <w:pPr>
        <w:keepNext/>
      </w:pPr>
      <w:hyperlink r:id="rId72">
        <w:r>
          <w:rPr>
            <w:color w:val="1155CC"/>
            <w:u w:val="single"/>
          </w:rPr>
          <w:t>00:44:12 – 00:44:51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‏فإن قلب الإنسان أو لطائفه‏ ‏أو نفسه تمر بمراتب معينة‏ ‏حتى تبلغ الكمال؛ أي مسار اكتمال وإيصال النفس‏ ‏إلى الكمال، وهو كذلك في الفلسفة الأرسطية المشائية.‏ ‏مسار إيصالها إلى التمام والكمال.‏ ‏هكذا يتناولون المسألة، وقد أثبتوا أنفسهم بالتأكيد‏ ‏بنجاحات هائلة.‏ ‏لكن إنسان العصر الحديث ليس مهيأ كثيرا لهذه المجاهدات الطويلة،‏ ‏وهذه التحولات الكبرى المتدرجة،‏</w:t>
      </w:r>
    </w:p>
    <w:p>
      <w:pPr>
        <w:keepNext/>
      </w:pPr>
      <w:hyperlink r:id="rId73">
        <w:r>
          <w:rPr>
            <w:color w:val="1155CC"/>
            <w:u w:val="single"/>
          </w:rPr>
          <w:t>00:44:52 – 00:45:36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‏وهذه المسارات التي يمكن أن نسميها كيمياء روحية، أي تحولا روحيا.‏ ‏ليس مهيأ كثيرا لخوضها.‏ ‏إنه يقول شيئا مختلفا تماما.‏ ‏الذات التي تحملها ليست ملكك.‏ ‏حين تقول «أنا»، فهذه دعوى لا أصل لها فيك،‏ ‏وهي أمانة.‏ ‏إنك تستخدم انعكاس هوية تعود إلى غيرك‏ ‏وتجليها فيك.‏ ‏أن يستخدم الإنسان أناه‏ ‏كأمانة، وأن يواجه ذلك،‏ ‏وأن يدخل في استنارة تدفعه إلى التصرف على هذا الأساس في لاوعيه‏</w:t>
      </w:r>
    </w:p>
    <w:p>
      <w:pPr>
        <w:keepNext/>
      </w:pPr>
      <w:hyperlink r:id="rId74">
        <w:r>
          <w:rPr>
            <w:color w:val="1155CC"/>
            <w:u w:val="single"/>
          </w:rPr>
          <w:t>00:45:36 – 00:46:18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‏ووعيه، ليس أمرا مألوفا.‏ ‏هذا جديد، وما يعبر عنه هنا جديد تماما.‏ ‏لأن الناس‏ ‏يجعلون الروحانية أو النضج هدفا ويسيرون نحوه.‏ ‏لكن دون وضع هدف، أن تجرب الذات التي فيك مباشرة‏ ‏بوصفها أمانة،‏ ‏وأن تجربها كأمانة وتعايشها، وأن تظل‏ ‏وفيا لهذه التجربة، وألا تفارق الوفاء لها، وإن فارقته،‏ ‏أن تعيد تنظيم نفسك بمحاسبتها.‏</w:t>
      </w:r>
    </w:p>
    <w:p>
      <w:pPr>
        <w:keepNext/>
      </w:pPr>
      <w:hyperlink r:id="rId75">
        <w:r>
          <w:rPr>
            <w:color w:val="1155CC"/>
            <w:u w:val="single"/>
          </w:rPr>
          <w:t>00:46:18 – 00:46:59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‏هذه أصالة هائلة.‏ ‏ربما يكمن أثر رسائل النور في الناس ونفوسهم،‏ ‏أعظم أثرها في العالم، في هذا‏ ‏الانقلاب الذي ربما لم يدرك تماما.‏ ‏استخدام الذات كأمانة.‏ ‏حين يتحول هذا إلى وعي وإلى عمل،‏ ‏تروى حكاية عن الأستاذ.‏ ‏أحد طلابه البارزين المخلصين، زبير كوندوز ألب،‏ ‏نذكره بالرحمة،‏ ‏قال: أستاذي، أخشى الأنانية كثيرا. فكان القول: لا تخف يا أخي،‏</w:t>
      </w:r>
    </w:p>
    <w:p>
      <w:pPr>
        <w:keepNext/>
      </w:pPr>
      <w:hyperlink r:id="rId76">
        <w:r>
          <w:rPr>
            <w:color w:val="1155CC"/>
            <w:u w:val="single"/>
          </w:rPr>
          <w:t>00:46:59 – 00:47:43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‏ارتجف، إشارة إلى ارتجاف الجبال والسماوات‏ ‏والأرض وامتناعها.‏ ‏وعند استعمال أمانة، وإذا كانت أمانة ربانية‏ ‏وإلهية، فإن محاسبة كيفية استخدامها مسألة أرى أنها‏ ‏ينبغي أن تترك للناس أنفسهم.‏ ‏وهنا يدخل في هذا، وتتحول فعلا إلى سيرة ذاتية:‏ ‏الكلمة الثلاثون.‏ ‏من خلال أحلامه ورؤيته، سواء كحلم، كالرؤيا الصادقة، أو‏ ‏كرؤية لحقيقة تتمثل مباشرة أمام عينيه،‏</w:t>
      </w:r>
    </w:p>
    <w:p>
      <w:pPr>
        <w:keepNext/>
      </w:pPr>
      <w:hyperlink r:id="rId77">
        <w:r>
          <w:rPr>
            <w:color w:val="1155CC"/>
            <w:u w:val="single"/>
          </w:rPr>
          <w:t>00:47:43 – 00:48:26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‏يروي لنا رحلة في مغارة.‏ ‏وهذه حكمة قديمة.‏ ‏ونعرف أشهر أمثلتها عند أفلاطون،‏ ‏في استعارة الكهف المشهورة، استعارة الكهف التي يعرفها الجميع.‏ ‏فالحكيم الحقيقي يتحرر من قيود الكهف ويبلغ الشمس،‏ ‏ثم يعود ليشرح لأهل الكهف معنى السلاسل في أيديهم،‏ ‏والظلال التي أمام أعينهم على جدار الكهف، والأصوات‏ ‏التي يسمعونها، وما تدل عليه. وهذه الرؤية للحكمة‏ ‏هي ما يرويه لنا أفلاطون، بلاتون.‏ ‏هذا تقليد قديم: مكانة المغارات في حياة الأنبياء،‏</w:t>
      </w:r>
    </w:p>
    <w:p>
      <w:pPr>
        <w:keepNext/>
      </w:pPr>
      <w:hyperlink r:id="rId78">
        <w:r>
          <w:rPr>
            <w:color w:val="1155CC"/>
            <w:u w:val="single"/>
          </w:rPr>
          <w:t>00:48:26 – 00:49:07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‏وعلاقة أصحاب الكهف بالكهف، تظهر أيضا‏ ‏في الكتب المقدسة.‏ ‏ونرى هنا صلة مباشرة بهذا التقليد القديم.‏ ‏يروي لنا رحلته إلى اللاوعي، التي رآها وعاشها‏ ‏في رؤيته.‏ ‏أي يروي مواجهته لنفسه.‏ ‏ويشرح أيضا مسألة الأمانة بوضوح تام.‏ ‏يهبط أولا،‏ ‏أي إلى لاوعيه.‏ ‏وحين نقول اللاوعي، فإن العقل الباطن أمر مختلف طبعا.‏ ‏ونؤكد هنا خصوصا على اللاوعي.‏ ‏نعيش أشياء كثيرة، لكن‏</w:t>
      </w:r>
    </w:p>
    <w:p>
      <w:pPr>
        <w:keepNext/>
      </w:pPr>
      <w:hyperlink r:id="rId79">
        <w:r>
          <w:rPr>
            <w:color w:val="1155CC"/>
            <w:u w:val="single"/>
          </w:rPr>
          <w:t>00:49:09 – 00:49:52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‏وسط الماضي والمستقبل في الزمن، نركز بوعينا على اللحظة الحاضرة.‏ ‏عموما، بنسبة ثمانين أو تسعين بالمئة.‏ ‏وتجري أشياء كثيرة إلى جانبنا.‏ ‏تجري الحياة، وهذه الحياة الجارية والأشياء المعاشة تخزن باستمرار.‏ ‏ونخزن أيضا ما عشناه نحن.‏ ‏ومنذ الطفولة، فإن ما عاشه أسلافنا وأجدادنا ومجتمعنا‏ ‏يستقر أيضا في طبقة الوعي الجمعي. وأيا كانت الثقافة،‏ ‏وأيا كان المسار [الأنسابي؟] الذي جئنا منه، فهو في طبقاتنا. قد نتشابه‏ ‏أو نختلف. لكن في الرحلة إلى هنا توجد مخاوفنا،‏</w:t>
      </w:r>
    </w:p>
    <w:p>
      <w:pPr>
        <w:keepNext/>
      </w:pPr>
      <w:hyperlink r:id="rId80">
        <w:r>
          <w:rPr>
            <w:color w:val="1155CC"/>
            <w:u w:val="single"/>
          </w:rPr>
          <w:t>00:49:52 – 00:50:33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‏وبتعبير القرآن، توجد ظنون لنا. ومرة أخرى، بتعبير سورة البقرة،‏ ‏ما أكثر ما يمنع المشركين من الإيمان؟‏ ‏بعض التوقعات، أي آمالهم، ما يسميه القرآن أمنية.‏ ‏وكل هذه تساؤلات وشكوك ومخاوف وتوقعات مصدرها اللاوعي.‏ ‏وأين نواجهها أكثر شيء؟‏ ‏في أحلامنا التي نريد تفسيرها.‏ ‏الأحلام من جهة باب عالم المثال، لكنها من جهة مهمة‏ ‏هي رجوع اللاوعي إلينا وشكاواه‏ ‏وتوقعاته. وهنا يهبط الآن،‏</w:t>
      </w:r>
    </w:p>
    <w:p>
      <w:pPr>
        <w:keepNext/>
      </w:pPr>
      <w:hyperlink r:id="rId81">
        <w:r>
          <w:rPr>
            <w:color w:val="1155CC"/>
            <w:u w:val="single"/>
          </w:rPr>
          <w:t>00:50:33 – 00:51:18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‏وهذا في الأساطير القديمة [نسميه كاتاباسيس؟]، ثم‏ ‏ينزل إلى عالم مظلم ويلتقي فورا بالأركيتايب الرئيسي،‏ ‏أي نموذج الظل الذي نراه أيضا في علم نفس يونغ.‏ ‏يهبط إلى عالم تحت الأرض، مظلم وخانق.‏ ‏حيث يبقى الإنسان حين يغمض عينيه عن الوعي، حين ينفرد. وهنا،‏ ‏لا يصف لنا [رعب؟] ذلك المكان، بل يعبر عنه ببضع كلمات:‏ ‏أحسست بهاويات رهيبة، و[لفظ غير واضح]، وصرخات رهيبة،‏ ‏وأهوال.‏ ‏فقد عاش كارثة الحرب العالمية الأولى، وفي منطقته‏</w:t>
      </w:r>
    </w:p>
    <w:p>
      <w:pPr>
        <w:keepNext/>
      </w:pPr>
      <w:hyperlink r:id="rId82">
        <w:r>
          <w:rPr>
            <w:color w:val="1155CC"/>
            <w:u w:val="single"/>
          </w:rPr>
          <w:t>00:51:18 – 00:52:00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‏وجغرافيته عاش ما أصاب العالم الإسلامي والخلافة الإسلامية.‏ ‏علينا أن نفهم هذه المواضع بالتفكير في كل هذا‏ ‏في عالم الأستاذ المرهف.‏ ‏ثم يقول: يظهر نور في البعيد.‏ ‏علي أن أتجه نحو ذلك النور.‏ ‏ويقول: ألتقي في الطريق بمن انطلقوا في هذه الرحلة.‏ ‏أرى آثار ابن سينا والفارابي.‏ ‏وأسمع أصواتهم إلى حد ما، يقول.‏ ‏لكن أصواتهم تنقطع بعد ذلك.‏ ‏اجتهد الجميع للخروج من الكهف.‏ ‏ويقول: وأنا في هذه الحالة جاء مدد من القرآن،‏</w:t>
      </w:r>
    </w:p>
    <w:p>
      <w:pPr>
        <w:keepNext/>
      </w:pPr>
      <w:hyperlink r:id="rId83">
        <w:r>
          <w:rPr>
            <w:color w:val="1155CC"/>
            <w:u w:val="single"/>
          </w:rPr>
          <w:t>00:52:00 – 00:52:41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‏فأعطاني نورا أرشدني إلى طريقي،‏ ‏وما يحطم الصخور التي لا يمكن اجتيازها في طريقي، وكل هذا في اللاوعي،‏ ‏يقول: أعطاني آلة.‏ ‏ويقول في رؤيته: مررت من هنا تماما بهذا النور وهذه الآلة.‏ ‏يروي كيف أحدث النور المأخوذ من القرآن، والضياء المأخوذ من القرآن،‏ ‏انقلابا في اللاوعي في حياته هو.‏ ‏يروي لنا عبوره.‏ ‏له ثلاث رحلات.‏ ‏يهبط ويعبر أفقيا.‏ ‏ويمكنكم قراءة الكلمة الثلاثين لمعرفة التفاصيل.‏ ‏ثم الصعود،‏ ‏فوق الغيوم.‏</w:t>
      </w:r>
    </w:p>
    <w:p>
      <w:pPr>
        <w:keepNext/>
      </w:pPr>
      <w:hyperlink r:id="rId84">
        <w:r>
          <w:rPr>
            <w:color w:val="1155CC"/>
            <w:u w:val="single"/>
          </w:rPr>
          <w:t>00:52:41 – 00:53:22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‏وبثلاث رحلات، وفي الثالثة أخيرا، في صحراء عظيمة،‏ ‏تحت شمس القرآن، بلا ضيق،‏ ‏ولا ألم ولا حزن،‏ ‏متصالحا مع نفسه، يبلغ ما نسميه أونوس موندوس، عالما واحدا.‏ ‏ليس عالما مجزأ، بل عالما واحدا.‏ ‏عالما لا يتجزأ، عالما واحدا.‏ ‏ولماذا يروي لنا هذا في مبحث الأمانة من الكلمة الثلاثين؟‏ ‏إنه يصف مسار استخدام أناه كأمانة،‏ ‏والتجربة التي عاشها.‏ ‏هذا سرد تحليلي نفسي.‏</w:t>
      </w:r>
    </w:p>
    <w:p>
      <w:pPr>
        <w:keepNext/>
      </w:pPr>
      <w:hyperlink r:id="rId85">
        <w:r>
          <w:rPr>
            <w:color w:val="1155CC"/>
            <w:u w:val="single"/>
          </w:rPr>
          <w:t>00:53:22 – 00:54:06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‏وهو يمارس دور الأستاذ حين يروي وفاءه لتجربته التي عاشها،‏ ‏وفاء لا يفارقها أبدا.‏ ‏أي يفتح طريقا لإنسان عصرنا من وجهة نظر‏ ‏القرآن الحكيم. وهذا ليس خاصا بنا وحدنا.‏ ‏انظروا إلى مسألة النماذج الأصلية في التحليل النفسي عند يونغ، وفي صداقته‏ ‏مع باولي.‏ ‏نعرف اليوم الآتي:‏ ‏جسيمات العالم دون الذري جسيمات احتمالية،‏ ‏وحين تتجه إليها بالقياس والتجربة،‏ ‏فأنت من جهة تنكرها حتى وأنت تثبتها.‏</w:t>
      </w:r>
    </w:p>
    <w:p>
      <w:pPr>
        <w:keepNext/>
      </w:pPr>
      <w:hyperlink r:id="rId86">
        <w:r>
          <w:rPr>
            <w:color w:val="1155CC"/>
            <w:u w:val="single"/>
          </w:rPr>
          <w:t>00:54:06 – 00:54:47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‏لكن هذه الجسيمات تتطابق أيضا‏ ‏التنوع الأركيتايبي لعالم اللاوعي في ذهن الإنسان،‏ ‏وتتزامن معه.‏ ‏هذا حقا وعي رفيع جدا.‏ ‏جمع هذا في الكلمة الثلاثين،‏ ‏قبل الوسط العلمي بكثير، ومن المنظور القرآني‏ ‏اجتمع هذا بصورة أصيلة ليقدم لنا محورا.‏ ‏ما هدفنا بوصفنا مسلمين؟‏ ‏أن يرتقي إيماننا من التقليد إلى التحقيق.‏ ‏وكيف يرتقي في هذه الأرضية العالمية والحداثية؟‏</w:t>
      </w:r>
    </w:p>
    <w:p>
      <w:pPr>
        <w:keepNext/>
      </w:pPr>
      <w:hyperlink r:id="rId87">
        <w:r>
          <w:rPr>
            <w:color w:val="1155CC"/>
            <w:u w:val="single"/>
          </w:rPr>
          <w:t>00:54:48 – 00:55:30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‏نعم، بمنهج الكلام القديم، والعقلانية والاستدلال والمنطق،‏ ‏وباستخدام الوعي، يمكنني إثبات مسائل الإيمان.‏ ‏صحيح. أستطيع‏ ‏السير بالبرهنة، وبلوغ معرفة بهذا المعنى.‏ ‏لكن ما نسميه اليقين، بالنسبة لإنسان اليوم،‏ ‏يتعلق بالحساب الذي يقوم به مع اللاوعي.‏ ‏وإلا بقي الإيمان لا يتحول إلى عمل، أي تجربة وخبرة معاشة،‏ ‏ويبقى ضحلا عند حد ما، عاجزا عن إظهار أثره‏ ‏بمعناه الحقيقي في ظروف اليوم.‏</w:t>
      </w:r>
    </w:p>
    <w:p>
      <w:pPr>
        <w:keepNext/>
      </w:pPr>
      <w:hyperlink r:id="rId88">
        <w:r>
          <w:rPr>
            <w:color w:val="1155CC"/>
            <w:u w:val="single"/>
          </w:rPr>
          <w:t>00:55:31 – 00:56:13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‏إذا أراد المرء اليوم أن يحول إيمانه إلى تحقيق،‏ ‏وإلى كمال، كمال حقيقي، فهناك طرق كثيرة كتهذيب النفس‏ ‏وتطهير القلب.‏ ‏لكن قبل كل شيء، عليه أن يحاسب لاوعيه، لاوعيه الخاص،‏ ‏وأن يواجهه في إطار الأمانة،‏ ‏[في شأن؟] كون الأنا أمانة:‏ ‏أين يستخدمها وكيف، وماذا يواجه من نتائج.‏ ‏سأعطي مثالا بسيطا، ربما لتوضيح ذلك أكثر.‏ ‏مع أنني حاولت شرحه أكثر قليلا في البحث.‏ ‏لكل منا شخصية عادية، وأخرى نسميها القناع،‏</w:t>
      </w:r>
    </w:p>
    <w:p>
      <w:pPr>
        <w:keepNext/>
      </w:pPr>
      <w:hyperlink r:id="rId89">
        <w:r>
          <w:rPr>
            <w:color w:val="1155CC"/>
            <w:u w:val="single"/>
          </w:rPr>
          <w:t>00:56:13 – 00:56:58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شخصيتنا في المجتمع.‏ ‏فنحن أعضاء هيئة تدريس، أو تجار، أو كتاب،‏ ‏ولنا مهن مختلفة.‏ ‏ونحن أمهات وآباء وإخوة.‏ ‏[كلام متداخل] لكنني أختم فورا يا أستاذ.‏ ‏وهذه في النهاية أقنعة نستخدمها.‏ ‏وحتى هذه يجب مساءلتها [من جهة؟] الأمانة.‏ ‏في ظل مسارات تحكم بنفسها وتصبح اليوم فراعنة أفرادا،‏ ‏قائلة: «أنا ربكم الأعلى»،‏ ‏قائلة هذا بصورة فردية،‏ ‏علينا معالجة مسألتنا المتعلقة بالإيمان.‏ ‏نعم، وهنا نرى أيضا، للروح،‏</w:t>
      </w:r>
    </w:p>
    <w:p>
      <w:pPr>
        <w:keepNext/>
      </w:pPr>
      <w:hyperlink r:id="rId90">
        <w:r>
          <w:rPr>
            <w:color w:val="1155CC"/>
            <w:u w:val="single"/>
          </w:rPr>
          <w:t>00:56:58 – 00:57:39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الكلمة الثلاثين من رسائل النور، هذه النماذج التي يصفها في رؤيته،‏ ‏وصلتها بالقوانين الإلهية، القوانين السارية في الكون،‏ ‏يجري تأسيسها.‏ ‏وهذه أصالة. إذا أسستها بقوانين مستمدة من القرآن، قانون الربوبية،‏ ‏وقانون الشفقة،‏ ‏فأنت تبني علما منتسبا إلى القرآن.‏ ‏ثم يقدم تجربته بهذه المفاهيم الأربعة التي تعرفونها،‏ ‏وكل هذه المفاهيم هي مسارات لتجارب‏</w:t>
      </w:r>
    </w:p>
    <w:p>
      <w:pPr>
        <w:keepNext/>
      </w:pPr>
      <w:hyperlink r:id="rId91">
        <w:r>
          <w:rPr>
            <w:color w:val="1155CC"/>
            <w:u w:val="single"/>
          </w:rPr>
          <w:t>00:57:39 – 00:58:23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‏اللاوعي.‏ ‏وكلها: عدم تملك الأنا، ووعي الأمانة في الفعل، والإشباع في الذات‏ ‏والتصديق، والتوجه من الأمانة إلى صاحبها.‏ ‏فلنختم هنا: إذا فهمت الأنا‏ ‏كأمانة ومقياس من وجهة النظر القرآنية،‏ ‏فإن التجربة الأركيتايبية للاوعي، أي‏ ‏ما نماذج لاوعينا الخاص، وماذا نواجه؟‏ ‏هذه التجربة وصلتها بالقرآن، وتصحيحها بالأمانة،‏ ‏تصبح بتجربة الأمانة مجال تحول [يمتد؟]‏</w:t>
      </w:r>
    </w:p>
    <w:p>
      <w:pPr>
        <w:keepNext/>
      </w:pPr>
      <w:hyperlink r:id="rId92">
        <w:r>
          <w:rPr>
            <w:color w:val="1155CC"/>
            <w:u w:val="single"/>
          </w:rPr>
          <w:t>00:58:23 – 00:59:04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‏إلى الإيمان التحقيقي.‏ ‏فلنقل هذا، وأشكركم على صبركم.‏ ‏شكرا جزيلا لكم.‏ ‏شكرا جزيلا، أستاذنا مصطفى سعيد كورشون أوغلو.‏ ‏إن كان هناك سؤال سريع جدا، قبل أن ندعو أستاذنا محمد تشيفيك.‏ ‏تفضلوا، أستاذنا.‏ ‏إن كان هناك سؤال سريع، لا أرى أحدا من هنا، لكن إن كان هناك سؤال سريع.‏ ‏إذن ننتقل إلى الكلمة التالية.‏ ‏أستاذنا الدكتور محمد تشيفيك.‏ ‏لكنني لا أرى إطلاقا.‏ ‏أستاذنا، بسرعة شديدة، إلى أستاذنا مصطفى سعيد، أو‏ ‏إن كان هناك أيضا سؤال سريع لأستاذنا ألب أرسلان، أليس كذلك أستاذنا؟‏</w:t>
      </w:r>
    </w:p>
    <w:p>
      <w:pPr>
        <w:keepNext/>
      </w:pPr>
      <w:hyperlink r:id="rId93">
        <w:r>
          <w:rPr>
            <w:color w:val="1155CC"/>
            <w:u w:val="single"/>
          </w:rPr>
          <w:t>00:59:05 – 00:59:46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بحيث [لا يتجاوز؟] دقيقة واحدة.‏ ‏بسرعة شديدة، نرجوكم أستاذنا.‏ ‏أشكر أستاذنا كورشون أوغلو وأستاذنا ألب أرسلان أيضا.‏ ‏أود أن يتيح سؤالي لأستاذنا كورشون أوغلو فرصة لتوضيح أمر ما.‏ ‏الجزء المتعلق بالذرة بقي، يعني، لضيق الوقت.‏ ‏سأكون مسرورا جدا لو أوضح لنا هاتين العلاقتين أكثر قليلا.‏ ‏لأنه لم يبق وقت، وأظن أن الأمر، يعني، بقي غير مكتمل.‏ ‏الجزء المتعلق بالذرة: فالذرات أيضا [في ضوء؟] هذه الآية الكريمة،‏</w:t>
      </w:r>
    </w:p>
    <w:p>
      <w:pPr>
        <w:keepNext/>
      </w:pPr>
      <w:hyperlink r:id="rId94">
        <w:r>
          <w:rPr>
            <w:color w:val="1155CC"/>
            <w:u w:val="single"/>
          </w:rPr>
          <w:t>00:59:46 – 01:00:28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‏في «الكلمة الثلاثين»، تماما باعتبارها‏ ‏تجلي القدرة الإلهية والإرادة الإلهية‏ ‏وانعكاسهما [يتم تناولها؟].‏ ‏ويقال إن الذرة نفسها ليست لها قوة مستقلة، ولا خاصية‏ ‏خاصة بها؛ وميكانيكا الكم اليوم بالفعل‏ ‏تبين لنا هذا. ولذلك لا يمكننا إلا الحديث عن احتمالات الكم.‏ ‏طبعا عجزها، وماهيتها أيضا كذلك، يعني، لكن تناوله الاثنين معا‏ ‏في عام 1928، فهذا أمر عظيم، يعني.‏ ‏بارك الله فيكم أستاذنا، نشكركم كثيرا أستاذنا.‏ ‏أستاذنا ألب أرسلان، إن أردتم أن تقولوا جملة أيضا، أو لاحقا…‏</w:t>
      </w:r>
    </w:p>
    <w:p>
      <w:pPr>
        <w:keepNext/>
      </w:pPr>
      <w:hyperlink r:id="rId95">
        <w:r>
          <w:rPr>
            <w:color w:val="1155CC"/>
            <w:u w:val="single"/>
          </w:rPr>
          <w:t>01:00:29 – 01:01:07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‏نعم، حسنا.‏ ‏حسنا، شكرا لكم. والآن‏ ‏ننتقل إلى أستاذنا الدكتور محمد تشيفيك من جامعة أديامان.‏ ‏نهجان مختلفان لحل الأزمات الاجتماعية‏ ‏التي استمرت في التفاقم خلال القرنين الماضيين.‏ ‏من التشخيص البيروقراطي إلى العلاج الروحي،‏ ‏مقارنة في سياق «نصائح الشبان» للشرواني‏ ‏و«رسائل النور» للنورسي. تفضلوا أستاذنا العزيز.‏ ‏الحمد لله رب العالمين.‏ ‏والصلاة والسلام على رسولنا محمد وعلى آله وصحبه أجمعين.‏</w:t>
      </w:r>
    </w:p>
    <w:p>
      <w:pPr>
        <w:keepNext/>
      </w:pPr>
      <w:hyperlink r:id="rId96">
        <w:r>
          <w:rPr>
            <w:color w:val="1155CC"/>
            <w:u w:val="single"/>
          </w:rPr>
          <w:t>01:01:09 – 01:01:50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‏أيها الحضور الكرام، ولا سيما رئيس الجلسة المحترم،‏ ‏وكبار علمائنا الكرام الذين يسعون لجعل علمهم وسيلة‏ ‏إلى معرفة الله،‏ ‏وزملائي الأكاديميين الأعزاء، وزملائي‏ ‏الطلاب، وجميع المستمعين، أحييكم بغاية الاحترام والمودة.‏ ‏وكما قال رئيس الجلسة، سنستخدم منهج المقارنة‏ ‏في عرضنا. تخصصي العلمي‏ ‏هو الأدب التركي الكلاسيكي. وفي الآونة الأخيرة درست خصوصا‏</w:t>
      </w:r>
    </w:p>
    <w:p>
      <w:pPr>
        <w:keepNext/>
      </w:pPr>
      <w:hyperlink r:id="rId97">
        <w:r>
          <w:rPr>
            <w:color w:val="1155CC"/>
            <w:u w:val="single"/>
          </w:rPr>
          <w:t>01:01:50 – 01:02:32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‏القرن التاسع عشر. ومن هذه الدراسات دراسة عن‏ ‏عالم كبير اسمه أحمد حمدي الشرواني، من علماء‏ ‏عهد السلطان عبد الحميد خان. وأثناء فحص كتابه نصائح الشبان،‏ ‏أي نصائح للشباب، وجدت نقاطا كثيرة مشتركة مع بديع الزمان:‏ ‏بشأن الأمراض المعنوية في القرنين الأخيرين، وفي القرن التاسع عشر،‏ ‏كانت تعبيراته وتشخيصاته في حياته‏ ‏متشابهة جدا. لكن طرق العلاج مختلفة جدا، وأحيانا تبدو متكاملة،‏ ‏ولكن خصوصا لإبراز ما لدى بديع الزمان من‏</w:t>
      </w:r>
    </w:p>
    <w:p>
      <w:pPr>
        <w:keepNext/>
      </w:pPr>
      <w:hyperlink r:id="rId98">
        <w:r>
          <w:rPr>
            <w:color w:val="1155CC"/>
            <w:u w:val="single"/>
          </w:rPr>
          <w:t>01:02:32 – 01:03:13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‏[توصيات جذرية كاملة؟] بصورة أوضح، سنطبق منهج‏ ‏المقارنة.‏ ‏كما تعلمون، شهد تاريخ البشرية تحولات كثيرة.‏ ‏فمنذ وجود البشرية، منها ما يمكن تسميته إيجابيا،‏ ‏ومنها ما يمكن تسميته سلبيا.‏ ‏وأعظمها وأكثرها إيجابية كان حين بلغ دين الحق،‏ ‏أي القرآن، في زمن الرسول الأكرم عليه الصلاة والسلام،‏ ‏وسادتنا الصحابة، ذلك التحول الأكثر إيجابية،‏ ‏عصر السعادة. وبعده شهد كل قرن تحولات إيجابية وسلبية.‏</w:t>
      </w:r>
    </w:p>
    <w:p>
      <w:pPr>
        <w:keepNext/>
      </w:pPr>
      <w:hyperlink r:id="rId99">
        <w:r>
          <w:rPr>
            <w:color w:val="1155CC"/>
            <w:u w:val="single"/>
          </w:rPr>
          <w:t>01:03:13 – 01:03:58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‏ندخل هنا في مجال أستاذنا في علم الاجتماع، الأستاذ إسماعيل، لكن‏ ‏التحول الكبير السابق كان في القرنين الحادي عشر والثاني عشر.‏ ‏تحول كبير فكريا، أي معرفيا، وكذلك وجوديا.‏ ‏لكن تحول القرنين التاسع عشر والعشرين كان أكبر من ذلك.‏ ‏وكان هذا طبعا من أكبر التحولات‏ ‏في تاريخ البشرية. وشمل البشرية كلها، وتعلق أيضا بالعالم الإسلامي:‏ ‏إذ حدثت اضطرابات خطيرة في الدولة العثمانية التي كانت تمثله.‏ ‏ولم يكن ما واجهته الدولة العثمانية مجرد تراجع عسكري وسياسي؛ فهذا‏</w:t>
      </w:r>
    </w:p>
    <w:p>
      <w:pPr>
        <w:keepNext/>
      </w:pPr>
      <w:hyperlink r:id="rId100">
        <w:r>
          <w:rPr>
            <w:color w:val="1155CC"/>
            <w:u w:val="single"/>
          </w:rPr>
          <w:t>01:03:58 – 01:04:41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‏القرن كان فترة أزمة حضارية عميقة، مع هزات اقتصادية واجتماعية ومعرفية‏ ‏ووجودية متعاقبة.‏ ‏وفي الغرب، مع جلب تيارات كالثورة الصناعية والعلمنة،‏ ‏هدد بعمق الرؤى التقليدية والدينية.‏ ‏ولا سيما الغرب، فكما تعلمون يقول بديع الزمان أيضا إن ما أوقفهم‏ ‏في العصور الوسطى كان أمورا دينية وتعصبهم، فشعروا بالحاجة‏ ‏إلى كسر ذلك التعصب ليتقدموا ماديا.‏ ‏وهنا بدأ الدين والعلم يفترقان.‏ ‏وأخذ عرض العلم [من دون ذكر صانعه؟]، والدين،‏</w:t>
      </w:r>
    </w:p>
    <w:p>
      <w:pPr>
        <w:keepNext/>
      </w:pPr>
      <w:hyperlink r:id="rId101">
        <w:r>
          <w:rPr>
            <w:color w:val="1155CC"/>
            <w:u w:val="single"/>
          </w:rPr>
          <w:t>01:04:41 – 01:05:24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‏يترسخ تدريجيا.‏ ‏وقد لخص الأخ فوزي الله وردي هذا جيدا جدا في عرض الأمس.‏ ‏فمع أنه خريج ثانوية، فقد كرس حياته لرسائل النور،‏ ‏وكان عرضه رائعا من هذه الناحية أيضا.‏ ‏وفي الدولة العثمانية خاصة، إلى جانب هذا التراجع المادي، كان من‏ ‏أهم عوامله أنه بعد اتفاقية بلطة ليمان التجارية،‏ ‏سرع إنشاء إدارة الديون العمومية الانهيار كثيرا.‏ ‏ومع هذا، حين سعوا لأخذ العلم المادي من الغرب لمعالجة ذلك الانهيار،‏ ‏بدؤوا يأخذون منه أيضا الأفكار الوضعية والمادية.‏</w:t>
      </w:r>
    </w:p>
    <w:p>
      <w:pPr>
        <w:keepNext/>
      </w:pPr>
      <w:hyperlink r:id="rId102">
        <w:r>
          <w:rPr>
            <w:color w:val="1155CC"/>
            <w:u w:val="single"/>
          </w:rPr>
          <w:t>01:05:24 – 01:06:05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‏وبدأ الدخول في أزمة إيمان ومعنى لم يسبق لها مثيل.‏ ‏وفي هذه الفترة أخذ كثير من المثقفين والمفكرين والعلماء وعلماء‏ ‏الدين يبدون آراءهم.‏ ‏واثنان منهم، وأهمهم الأستاذ، في القرن العشرين،‏ ‏أي أواخر القرن التاسع عشر والقرن العشرين.‏ ‏وكتاب نصائح الشبان لأحمد حمدي الشرواني مهم خصوصا لتمثيله‏ ‏النظرة البيروقراطية لمسؤولينا آنذاك، من أعلى الدولة‏ ‏إلى المستويات الدنيا، أي جميع المسؤولين‏ ‏في تلك البنية الهرمية. ومن هنا أهمية الكتاب.‏</w:t>
      </w:r>
    </w:p>
    <w:p>
      <w:pPr>
        <w:keepNext/>
      </w:pPr>
      <w:hyperlink r:id="rId103">
        <w:r>
          <w:rPr>
            <w:color w:val="1155CC"/>
            <w:u w:val="single"/>
          </w:rPr>
          <w:t>01:06:05 – 01:06:50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‏نصائح الشبان، أحمد حمدي الشرواني،‏ ‏عاش بين عامي 1831 و1890.‏ ‏نشأ في شروان بأذربيجان، ثم جاء إلى إسطنبول.‏ ‏وفي تحصيله للعلم أتقن العربية والفارسية والفرنسية إلى حد‏ ‏كتابة الشعر.‏ ‏درس العلوم الغربية، وترجم كتبا في الجغرافيا‏ ‏والرياضيات، وعمل قنصلا.‏ ‏ومن أهم وظائفه أنه أصبح من أبرز‏ ‏[البيروقراطيين؟] في نظارة المعارف، أي وزارة التعليم آنذاك.‏ ‏ودرس الحقوق الشرعية، في دار الفنون آنذاك،‏</w:t>
      </w:r>
    </w:p>
    <w:p>
      <w:pPr>
        <w:keepNext/>
      </w:pPr>
      <w:hyperlink r:id="rId104">
        <w:r>
          <w:rPr>
            <w:color w:val="1155CC"/>
            <w:u w:val="single"/>
          </w:rPr>
          <w:t>01:06:50 – 01:07:32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دروس الحقوق، دروس الحقوق الشرعية.‏ ‏وكتب في ذلك ثلاثة كتب.‏ ‏وشخصية غزيرة الإنتاج، له سبعة وعشرون كتابا.‏ ‏أي درس العلوم الغربية والشرقية.‏ ‏ثم كانت له [شهبندرية؟]، أي سفارة.‏ ‏في أفغانستان والهند ومناطق [سوات؟]، ملم بالشرق والغرب،‏ ‏وشهد في الدولة العثمانية الأزمات الفكرية التي بدأت في ذلك القرن.‏ ‏وكتب نصائح الشبان خطابا للشباب.‏ ‏وحين توفي في 1890، كان بديع الزمان في الثالثة عشرة أو الرابعة عشرة‏</w:t>
      </w:r>
    </w:p>
    <w:p>
      <w:pPr>
        <w:keepNext/>
      </w:pPr>
      <w:hyperlink r:id="rId105">
        <w:r>
          <w:rPr>
            <w:color w:val="1155CC"/>
            <w:u w:val="single"/>
          </w:rPr>
          <w:t>01:07:32 – 01:08:12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‏من عمره، مقتربا من سن حصول أستاذنا على الإجازة العلمية.‏ ‏فقد توفي هذا الرجل والأستاذ في تلك السن. وبديع الزمان أيضا،‏ ‏كما تعلمون،‏ ‏كان يدرس الرياضيات إلى جانب العلوم الدينية،‏ ‏والهندسة والجغرافيا والكيمياء غير العضوية وكثيرا من‏ ‏العلوم الطبيعية. أي إن هذا الرجل كذلك. والآن،‏ ‏في البحث يركز على أعراض الأزمة الخارجية، فقط، أي،‏ ‏في كتاب نصائح الشبان هذا.‏ ‏نعم.‏</w:t>
      </w:r>
    </w:p>
    <w:p>
      <w:pPr>
        <w:keepNext/>
      </w:pPr>
      <w:hyperlink r:id="rId106">
        <w:r>
          <w:rPr>
            <w:color w:val="1155CC"/>
            <w:u w:val="single"/>
          </w:rPr>
          <w:t>01:08:15 – 01:08:56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‏أولا،‏ ‏سنركز قليلا على أفكار أحمد حمدي الشرواني،‏ ‏ثم نقارنها بأفكار بديع الزمان.‏ ‏وبوصفه أكبر مرض اجتماعي في عهد الشرواني،‏ ‏أحد الأمراض: أن الشباب بعد تعلم شيء من القراءة والكتابة،‏ ‏ينسحبون من الإنتاج ويتطلعون فورا إلى الوظيفة الحكومية،‏ ‏ويركزون على العيش في بيروقراطية برواتب، دون الخوض في ما يزعجهم.‏ ‏وحتى من تلقى قدرا ضئيلا من التعليم يركز على هذا،‏</w:t>
      </w:r>
    </w:p>
    <w:p>
      <w:pPr>
        <w:keepNext/>
      </w:pPr>
      <w:hyperlink r:id="rId107">
        <w:r>
          <w:rPr>
            <w:color w:val="1155CC"/>
            <w:u w:val="single"/>
          </w:rPr>
          <w:t>01:08:56 – 01:09:39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‏ولهذا السبب فإن الحرف والزراعة والتجارة‏ ‏تتناقص، كما ألاحظ مثلا.‏ ‏وحب الوظيفة شديد إلى درجة أنه يعبر عنه باستعارة.‏ ‏فحب الوظيفة يشبه حب الطفل الرضيع‏ ‏للحليب، فقد نشأ لدى الناس حب كهذا، يقول.‏ ‏فإذا ابتعد الرضيع عن الحليب قليلا، وبحب يبلغ حد العشق،‏ ‏كما وصف أستاذي، يقيم الدنيا ولا يقعدها.‏ ‏ويقول إن أكثر الناس صاروا هكذا من حب الوظيفة.‏</w:t>
      </w:r>
    </w:p>
    <w:p>
      <w:pPr>
        <w:keepNext/>
      </w:pPr>
      <w:hyperlink r:id="rId108">
        <w:r>
          <w:rPr>
            <w:color w:val="1155CC"/>
            <w:u w:val="single"/>
          </w:rPr>
          <w:t>01:09:39 – 01:10:22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‏ويربط أساس هذا الحب للوظيفة بالكسل.‏ ‏لكن بديع الزمان، وسنأتي إليه بعد قليل، سيربطه بأمر آخر، لا بالكسل.‏ ‏كثير من الناس، إذا تعلموا شيئا من القراءة والكتابة،‏ ‏لا يخطر ببالهم [طريق الكسب والتجارة؟]، بل ينالون وظيفة‏ ‏ويحاولون العيش من بيت المال، يقول.‏ ‏ويربط الشرواني أيضا عدم رغبة المجتمع في العمل بفهم خاطئ‏ ‏للتوكل وزهد سلبي، ويعلن الحرب على هذا الفهم.‏ ‏فيقول: «الله ورسوله لا يحبان أبدا الكسالى و[مشجعي الكسل؟]»،‏ ‏ويقدم العمل واجبا دينيا.‏</w:t>
      </w:r>
    </w:p>
    <w:p>
      <w:pPr>
        <w:keepNext/>
      </w:pPr>
      <w:hyperlink r:id="rId109">
        <w:r>
          <w:rPr>
            <w:color w:val="1155CC"/>
            <w:u w:val="single"/>
          </w:rPr>
          <w:t>01:10:22 – 01:11:03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‏وكقاعدة اقتصادية كلية: «الثروة الخاصة‏ ‏[تستلزم؟] الثروة العامة»، أي إن الثروة الشخصية أساس الثروة الوطنية.‏ ‏يضع هذا المبدأ.‏ ‏ويحذر من يظنون القناعة كسلا.‏ ‏نعم.‏ ‏وأمام التفوق العلمي والتقني الغربي، لدى الشرواني موقف أبولوجيتي،‏ ‏أي دفاعي، في الكتاب.‏ ‏ماذا يعني دفاعي؟‏ ‏«الحكمة ضالة المؤمن».‏ ‏ويستشهد بالحديث: «يأخذها حيث وجدها»، ويقول إن العلم في الغرب‏</w:t>
      </w:r>
    </w:p>
    <w:p>
      <w:pPr>
        <w:keepNext/>
      </w:pPr>
      <w:hyperlink r:id="rId110">
        <w:r>
          <w:rPr>
            <w:color w:val="1155CC"/>
            <w:u w:val="single"/>
          </w:rPr>
          <w:t>01:11:04 – 01:11:44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‏قيمة إسلامية في الحقيقة، وعلينا أخذها.‏ ‏ويدافع ضد التعصب الديني، وضد من يتعصبون‏ ‏في هذا المعنى.‏ ‏كما تعلمون، بشأن العلوم الغربية آنذاك،‏ ‏فإن الذين ذهبوا إلى الغرب‏ ‏لدراسة العلوم [الفنية؟]، والاقتصاد الجديد أو الاقتصاد أو الطب،‏ ‏عادوا محرومين من الدين. ومدرسو المدارس الدينية أيضا،‏ ‏لم يعودوا يشتغلون بالعلوم [الفنية؟] كما في السابق، فكانوا متعصبين‏ ‏ضد التجديدات.‏ ‏وكانوا أيضا يردون بعنف.‏</w:t>
      </w:r>
    </w:p>
    <w:p>
      <w:pPr>
        <w:keepNext/>
      </w:pPr>
      <w:hyperlink r:id="rId111">
        <w:r>
          <w:rPr>
            <w:color w:val="1155CC"/>
            <w:u w:val="single"/>
          </w:rPr>
          <w:t>01:11:44 – 01:12:27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‏ويقول أحمد حمدي الشرواني في كتابه إن هذا الرد خطأ:‏ ‏علم الغرب ضالتنا، وعلينا أخذه. ويتخذ‏ ‏موقفا دفاعيا.‏ ‏فمثلا، كانت أزمات عدم الإيمان قد بدأت هناك أيضا.‏ ‏فأمور كالإلحاد والربوبية بدأت تنتشر آنذاك أيضا.‏ ‏وهناك لا يقدم إلا مدخلا صغيرا جدا لدرس الحكمة‏ ‏المنتشر في جميع آثار بديع الزمان.‏ ‏فمثلا، يذكر المنظار، أي التلسكوب، والهردبين،‏ ‏أي المجهر، ويقدم التقنيات أدلة‏</w:t>
      </w:r>
    </w:p>
    <w:p>
      <w:pPr>
        <w:keepNext/>
      </w:pPr>
      <w:hyperlink r:id="rId112">
        <w:r>
          <w:rPr>
            <w:color w:val="1155CC"/>
            <w:u w:val="single"/>
          </w:rPr>
          <w:t>01:12:27 – 01:13:09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‏لإثبات صنعة الخالق.‏ ‏ويدافع عن العلم ضد التعصب الديني.‏ ‏بخلاف كثير من مدرسي المدارس الدينية، وكثير ممن‏ ‏عادوا من دراسة العلوم الطبيعية في الغرب وكانوا فاترين تجاه الدين،‏ ‏فهو مختلف عنهم.‏ ‏وطبعا، من أهم النقاط هنا اختلافه‏ ‏عن بديع الزمان. فقد توجه بديع الزمان حقا إلى أساس‏ ‏المسألة: ثورة معرفية، وفلسفة علم توحيدية،‏ ‏كما يمكن تسميتها. وذكرتها عروض الأمس أيضا. ومن أهم ما لدى الأستاذ‏</w:t>
      </w:r>
    </w:p>
    <w:p>
      <w:pPr>
        <w:keepNext/>
      </w:pPr>
      <w:hyperlink r:id="rId113">
        <w:r>
          <w:rPr>
            <w:color w:val="1155CC"/>
            <w:u w:val="single"/>
          </w:rPr>
          <w:t>01:13:09 – 01:13:50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‏قراءة المعنى الحرفي، أي الدال على غيره.‏ ‏ويتجاوز نهج الشرواني الدفاعي الذي يحاول إضافة العلم الغربي‏ ‏إلى الدين، ويحقق تجديدا جذريا.‏ ‏ويحرر العلم من المعنى الاسمي للفلسفة المادية،‏ ‏أي قراءة الوجود مستقلا عن الله،‏ ‏وبمنهج المعنى الحرفي يعلم قراءة الكون كتابا هائلا‏ ‏يظهر أسماء الله وصفاته.‏ ‏ومفهوم الطبيعة الذي يستند إليه الإلحاد والوضعية:‏ ‏«الطبيعة مطبعة [مثالية؟]،‏ ‏وليست طابعا.‏ ‏نقش، وليست نقاشا.‏</w:t>
      </w:r>
    </w:p>
    <w:p>
      <w:pPr>
        <w:keepNext/>
      </w:pPr>
      <w:hyperlink r:id="rId114">
        <w:r>
          <w:rPr>
            <w:color w:val="1155CC"/>
            <w:u w:val="single"/>
          </w:rPr>
          <w:t>01:13:50 – 01:14:35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‏مسطر، وليست مصدرا.‏ ‏نظام، وليست ناظما.‏ ‏قانون، وليست قدرة».‏ ‏هكذا يعبر.‏ ‏ويخاطب الشباب: «كل علم من العلوم التي تدرسونها، بلسانه‏ ‏الخاص، يتحدث باستمرار عن الله ويعرف بالخالق.‏ ‏استمعوا إليها، لا إلى معلميها». وبلسان كل علم،‏ ‏يصف كيف يكون الطريق من ذلك العلم إلى خالقه.‏ ‏وهناك اختلاف بهذا المعنى.‏ ‏الحديثة،‏ ‏في مواجهة ثقافة الاستهلاك،‏ ‏يختلف أيضا في فلسفة الاقتصاد والقناعة والحرية.‏</w:t>
      </w:r>
    </w:p>
    <w:p>
      <w:pPr>
        <w:keepNext/>
      </w:pPr>
      <w:hyperlink r:id="rId115">
        <w:r>
          <w:rPr>
            <w:color w:val="1155CC"/>
            <w:u w:val="single"/>
          </w:rPr>
          <w:t>01:14:37 – 01:15:19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‏فبينما يرى الشرواني التوجه إلى الوظيفة عطالة وكسلا،‏ ‏يكشف النورسي السبب الجذري الاجتماعي النفسي وراءه.‏ ‏وأمر بالغ الأهمية، هذا مهم جدا، كرامة الفرد‏ ‏وحريته: بوصفه منهجا حيويا للاستقلال،‏ ‏يوصي بالاقتصاد.‏ ‏وليس مجرد تدبير للتوفير.‏ ‏وبشأن الإسراف والترف والإدمان التي تفرضها الحضارة الغربية الحديثة،‏ ‏يقرر الأستاذ الآتي:‏ ‏«الإنسان المحتاج في البداوة إلى خمس أو عشر [سنوات؟]،‏ ‏وبفعل [الحضارات الحاضرة؟]،‏ ‏وعاداتها وإدمانها، صار محتاجا إلى مئة».‏</w:t>
      </w:r>
    </w:p>
    <w:p>
      <w:pPr>
        <w:keepNext/>
      </w:pPr>
      <w:hyperlink r:id="rId116">
        <w:r>
          <w:rPr>
            <w:color w:val="1155CC"/>
            <w:u w:val="single"/>
          </w:rPr>
          <w:t>01:15:20 – 01:16:02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‏«وبسبب عدم الاقتصاد يكثر المستهلكون ويقل المنتجون،‏ ‏ويتطلع الجميع إلى باب الحكومة».‏ ‏أي إنهم يسألون الشيء نفسه مثل الشرواني.‏ ‏وبينما يرى الشرواني أن توجيه النظر إلى الدولة والوظيفة وحدهما،‏ ‏كسلا، ويرى الكسل مصدره، فإن بديع الزمان يرى الأمر‏ ‏غير ذلك. ويحدد السبب، السبب الحقيقي،‏ ‏بعدم الاقتصاد والإسراف والميل إلى الترف.‏ ‏تشخيص مختلف جدا وأصيل جدا.‏ ‏لكن هناك تشخيصا أكبر أيضا.‏ ‏والجملة التي يقولها عند تأويل أحاديث الدجال والسفيان‏ ‏أكثر إيمانية بكثير، وتمس الجذر تماما.‏</w:t>
      </w:r>
    </w:p>
    <w:p>
      <w:pPr>
        <w:keepNext/>
      </w:pPr>
      <w:hyperlink r:id="rId117">
        <w:r>
          <w:rPr>
            <w:color w:val="1155CC"/>
            <w:u w:val="single"/>
          </w:rPr>
          <w:t>01:16:02 – 01:16:45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‏أي إن الشرواني عالم كبير قيم.‏ ‏وهو من كبار علماء عهد عبد الحميد الثاني.‏ ‏وصديق مقرب لأحمد جودت باشا أيضا.‏ ‏وكما قلنا، كتب سبعة وعشرين مؤلفا.‏ ‏ولمؤلفاته تقاريظ من كبار العلماء وشيوخ الإسلام‏ ‏في ذلك الوقت، ومن أحمد جودت باشا.‏ ‏أي إن الجميع كتبوا بسرور، فهو عالم محبوب.‏ ‏لكن تشخيصه يظل ذا نظرة مادية أو اجتماعية.‏ ‏أما بديع الزمان فيقول إن من أكبر أسباب التطلع إلى الوظيفة‏ ‏عدم الاقتصاد والإسراف والميل إلى الترف.‏</w:t>
      </w:r>
    </w:p>
    <w:p>
      <w:pPr>
        <w:keepNext/>
      </w:pPr>
      <w:hyperlink r:id="rId118">
        <w:r>
          <w:rPr>
            <w:color w:val="1155CC"/>
            <w:u w:val="single"/>
          </w:rPr>
          <w:t>01:16:45 – 01:17:27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‏لكن التشخيص الآتي أهم بكثير.‏ ‏وعند تأويل الحديث عن الدجال والسفيان: «السفيان بتشجيع الإسراف،‏ ‏سيثير حرصا وطمعا شديدين.‏ ‏ويمسك بتلك العروق الضعيفة عند الناس ويسخرهم لنفسه.‏ ‏ومن يسرف يصير أسيره، ويقع في شراكه».‏ ‏والأخ حسني بيرام أوغلو، من تلاميذ بديع الزمان‏ ‏[القيمين؟] الذين توفوا مؤخرا، كان كثيرا ما‏ ‏يلفت النظر إلى هذا. وقال إن من الأمراض المعنوية لدى أهل الإيمان اليوم‏ ‏عدم الشكر.‏ ‏وعبر عن مصدر عدم الشكر بأنه عدم الاقتصاد.‏</w:t>
      </w:r>
    </w:p>
    <w:p>
      <w:pPr>
        <w:keepNext/>
      </w:pPr>
      <w:hyperlink r:id="rId119">
        <w:r>
          <w:rPr>
            <w:color w:val="1155CC"/>
            <w:u w:val="single"/>
          </w:rPr>
          <w:t>01:17:27 – 01:18:07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‏ويقول إن من لا يقتصد يصير أسير السفيان. تعبير مثير للاهتمام جدا.‏ ‏ويربطه مرة أخرى بأمر إيماني.‏ ‏ويقول إنها درع حيوية تحمي كرامة الفرد وحريته:‏ ‏[الاقتصاد؟].‏ ‏درع حيوية تحمي كرامته وحريته.‏ ‏نعم.‏ ‏وأجريت مقارنة رابعة.‏ ‏ركزت على أربع مقارنات.‏ ‏المزيد من العبارات: تشخيص المرض، إن صح التعبير،‏ ‏بوصفه طبيبا معنويا، صحيح.‏ ‏صحيح، لكن الدواء الذي يقدمه بديع الزمان للمرض يتجه مباشرة، كما نعلم،‏</w:t>
      </w:r>
    </w:p>
    <w:p>
      <w:pPr>
        <w:keepNext/>
      </w:pPr>
      <w:hyperlink r:id="rId120">
        <w:r>
          <w:rPr>
            <w:color w:val="1155CC"/>
            <w:u w:val="single"/>
          </w:rPr>
          <w:t>01:18:07 – 01:18:48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‏إلى الجذر. فالأمراض المعنوية الظاهرة على أغصان الشجرة، تلك الأمور،‏ ‏ليست سببا، بل نتيجة فقط؛‏ ‏ويقول إن المسألة الأساسية ضعف الإيمان.‏ ‏رابعا: إحياء أبطال معنويين في مواجهة أعداء الانهيار الاجتماعي.‏ ‏سعيد النورسي:‏ ‏الأعداء الاجتماعيون الثلاثة الأساسيون الذين يدمرون المجتمع الإسلامي،‏ ‏وكما عبر العلماء الكرام في الافتتاح‏ ‏والمفكرون أيضا،‏ ‏هي الجهل والفقر والاختلاف. وتعالج بالصنعة والمعرفة‏</w:t>
      </w:r>
    </w:p>
    <w:p>
      <w:pPr>
        <w:keepNext/>
      </w:pPr>
      <w:hyperlink r:id="rId121">
        <w:r>
          <w:rPr>
            <w:color w:val="1155CC"/>
            <w:u w:val="single"/>
          </w:rPr>
          <w:t>01:18:48 – 01:19:30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‏والاتفاق، كما يقول.‏ ‏ولمنع الانهيار المادي يهدف الشرواني إلى توجيه الشباب مباشرة إلى السوق‏ ‏والتجارة. وينبغي ألا يسعوا إلى الوظيفة؛‏ ‏بل يوجههم إلى التجارة والزراعة والصناعة.‏ ‏وخصص لهذا قسما كبيرا من كتابه.‏ ‏وفكر: إذا فعلنا هذا نحيي المجتمع، نحيي المجتمع، وننجو.‏ ‏أي إن ضعف إيمان الأمة معنويا في عالمه‏ ‏يبقى في الخلف كثيرا.‏ ‏وهو نفسه عالم كبير، كما قلنا قبل قليل، مدرس للحقوق الشرعية.‏ ‏لكن كيف يفكر البيروقراطي في عالمه؟‏</w:t>
      </w:r>
    </w:p>
    <w:p>
      <w:pPr>
        <w:keepNext/>
      </w:pPr>
      <w:hyperlink r:id="rId122">
        <w:r>
          <w:rPr>
            <w:color w:val="1155CC"/>
            <w:u w:val="single"/>
          </w:rPr>
          <w:t>01:19:30 – 01:20:11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‏إذا حللنا الصعوبات الاقتصادية، وإذا انتعش المجتمع واغتنى، أليس كذلك؟‏ ‏أي إن مجتمعا كهذا يصلح.‏ ‏فهم كهذا: يهدف الشرواني، لمنع الانهيار المادي، إلى توجيه الشباب‏ ‏مباشرة إلى السوق والتجارة.‏ ‏وفي الأزمة الأخلاقية العالمية‏ ‏يجعل النورسي الأساس إخراج الشباب من مستنقع السفاهة‏ ‏وإدخالهم قلعة الإيمان،‏ ‏وتنشئة أبطال معنويين يستخدمون طاقتهم في دائرة العفة والاستقامة.‏ ‏هذا ما يجعله أساسا.‏ ‏وضد الكسل: «الساعون والعاملون شاكرون، يحمدون،‏ ‏ويتلذذون بحياتهم [لفظ غير واضح]، ويجدون الرحمة في المشقة،‏</w:t>
      </w:r>
    </w:p>
    <w:p>
      <w:pPr>
        <w:keepNext/>
      </w:pPr>
      <w:hyperlink r:id="rId123">
        <w:r>
          <w:rPr>
            <w:color w:val="1155CC"/>
            <w:u w:val="single"/>
          </w:rPr>
          <w:t>01:20:11 – 01:20:51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‏ويجدون السكينة»، كما يقول.‏ ‏وأخيرا، وهذا مهم أيضا، الثنائية في التعليم، أي الانقسام إلى قسمين.‏ ‏ففي الفترة الأخيرة، كما تعلمون،‏ ‏الذاهبون غربا يدرسون العلوم الطبيعية فقط؛ والذاهبون شرقا،‏ ‏في الشرق، في المدارس الدينية، العلوم الدينية فقط؛‏ ‏وانعكس هذا الانقسام المسمى ثنائية [على الشعب أيضا؟].‏ ‏ونشأت مشكلة خطيرة.‏ ‏وكما تعلمون استخدم بديع الزمان تعبير الامتزاج.‏ ‏والامتزاج لا يعني تدريس العلوم الدينية والطبيعية معا فحسب.‏ ‏بل مزجها.‏ ‏أي عند الحديث عن الفيزياء لا بد من ذكر صانعها.‏</w:t>
      </w:r>
    </w:p>
    <w:p>
      <w:pPr>
        <w:keepNext/>
      </w:pPr>
      <w:hyperlink r:id="rId124">
        <w:r>
          <w:rPr>
            <w:color w:val="1155CC"/>
            <w:u w:val="single"/>
          </w:rPr>
          <w:t>01:20:51 – 01:21:35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‏وعند الحديث عن الرياضيات يجب الارتقاء منها إلى التوحيد والإيمان بالله،‏ ‏إذ يقول: إذا أنقذنا الأمة من هذا المرض المعنوي فسيحدث التطور المادي‏ ‏أيضا. «ضياء العقل، نور العقل، العلوم المدنية؛ وضياء الوجدان،‏ ‏العلوم الدينية. وباجتماعهما الحقيقة.‏ ‏وإذا افترقا، ففي العلوم الدينية وحدها تعصب؛ وفي الأخرى،‏ ‏الحيلة والشك».‏ ‏ومن اجتماعهما تتجلى الحقيقة.‏ ‏وبهذا المعنى، بشأن بديع الزمان، أهم شيء في النهاية:‏ ‏يمكننا تلخيصه بهذه الجملة.‏ ‏أساس التطور المادي التطور المعنوي. وإذا أكملنا التطور‏</w:t>
      </w:r>
    </w:p>
    <w:p>
      <w:pPr>
        <w:keepNext/>
      </w:pPr>
      <w:hyperlink r:id="rId125">
        <w:r>
          <w:rPr>
            <w:color w:val="1155CC"/>
            <w:u w:val="single"/>
          </w:rPr>
          <w:t>01:21:35 – 01:22:16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‏المعنوي، فسنمضي ماديا بعيدا جدا، بحيث بينما أوروبا وأمريكا‏ ‏تسيران بسرعة [عربة الثيران؟] والمنطاد، فإننا‏ ‏سنركب القطار والمنطاد ونتجاوزهما بأقصى سرعة إن شاء الله، يقول. لكن‏ ‏أساس هذا، بخلاف الشرواني،‏ ‏هو التطور الإيماني أولا.‏ ‏أما النظرة البيروقراطية فتقول التطور المادي أولا،‏ ‏علينا التطور ماديا وأن نكون أقوياء. وهذه النظرة البيروقراطية،‏ ‏نعم، مطلوبة. لكن إن لم يكن المعنوي أولا، فبعد التطور المادي مباشرة،‏ ‏وابن خلدون يقول هذا أيضا،‏ ‏بعد التمدن يأتي [التفسخ؟].‏</w:t>
      </w:r>
    </w:p>
    <w:p>
      <w:pPr>
        <w:keepNext/>
      </w:pPr>
      <w:hyperlink r:id="rId126">
        <w:r>
          <w:rPr>
            <w:color w:val="1155CC"/>
            <w:u w:val="single"/>
          </w:rPr>
          <w:t>01:22:16 – 01:22:59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‏وحين يتحقق الإيمان، سنتقدم ماديا إلى حد‏ ‏أننا [سنركب القطار والمنطاد؟]، ونتجاوزهم بأقصى سرعة إن شاء الله.‏ ‏«بأخذ الإلهام مباشرة من القرآن، علينا إنطاقه [لإدراك؟] العصر».‏ ‏وقد أتيح للأستاذ التعبير عن الإسلام.‏ ‏شكرا جزيلا أستاذنا.‏ ‏شكرا لكم. وأنتم تعودون إلى مقعدكم، إن كان هناك سؤال سريع،‏ ‏وإذ ندعو الدكتور إسماعيل إلى المنصة،‏ ‏إن كان هناك سؤال سريع، لا أستطيع رؤية‏ ‏القاعة من هنا، لكن ريثما يستقر أستاذنا،‏ ‏بسرعة، بما لا يتجاوز دقيقة واحدة،‏ ‏أظن أن يدا ترتفع هناك، تفضلوا.‏ ‏لنأخذ السؤال ونجب عنه دون أن يتجاوز دقيقة.‏ ‏وفي الأثناء أستاذنا إسماعيل [ليتهيأ؟]، والشرائح [لتفتح؟].‏</w:t>
      </w:r>
    </w:p>
    <w:p>
      <w:pPr>
        <w:keepNext/>
      </w:pPr>
      <w:hyperlink r:id="rId127">
        <w:r>
          <w:rPr>
            <w:color w:val="1155CC"/>
            <w:u w:val="single"/>
          </w:rPr>
          <w:t>01:22:59 – 01:23:43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‏تفضلوا. بسرعة.‏ ‏الساعة الآن الثانية عشرة وخمس وعشرون.‏ ‏سيتحدث أستاذنا نحو خمس عشرة دقيقة،‏ ‏لكننا سنمنحه خمس دقائق إضافية أيضا.‏ ‏كما منحنا المتحدثين الآخرين.‏ ‏وبالتالي سننتهي بعد عشرين دقيقة.‏ ‏آمل أن يكون أستاذنا قد انتهى بعد عشرين دقيقة.‏ ‏بسرعة.‏ ‏أشكر أستاذنا على عرضه.‏ ‏أردت أن أسأل هذا السؤال.‏ ‏هل يا ترى لعدم وجود ضعف إيماني في زمن حضرة الشرواني،‏ ‏من الناحية الروحية، نظر إلى المادة وحدها لذلك؟ خطر لي هذا السؤال،‏ ‏أستاذنا. هذا ما أردت أن أسأل عنه.‏ ‏في مؤلفه، يعني، الأفكار المادية، والإلحاد والربوبية،‏</w:t>
      </w:r>
    </w:p>
    <w:p>
      <w:pPr>
        <w:keepNext/>
      </w:pPr>
      <w:hyperlink r:id="rId128">
        <w:r>
          <w:rPr>
            <w:color w:val="1155CC"/>
            <w:u w:val="single"/>
          </w:rPr>
          <w:t>01:23:43 – 01:24:24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‏كانت قد بدأت في الظهور في ذلك القرن.‏ ‏أي كان بالفعل جيل درس العلم في الغرب ثم عاد، وأصبح تجاه الدين‏ ‏يقف [ببرود في النهاية؟]؛ كان مثل هذا الجيل موجودا بالفعل.‏ ‏ولوجوده يتطرق إليهم أيضا.‏ ‏يضرب المجهر مثالا ليجعل الله شاهدا؛ جميع التقنيات الجديدة، يقول،‏ ‏إلى وجود. كما أن لهذا المجهر صاحبا، يقول، وللمنظار صاحبا،‏ ‏يقول، إن استطاعت أن تظهر الأقرب أبعد، والأقرب أبعد،‏ ‏والأبعد أقرب، يقول، فهذه أيضا، والمخلوقات أيضا، لا بد،‏ ‏يقول، وله أسلوب يشبه أسلوب بديع الزمان، لا بد لها من خالق،‏ ‏يقول. ويحاول الإجابة عنهم أيضا.‏</w:t>
      </w:r>
    </w:p>
    <w:p>
      <w:pPr>
        <w:keepNext/>
      </w:pPr>
      <w:hyperlink r:id="rId129">
        <w:r>
          <w:rPr>
            <w:color w:val="1155CC"/>
            <w:u w:val="single"/>
          </w:rPr>
          <w:t>01:24:24 – 01:25:05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‏لكنها نظرة بيروقراطية؛ فقد كان دائما إداريا، وعمل في مستوى رفيع‏ ‏في وزارة التربية الوطنية،‏ ‏[مع مراتب الدولة العليا؟]؛ تلك النظرة البيروقراطية،‏ ‏ظن أنه إذا طورنا الاقتصاد نجت الدولة العثمانية.‏ ‏وربما حتى الآن يتأثر كثير من مسؤولينا بهذا،‏ ‏فتبقى خدمة الإيمان متأخرة.‏ ‏إن شاء الله يأتي كثير من [بيروقراطيينا؟]، وتعليم أساسه خدمة الإيمان…‏ ‏أستاذنا إسماعيل دريدا كيران، في جامعة فان يوزونجو يل،‏ ‏نستمع إلى [حضرتكم؟] حول سعيد النورسي وأوروبا، تفضلوا أستاذنا.‏ ‏نعم، شكرا لكم.‏ ‏كما قال السيد الرئيس، ستكون ورقتي عن أوروبا، سعيد النورسي وأوروبا‏</w:t>
      </w:r>
    </w:p>
    <w:p>
      <w:pPr>
        <w:keepNext/>
      </w:pPr>
      <w:hyperlink r:id="rId130">
        <w:r>
          <w:rPr>
            <w:color w:val="1155CC"/>
            <w:u w:val="single"/>
          </w:rPr>
          <w:t>01:25:06 – 01:25:48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‏موضوعا لها.‏ ‏سعيد النورسي عالم إسلامي أصيل.‏ ‏ويجري [تقييماته؟] من منظور إنساني وإسلامي‏ ‏و‏ ‏من هذا المنظور، أوروبا—‏ ‏حين يعبر سعيد النورسي عن أفكاره بشأنها،‏ ‏يتحدث في كتابه «المثنوي النوري» عن نوعين من أوروبا.‏ ‏أوروبا الأولى وأوروبا الثانية.‏ ‏إذا نظرنا إلى أوروبا ككل، فمن مصادرها: أولا،‏</w:t>
      </w:r>
    </w:p>
    <w:p>
      <w:pPr>
        <w:keepNext/>
      </w:pPr>
      <w:hyperlink r:id="rId131">
        <w:r>
          <w:rPr>
            <w:color w:val="1155CC"/>
            <w:u w:val="single"/>
          </w:rPr>
          <w:t>01:25:48 – 01:26:33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‏الحضارة الإغريقية؛ ثانيا، الثقافة اليونانية؛ ثالثا،‏ ‏القانون الروماني؛ ورابعا، الأخلاق المسيحية.‏ ‏أوروبا الأولى،‏ ‏يعرّفها سعيد النورسي ويقول إن أوروبا الأولى‏ ‏استمدت غذاءها من الأخلاق المسيحية، وعلى مر الزمن،‏ ‏بنت حضارة عظيمة، وامتدادا لذلك،‏ ‏أوجدت نظاما تعمل فيه العدالة والقانون‏ ‏على نحو فاعل.‏</w:t>
      </w:r>
    </w:p>
    <w:p>
      <w:pPr>
        <w:keepNext/>
      </w:pPr>
      <w:hyperlink r:id="rId132">
        <w:r>
          <w:rPr>
            <w:color w:val="1155CC"/>
            <w:u w:val="single"/>
          </w:rPr>
          <w:t>01:26:33 – 01:27:15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‏ويتحدث في كتابه «طلوعات» أيضا عن أنه بمرور الزمن،‏ ‏سيتصرف عيسى وفق أسس الإسلام‏ ‏وستندمج المسيحية مع الإسلام.‏ ‏ومن هذا المنظور، يقول سعيد النورسي إن من الصواب للعالم الإسلامي‏ ‏أن يتحرك مع أوروبا الأولى.‏ ‏ولكن يمكن توضيح ذلك‏ ‏ببعض الأدلة.‏ ‏فالحجة الأولى لسعيد النورسي في دعمه لأوروبا الأولى‏ ‏تتعلق بالحرب الكورية.‏</w:t>
      </w:r>
    </w:p>
    <w:p>
      <w:pPr>
        <w:keepNext/>
      </w:pPr>
      <w:hyperlink r:id="rId133">
        <w:r>
          <w:rPr>
            <w:color w:val="1155CC"/>
            <w:u w:val="single"/>
          </w:rPr>
          <w:t>01:27:16 – 01:27:57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‏كما تعلمون، في يوليو 1950، غزت كوريا الشمالية‏ ‏كوريا الجنوبية.‏ ‏ثم أرسلت تركيا، بموجب قرارات الأمم المتحدة،‏ ‏إلى كوريا‏ ‏الجنوبية، بقيادة العميد تحسين يازجي،‏ ‏أربعة ألوية تضم 4500 جندي.‏ ‏وفي المجلد الثالث من كتاب عبد القادر [باديللي؟] [مفصل تاريخچه حيات؟]،‏ ‏يتناول هو أيضا هذه المسألة ويقول‏ ‏إن الناس كانوا يتحدثون في الخمسينيات قائلين:‏</w:t>
      </w:r>
    </w:p>
    <w:p>
      <w:pPr>
        <w:keepNext/>
      </w:pPr>
      <w:hyperlink r:id="rId134">
        <w:r>
          <w:rPr>
            <w:color w:val="1155CC"/>
            <w:u w:val="single"/>
          </w:rPr>
          <w:t>01:27:57 – 01:28:42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‏تحت قيادة [الكفار؟]، أي بقيادة أمريكا،‏ ‏هل يصح إرسال جنود إلى كوريا؟‏ ‏وثانيا، لا يمكن أن يكون من يموتون في هذه الحرب شهداء—‏ ‏يقول إن شائعات كهذه انتشرت.‏ ‏و‏ ‏إذا نظرتم أيضا إلى المجلدين الأول والثالث‏ ‏من «آخر الشهود» لنجم الدين شاهينر،‏ ‏يظهر ما يلي من [المقابلات؟] التي أجريتها.‏ ‏فمثلا، يذكر بيرم يوكسل، أحد طلاب سعيد النورسي، أن القرعة‏ ‏وقع عليه للذهاب إلى كوريا، وأنه تحدث مع سعيد النورسي، الذي‏ ‏فرح كثيرا وقال: «كنت أريد أصلا أن أرسلك أو أرسل جيلان‏</w:t>
      </w:r>
    </w:p>
    <w:p>
      <w:pPr>
        <w:keepNext/>
      </w:pPr>
      <w:hyperlink r:id="rId135">
        <w:r>
          <w:rPr>
            <w:color w:val="1155CC"/>
            <w:u w:val="single"/>
          </w:rPr>
          <w:t>01:28:42 – 01:29:26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‏إلى كوريا، ولكن اذهب أنت»، وأنه ضد إنكار الألوهية‏ ‏ينبغي المشاركة في هذه الحرب الدائرة.‏ ‏وطبعا أيضا، القادم من بولفادين—‏ ‏إلى جانب بيرم يوكسل، إسماعيل حقي بك أيضا؛ لن أطيل، فالوقت محدود—‏ ‏هو أيضا، بوصفه طالبا لرسائل النور، إلى كوريا‏ ‏أُرسل.‏ ‏والآن،‏ ‏بالطبع ترسل تركيا جنودا إلى كوريا.‏ ‏وفي النهاية تقع حرب كبيرة، وتنتهي الحرب‏</w:t>
      </w:r>
    </w:p>
    <w:p>
      <w:pPr>
        <w:keepNext/>
      </w:pPr>
      <w:hyperlink r:id="rId136">
        <w:r>
          <w:rPr>
            <w:color w:val="1155CC"/>
            <w:u w:val="single"/>
          </w:rPr>
          <w:t>01:29:26 – 01:30:09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‏الكورية.‏ ‏والحجة الثانية‏ ‏التي يطرحها سعيد النورسي هي حلف بغداد.‏ ‏وقد وُقّع عام 1955 بقيادة العراق،‏ ‏وباكستان وتركيا.‏ ‏وعارضت مصر والسعودية هذا الاتفاق.‏ ‏ثم انضمت إليه المملكة المتحدة وإيران أيضا.‏ ‏سعيد النورسي، في المجلد الثاني من «ملحق أميرداغ»،‏</w:t>
      </w:r>
    </w:p>
    <w:p>
      <w:pPr>
        <w:keepNext/>
      </w:pPr>
      <w:hyperlink r:id="rId137">
        <w:r>
          <w:rPr>
            <w:color w:val="1155CC"/>
            <w:u w:val="single"/>
          </w:rPr>
          <w:t>01:30:09 – 01:30:52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‏يدعم حكومة عدنان مندريس التي وقعت هذا الاتفاق‏ ‏باسم تركيا.‏ ‏ويهنئه ويهنئ الرئيس بايار.‏ ‏«هذا الاتفاق الذي وقعتموه مع باكستان والعراق [بنجاح كبير؟]،‏ ‏[بكمال السلامة والسرور؟].‏ ‏أي نهنئكم على تحقيقه ببهجة وانشراح، بكل‏ ‏[روحنا وحياتنا؟]»، كما يقول.‏ ‏ولكن في عام 1958،‏ ‏يقع انقلاب في العراق.‏ ‏ويُقتل الملك فيصل والعائلة المالكة ورئيس الوزراء‏</w:t>
      </w:r>
    </w:p>
    <w:p>
      <w:pPr>
        <w:keepNext/>
      </w:pPr>
      <w:hyperlink r:id="rId138">
        <w:r>
          <w:rPr>
            <w:color w:val="1155CC"/>
            <w:u w:val="single"/>
          </w:rPr>
          <w:t>01:30:52 – 01:31:32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‏نوري السعيد.‏ ‏وهذا‏ ‏الأمر لا ينتهي هنا.‏ ‏وتتواصل الأحداث السيئة في باكستان أيضا.‏ ‏ويحاول رئيس الأركان أيوب خان الانقلاب على الرئيس إسكندر ميرزا‏ ‏ويلغيه.‏ ‏ويعلن نفسه رئيسا مؤقتا للجمهورية، رئيسا للدولة.‏ ‏وفي عام 1958، يبقى العراق [قبل الانسحاب؟] من هذا الاتفاق.‏ ‏وفي عام 1959 يتغير اسم حلف بغداد.‏</w:t>
      </w:r>
    </w:p>
    <w:p>
      <w:pPr>
        <w:keepNext/>
      </w:pPr>
      <w:hyperlink r:id="rId139">
        <w:r>
          <w:rPr>
            <w:color w:val="1155CC"/>
            <w:u w:val="single"/>
          </w:rPr>
          <w:t>01:31:33 – 01:32:17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‏ويُسمى سنتو، وبين الناس أيضا سنتو.‏ ‏وينتقل مقره من بغداد إلى أنقرة.‏ ‏لكن الأمور لا تسير على ما يرام في تركيا أيضا.‏ ‏وكما تعلمون، في 27 مايو 1960، وبتعبير علي فؤاد [باشغيل؟]،‏ ‏يقع انقلاب على الحكومة، و‏ ‏تبدأ المحاكمات في ياسي أدا.‏ ‏العميد تحسين يازجي، الذي ذكرته حين تحدثت عن الحرب الكورية،‏ ‏كان أيضا القائد الذي أرسله الحزب الديمقراطي.‏ ‏ثم عاد وأصبح لواء.‏ ‏لكنه انتُخب نائبا عن إسطنبول في انتخابي 1954 و1957.‏</w:t>
      </w:r>
    </w:p>
    <w:p>
      <w:pPr>
        <w:keepNext/>
      </w:pPr>
      <w:hyperlink r:id="rId140">
        <w:r>
          <w:rPr>
            <w:color w:val="1155CC"/>
            <w:u w:val="single"/>
          </w:rPr>
          <w:t>01:32:17 – 01:33:02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‏هناك مذكرات لتحسين يازجي، لكن في محاكمات ياسي أدا‏ ‏تُنتزع رُتبه، وتُجرح كرامته بشدة.‏ ‏وإذا نظرنا إلى السياسيين الآخرين، فمثلا، بعد محاكمات دامت أحد عشر شهرا،‏ ‏في 16 سبتمبر 1961،‏ ‏أولا وزير المالية حسن بولاتكان، رئيس الوزراء—وفي اليوم‏ ‏نفسه، بعد ساعات، يُعدم وزير الخارجية [فاتن رشدي زورلو؟]. وبعد‏ ‏يوم، أي في 17 سبتمبر 1961، رئيس الوزراء عدنان مندريس‏ ‏يُعدم أيضا.‏ ‏وأخيرا، إذا نظرنا إلى إيران، فالأوضاع فيها ليست مشرقة أيضا.‏</w:t>
      </w:r>
    </w:p>
    <w:p>
      <w:pPr>
        <w:keepNext/>
      </w:pPr>
      <w:hyperlink r:id="rId141">
        <w:r>
          <w:rPr>
            <w:color w:val="1155CC"/>
            <w:u w:val="single"/>
          </w:rPr>
          <w:t>01:33:02 – 01:33:39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‏لأن الخميني يتحرك عام 1979 ضد ملكية الشاه رضا بهلوي‏ ‏ويذهب إلى إيران.‏ ‏وفي النهاية يُحل حلف بغداد عام 1979.‏ ‏لماذا يُعد حلف بغداد مهما؟‏ ‏بحسب ما أرى، يعتبر سعيد النورسي حلف بغداد مهما جدا‏ ‏للاتحاد الإسلامي. إذ يقول إنه لقارة عظيمة، بائسة،‏ ‏ولدولة مجيدة، سيئة الحظ، ولقارة ثمينة،‏ ‏بلا صاحب،‏</w:t>
      </w:r>
    </w:p>
    <w:p>
      <w:pPr>
        <w:keepNext/>
      </w:pPr>
      <w:hyperlink r:id="rId142">
        <w:r>
          <w:rPr>
            <w:color w:val="1155CC"/>
            <w:u w:val="single"/>
          </w:rPr>
          <w:t>01:33:45 – 01:34:27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‏الاتحاد الإسلامي هو الوصفة.‏ ‏ونجيب فاضل قيصه كورك أيضا،‏ ‏نجيب—في كتابه عن حياة سعيد النورسي، سعيد النورسي—‏ ‏وعليّ أن أضيف هذا: سعيد النورسي، كما في تلك الكلمات‏ ‏التي قالها قبل قليل،‏ ‏يرى الاتحاد الإسلامي [مبدأ؟] للأخوة مستلهما من الإسلام.‏ ‏لا قومية في الاتحاد الإسلامي عند سعيد النورسي.‏</w:t>
      </w:r>
    </w:p>
    <w:p>
      <w:pPr>
        <w:keepNext/>
      </w:pPr>
      <w:hyperlink r:id="rId143">
        <w:r>
          <w:rPr>
            <w:color w:val="1155CC"/>
            <w:u w:val="single"/>
          </w:rPr>
          <w:t>01:34:29 – 01:35:13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‏ولا عنصرية إطلاقا.‏ ‏وهو يستند كليا إلى القرآن ويستمد منه غذاءه—‏ ‏أخ إسلامي.‏ ‏و[استكمالا لذلك؟] يقدم نجيب فاضل قيصه كورك‏ ‏هذا المثال في كتابه عنه، عن حياته.‏ ‏وجدته مثيرا للاهتمام جدا.‏ ‏يقول:‏ ‏تصوروا قلعة مبنية من الحجر، والألماس داخلها.‏ ‏ولكن إذا بدلتم مواضع الحجارة والألماس، فستكونون قد تصرفتم‏ ‏بحماقة. وينبغي التفكير في الأخوة عند سعيد النورسي‏ ‏من هذا المنظور: قلعة مبنية من الحجر، ومحفوظ داخلها،‏</w:t>
      </w:r>
    </w:p>
    <w:p>
      <w:pPr>
        <w:keepNext/>
      </w:pPr>
      <w:hyperlink r:id="rId144">
        <w:r>
          <w:rPr>
            <w:color w:val="1155CC"/>
            <w:u w:val="single"/>
          </w:rPr>
          <w:t>01:35:13 – 01:35:56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‏الألماس، أي الأخوة.‏ ‏نعم، والأساس الثالث هو الشيوعية.‏ ‏ويؤكد سعيد النورسي ذلك.‏ ‏إذ يقول إن العالم الغربي يتغذى على المادية،‏ ‏والشيوعية وما شابههما من أيديولوجيات،‏ ‏وأن ذلك يضر بالإسلام،‏ ‏كما يصرح.‏ ‏ويقول إن على العالم الإسلامي الابتعاد عن المادية والشيوعية وكل هذه‏ ‏الأيديولوجيات الناشئة في الغرب.‏ ‏وباختصار،‏ ‏إذا لخصت أوروبا الأولى هكذا، فأما أوروبا الثانية،‏</w:t>
      </w:r>
    </w:p>
    <w:p>
      <w:pPr>
        <w:keepNext/>
      </w:pPr>
      <w:hyperlink r:id="rId145">
        <w:r>
          <w:rPr>
            <w:color w:val="1155CC"/>
            <w:u w:val="single"/>
          </w:rPr>
          <w:t>01:35:57 – 01:36:40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‏فقد قلت إن سعيد النورسي يتناول هذا الموضوع‏ ‏في «المثنوي النوري».‏ ‏وهناك أيضا استعارة.‏ ‏فهو يرى تقارب العالم الإسلامي مع أوروبا الأولى صحيحا‏ ‏ويؤيده، كما لخصت في ثلاث نقاط. أما أوروبا الثانية،‏ ‏فيعارضها سعيد النورسي بشدة.‏ ‏لأنها تقيم نفسها على اللادينية، وعلى المادية،‏ ‏وعلى الثنائية والتيارات الأخرى.‏ ‏بل يميز بين اليد اليمنى واليد اليسرى.‏ ‏فيقول إن يدك اليمنى تمثل أساسا فلسفة‏</w:t>
      </w:r>
    </w:p>
    <w:p>
      <w:pPr>
        <w:keepNext/>
      </w:pPr>
      <w:hyperlink r:id="rId146">
        <w:r>
          <w:rPr>
            <w:color w:val="1155CC"/>
            <w:u w:val="single"/>
          </w:rPr>
          <w:t>01:36:40 – 01:37:20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‏ضالة؛ أما اليسرى، فعلى أساس [الأحزاب؟] تتطور‏ ‏حضارة.‏ ‏ويقول: «لتنكسر يداك كلتاهما». وهذا الموقف لسعيد النورسي‏ ‏من أوروبا الثانية تؤكده تماما الأحداث اللاحقة، أي،‏ ‏الأحداث المتطورة.‏ ‏لأن سعيد النورسي، الذي قال بضرورة العمل مع أوروبا الأولى،‏ ‏ثبت بالفعل مع مرور الزمن أنه كان على صواب.‏ ‏وإذا نظرنا إلى أوروبا الثانية، نواجه حقيقة أن من لا يؤيدون الأولى‏ ‏يستخدمون أوروبا الثانية كسلعة.‏</w:t>
      </w:r>
    </w:p>
    <w:p>
      <w:pPr>
        <w:keepNext/>
      </w:pPr>
      <w:hyperlink r:id="rId147">
        <w:r>
          <w:rPr>
            <w:color w:val="1155CC"/>
            <w:u w:val="single"/>
          </w:rPr>
          <w:t>01:37:20 – 01:38:04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‏وأود مثلا أن أقدم بعض الأمثلة على ذلك.‏ ‏في عام 1981، إقدام محمد علي آغجا على‏ ‏جرح البابا يوحنا بولس الثاني‏ ‏ليس حادثة يمكن تبسيطها.‏ ‏وعند التفكير بعمق، يمكن القول إن مؤيدي أوروبا الثانية‏ ‏كانوا داخل هذا الأمر.‏ ‏أو نشر سلمان رشدي رواية «آيات شيطانية» عام 1989‏ ‏ثم إقدام الخميني في 19 يوليو 1989‏ ‏على إصدار حكم بقتله أيضا‏</w:t>
      </w:r>
    </w:p>
    <w:p>
      <w:pPr>
        <w:keepNext/>
      </w:pPr>
      <w:hyperlink r:id="rId148">
        <w:r>
          <w:rPr>
            <w:color w:val="1155CC"/>
            <w:u w:val="single"/>
          </w:rPr>
          <w:t>01:38:04 – 01:38:44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‏أسهما في انقسام العالم الإسلامي‏ ‏إلى عالم شيعي وعالم سني.‏ ‏ومثال آخر، كنت قد قرأته بالفرنسية،‏ ‏ناشطة بنغلاديشية اسمها تسليمة نسرين كتبت [إيلو توش؟]،‏ ‏كتابا تروي فيه العنف في بلادها ضد حقوق الإنسان‏ ‏وحقوق المرأة، وهو ما يمنح الغرب‏ ‏ورقة رابحة. ومثال آخر ناشطة اسمها واريس ديري،‏ ‏بدأت رحلة حياتها في الصومال؛‏</w:t>
      </w:r>
    </w:p>
    <w:p>
      <w:pPr>
        <w:keepNext/>
      </w:pPr>
      <w:hyperlink r:id="rId149">
        <w:r>
          <w:rPr>
            <w:color w:val="1155CC"/>
            <w:u w:val="single"/>
          </w:rPr>
          <w:t>01:38:44 – 01:39:29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‏ومعارضتها بشأن حقوق المرأة في بلادها وختان الفتيات‏ ‏في سن مبكرة عبّرت عنه عام 2005 في «بلدي»،‏ ‏كتابها.‏ ‏كما نشرت واريس ديري عام 2007‏ ‏«رسائل إلى أمي»، وفي عام 2025 كتابا ثالثا هو «زهرة الصحراء».‏ ‏وهذه الناشطة، من قبل المجتمعات الغربية، والدول الغربية،‏ ‏عام 1997 بوصفها سفيرة متطوعة،‏ ‏حظيت بالقبول.‏ ‏وفي عام 2004 مُنحت أيضا جائزة سلام كبيرة في فيينا.‏</w:t>
      </w:r>
    </w:p>
    <w:p>
      <w:pPr>
        <w:keepNext/>
      </w:pPr>
      <w:hyperlink r:id="rId150">
        <w:r>
          <w:rPr>
            <w:color w:val="1155CC"/>
            <w:u w:val="single"/>
          </w:rPr>
          <w:t>01:39:30 – 01:40:12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‏ومثال آخر تعرفونه هو ملالا [يوسفزاي؟]،‏ ‏المسماة‏ ‏المرأة الأفغانية التي يتوفر كتابها بالإنجليزية والفرنسية والتركية،‏ ‏بعنوان «أنا [لالا؟] ملالا».‏ ‏وهي أيضا تناولت انتهاك طالبان لحقوق الإنسان في بلادها.‏ ‏مثال أخير.‏ ‏ويروي مجازر داعش واغتصابه للأكراد الإيزيديين في العراق،‏ ‏كتاب لكاتبة اسمها نادية مراد، «الفتاة الأخيرة»،‏ ‏صدر أيضا.‏ ‏وإذا لخصت، فجميع هذه الكتب و—‏</w:t>
      </w:r>
    </w:p>
    <w:p>
      <w:pPr>
        <w:keepNext/>
      </w:pPr>
      <w:hyperlink r:id="rId151">
        <w:r>
          <w:rPr>
            <w:color w:val="1155CC"/>
            <w:u w:val="single"/>
          </w:rPr>
          <w:t>01:40:12 – 01:40:53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‏حصلت ملالا على جائزة نوبل للسلام عام 2014.‏ ‏وحصلت نادية مراد أيضا على جائزة نوبل للسلام عام 2018.‏ ‏أي، إذا نظرنا إلى الجزء، إلى الحدث ككل، فأوروبا الثانية،‏ ‏لإفساد السلام والطمأنينة في تركيا والعالم الإسلامي،‏ ‏فعلتُ كل ما يلزم.‏ ‏ومثال ثان، أيضا لوصف الدمار‏ ‏الذي أحدثته أوروبا الثانية، أردت أن أقول إن—إن المفهوم المصنوع‏ ‏للإسلاموفوبيا هو أيضا حرب شنتها أوروبا الثانية‏</w:t>
      </w:r>
    </w:p>
    <w:p>
      <w:pPr>
        <w:keepNext/>
      </w:pPr>
      <w:hyperlink r:id="rId152">
        <w:r>
          <w:rPr>
            <w:color w:val="1155CC"/>
            <w:u w:val="single"/>
          </w:rPr>
          <w:t>01:40:53 – 01:41:36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‏على أوروبا الأولى.‏ ‏ينبغي فهمه بهذه الطريقة.‏ ‏ومثال ثالث يتعلق أيضا بأوروبا الثانية.‏ ‏تعلمون أن سعيد النورسي وشيخ الأزهر الشيخ [بخيت؟] أفندي، عام 1907،‏ ‏عقدا لقاء.‏ ‏وعندما سُئل هناك عن أفكاره حول أوروبا والعالم الإسلامي،‏ ‏يقول سعيد النورسي:‏ ‏«تركيا حبلى بدولة أوروبية، وستلد.‏ ‏وأوروبا حبلى بالإسلام، وستلد هي أيضا».‏ ‏كانت تركيا حبلى بأوروبا؛ انهارت الدولة العثمانية، وتركيا‏</w:t>
      </w:r>
    </w:p>
    <w:p>
      <w:pPr>
        <w:keepNext/>
      </w:pPr>
      <w:hyperlink r:id="rId153">
        <w:r>
          <w:rPr>
            <w:color w:val="1155CC"/>
            <w:u w:val="single"/>
          </w:rPr>
          <w:t>01:41:36 – 01:42:17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‏ظهرت.‏ ‏أما كون أوروبا حبلى بالإسلام، فبحسب ما أرى،‏ ‏أولا‏ ‏ظهور دولة إسلامية قريبا جدا، مركزها فرنسا، ثم إسبانيا—‏ ‏هكذا أراها أنا.‏ ‏أي، في باريس يوم 7 فبراير 2015،‏ ‏مقتل أحد عشر شخصا في الهجوم على مجلة شارلي إيبدو‏ ‏وإصابة اثني عشر لا ينبغي تبسيطهما.‏ ‏لأن الحدث خطير جدا.‏</w:t>
      </w:r>
    </w:p>
    <w:p>
      <w:pPr>
        <w:keepNext/>
      </w:pPr>
      <w:hyperlink r:id="rId154">
        <w:r>
          <w:rPr>
            <w:color w:val="1155CC"/>
            <w:u w:val="single"/>
          </w:rPr>
          <w:t>01:42:18 – 01:43:02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‏هناك خوف جدي من الإسلام في أوروبا.‏ ‏وأنا أيضا‏ ‏أفكر فيما يلي:‏ ‏الإسلام دين الله.‏ ‏فمن يعيش الإسلام في الأرض نظريا وعمليا،‏ ‏ويبني نظاما من خلال الإسلام، مستمدا منه،‏ ‏وإذا كانت ركائزه العدالة‏ ‏والقانون، فالإسلام هناك.‏ ‏وبحسب ما أرى، إذا أردنا أن ننقد أنفسنا،‏ ‏فمنذ سنوات نتناول دائما الدول الغربية من حيث الاستعمار‏</w:t>
      </w:r>
    </w:p>
    <w:p>
      <w:pPr>
        <w:keepNext/>
      </w:pPr>
      <w:hyperlink r:id="rId155">
        <w:r>
          <w:rPr>
            <w:color w:val="1155CC"/>
            <w:u w:val="single"/>
          </w:rPr>
          <w:t>01:43:02 – 01:43:42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‏والأيديولوجيات.‏ ‏لكن للأسف، منذ قرون على أراضينا،‏ ‏نظام مبني على العدالة والقانون، نرى أننا لم نستطع إقامته.‏ ‏ومن دون مواربة، أود أن أقول إنه في المستقبل‏ ‏القريب، كما قلت قبل قليل، أعتقد أن الإسلام‏ ‏سيوجد هناك في صورة دولة، خصوصا في فرنسا وإسبانيا،‏ ‏وأن الإسلام قد غادر هذه الأراضي.‏</w:t>
      </w:r>
    </w:p>
    <w:p>
      <w:pPr>
        <w:keepNext/>
      </w:pPr>
      <w:hyperlink r:id="rId156">
        <w:r>
          <w:rPr>
            <w:color w:val="1155CC"/>
            <w:u w:val="single"/>
          </w:rPr>
          <w:t>01:43:45 – 01:44:29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‏لأن القدر عدالة، ويحكم بالعدل.‏ ‏سيدي الرئيس، سأُنهي الآن.‏ ‏أثناء إعداد هذه الدراسة عن سعيد النورسي، أستاذنا ألب أرسلان آجيك غنتش—‏ ‏في المجلد 35 من [الموسوعة الإسلامية؟]،‏ ‏يقول إن سعيد النورسي أثّر بعمق في البنية الاجتماعية،‏ ‏لكنه لم يكن معروفا كثيرا‏ ‏في الداخل أو الخارج، ويذكر سببين لذلك.‏ ‏أولا، بعد وفاة سعيد النورسي، طلابه وأعماله‏ ‏خضعوا لمراقبة دقيقة.‏ ‏وثانيا، أن طلابه امتلكوا [رصيدا؟] فكريا كافيا— يقول إنهم لم يمتلكوه.‏</w:t>
      </w:r>
    </w:p>
    <w:p>
      <w:pPr>
        <w:keepNext/>
      </w:pPr>
      <w:hyperlink r:id="rId157">
        <w:r>
          <w:rPr>
            <w:color w:val="1155CC"/>
            <w:u w:val="single"/>
          </w:rPr>
          <w:t>01:44:29 – 01:45:11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‏هذا المنظور، هاتان النقطتان، صحيح.‏ ‏ولكن ينبغي قول هذا أيضا.‏ ‏سعيد النورسي رجل صعب.‏ ‏— [الجملة الأخيرة، من فضلك؟]‏ ‏سعيد النورسي رجل صعب.‏ ‏وكما عبّر جميل مريتش، سعيد النورسي رجل كفاح.‏ ‏إرادة صلبة،‏ ‏و[طبع؟] لا يساوم، وإيمان أكثر من تأمل.‏ ‏نعم، شكرا لكم.‏ ‏شكرا لكم، أستاذنا إسماعيل.‏ ‏نعم، نختتم هذه الجلسة أيضا.‏ ‏سؤال أخير قصير، لمدة دقيقة.‏</w:t>
      </w:r>
    </w:p>
    <w:p>
      <w:pPr>
        <w:keepNext/>
      </w:pPr>
      <w:hyperlink r:id="rId158">
        <w:r>
          <w:rPr>
            <w:color w:val="1155CC"/>
            <w:u w:val="single"/>
          </w:rPr>
          <w:t>01:45:11 – 01:45:50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‏لقد [تجاوزنا؟] وقتنا كثيرا.‏ ‏أظنه أستاذنا [إسحاق؟] هناك.‏ ‏نعم، تفضلوا. بسرعة أستاذنا، لننه الأمر خلال دقيقة.‏ ‏بدلا من سؤال، أود أن أشارك أمرا‏ ‏خطر ببالي.‏ ‏—حسنا، بسرعة.‏ ‏صادفته أمس.‏ ‏اتضح أن الثالث من أكتوبر كان ذكرى وفاة الأخ محمد فرينجي.‏ ‏وفي الرابع من أكتوبر أقيمت ندوة كبيرة جدا.‏ ‏وخطر لي أن نقرأ الفاتحة للأخ فرينجي،‏ ‏الذي أوقد الشعلة الأولى لإقامة هذه الندوات.‏ ‏أردت أن أشارك ذلك.‏ ‏[كلمة غير واضحة] الفاتحة، [كلام غير واضح]، الفاتحة.‏</w:t>
      </w:r>
    </w:p>
    <w:p>
      <w:pPr>
        <w:keepNext/>
      </w:pPr>
      <w:hyperlink r:id="rId159">
        <w:r>
          <w:rPr>
            <w:color w:val="1155CC"/>
            <w:u w:val="single"/>
          </w:rPr>
          <w:t>01:45:54 – 01:46:05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‏وصلنا إلى نهاية جلستنا. نشكركم كثيرا على حضوركم.‏ ‏والآن سنقدم الدروع إلى [أساتذتنا المتحدثين؟].‏ ‏شكرا جزيلا لكم. على أن نواصل في جلسات بعد الظهر.‏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outu.be/Z83oUCSLyZg" TargetMode="External"/><Relationship Id="rId10" Type="http://schemas.openxmlformats.org/officeDocument/2006/relationships/hyperlink" Target="https://youtu.be/Z83oUCSLyZg?t=3" TargetMode="External"/><Relationship Id="rId11" Type="http://schemas.openxmlformats.org/officeDocument/2006/relationships/hyperlink" Target="https://youtu.be/Z83oUCSLyZg?t=57" TargetMode="External"/><Relationship Id="rId12" Type="http://schemas.openxmlformats.org/officeDocument/2006/relationships/hyperlink" Target="https://youtu.be/Z83oUCSLyZg?t=100" TargetMode="External"/><Relationship Id="rId13" Type="http://schemas.openxmlformats.org/officeDocument/2006/relationships/hyperlink" Target="https://youtu.be/Z83oUCSLyZg?t=140" TargetMode="External"/><Relationship Id="rId14" Type="http://schemas.openxmlformats.org/officeDocument/2006/relationships/hyperlink" Target="https://youtu.be/Z83oUCSLyZg?t=182" TargetMode="External"/><Relationship Id="rId15" Type="http://schemas.openxmlformats.org/officeDocument/2006/relationships/hyperlink" Target="https://youtu.be/Z83oUCSLyZg?t=245" TargetMode="External"/><Relationship Id="rId16" Type="http://schemas.openxmlformats.org/officeDocument/2006/relationships/hyperlink" Target="https://youtu.be/Z83oUCSLyZg?t=289" TargetMode="External"/><Relationship Id="rId17" Type="http://schemas.openxmlformats.org/officeDocument/2006/relationships/hyperlink" Target="https://youtu.be/Z83oUCSLyZg?t=332" TargetMode="External"/><Relationship Id="rId18" Type="http://schemas.openxmlformats.org/officeDocument/2006/relationships/hyperlink" Target="https://youtu.be/Z83oUCSLyZg?t=373" TargetMode="External"/><Relationship Id="rId19" Type="http://schemas.openxmlformats.org/officeDocument/2006/relationships/hyperlink" Target="https://youtu.be/Z83oUCSLyZg?t=418" TargetMode="External"/><Relationship Id="rId20" Type="http://schemas.openxmlformats.org/officeDocument/2006/relationships/hyperlink" Target="https://youtu.be/Z83oUCSLyZg?t=458" TargetMode="External"/><Relationship Id="rId21" Type="http://schemas.openxmlformats.org/officeDocument/2006/relationships/hyperlink" Target="https://youtu.be/Z83oUCSLyZg?t=499" TargetMode="External"/><Relationship Id="rId22" Type="http://schemas.openxmlformats.org/officeDocument/2006/relationships/hyperlink" Target="https://youtu.be/Z83oUCSLyZg?t=539" TargetMode="External"/><Relationship Id="rId23" Type="http://schemas.openxmlformats.org/officeDocument/2006/relationships/hyperlink" Target="https://youtu.be/Z83oUCSLyZg?t=580" TargetMode="External"/><Relationship Id="rId24" Type="http://schemas.openxmlformats.org/officeDocument/2006/relationships/hyperlink" Target="https://youtu.be/Z83oUCSLyZg?t=622" TargetMode="External"/><Relationship Id="rId25" Type="http://schemas.openxmlformats.org/officeDocument/2006/relationships/hyperlink" Target="https://youtu.be/Z83oUCSLyZg?t=665" TargetMode="External"/><Relationship Id="rId26" Type="http://schemas.openxmlformats.org/officeDocument/2006/relationships/hyperlink" Target="https://youtu.be/Z83oUCSLyZg?t=707" TargetMode="External"/><Relationship Id="rId27" Type="http://schemas.openxmlformats.org/officeDocument/2006/relationships/hyperlink" Target="https://youtu.be/Z83oUCSLyZg?t=749" TargetMode="External"/><Relationship Id="rId28" Type="http://schemas.openxmlformats.org/officeDocument/2006/relationships/hyperlink" Target="https://youtu.be/Z83oUCSLyZg?t=789" TargetMode="External"/><Relationship Id="rId29" Type="http://schemas.openxmlformats.org/officeDocument/2006/relationships/hyperlink" Target="https://youtu.be/Z83oUCSLyZg?t=835" TargetMode="External"/><Relationship Id="rId30" Type="http://schemas.openxmlformats.org/officeDocument/2006/relationships/hyperlink" Target="https://youtu.be/Z83oUCSLyZg?t=877" TargetMode="External"/><Relationship Id="rId31" Type="http://schemas.openxmlformats.org/officeDocument/2006/relationships/hyperlink" Target="https://youtu.be/Z83oUCSLyZg?t=918" TargetMode="External"/><Relationship Id="rId32" Type="http://schemas.openxmlformats.org/officeDocument/2006/relationships/hyperlink" Target="https://youtu.be/Z83oUCSLyZg?t=962" TargetMode="External"/><Relationship Id="rId33" Type="http://schemas.openxmlformats.org/officeDocument/2006/relationships/hyperlink" Target="https://youtu.be/Z83oUCSLyZg?t=1003" TargetMode="External"/><Relationship Id="rId34" Type="http://schemas.openxmlformats.org/officeDocument/2006/relationships/hyperlink" Target="https://youtu.be/Z83oUCSLyZg?t=1047" TargetMode="External"/><Relationship Id="rId35" Type="http://schemas.openxmlformats.org/officeDocument/2006/relationships/hyperlink" Target="https://youtu.be/Z83oUCSLyZg?t=1088" TargetMode="External"/><Relationship Id="rId36" Type="http://schemas.openxmlformats.org/officeDocument/2006/relationships/hyperlink" Target="https://youtu.be/Z83oUCSLyZg?t=1130" TargetMode="External"/><Relationship Id="rId37" Type="http://schemas.openxmlformats.org/officeDocument/2006/relationships/hyperlink" Target="https://youtu.be/Z83oUCSLyZg?t=1173" TargetMode="External"/><Relationship Id="rId38" Type="http://schemas.openxmlformats.org/officeDocument/2006/relationships/hyperlink" Target="https://youtu.be/Z83oUCSLyZg?t=1214" TargetMode="External"/><Relationship Id="rId39" Type="http://schemas.openxmlformats.org/officeDocument/2006/relationships/hyperlink" Target="https://youtu.be/Z83oUCSLyZg?t=1255" TargetMode="External"/><Relationship Id="rId40" Type="http://schemas.openxmlformats.org/officeDocument/2006/relationships/hyperlink" Target="https://youtu.be/Z83oUCSLyZg?t=1298" TargetMode="External"/><Relationship Id="rId41" Type="http://schemas.openxmlformats.org/officeDocument/2006/relationships/hyperlink" Target="https://youtu.be/Z83oUCSLyZg?t=1339" TargetMode="External"/><Relationship Id="rId42" Type="http://schemas.openxmlformats.org/officeDocument/2006/relationships/hyperlink" Target="https://youtu.be/Z83oUCSLyZg?t=1380" TargetMode="External"/><Relationship Id="rId43" Type="http://schemas.openxmlformats.org/officeDocument/2006/relationships/hyperlink" Target="https://youtu.be/Z83oUCSLyZg?t=1421" TargetMode="External"/><Relationship Id="rId44" Type="http://schemas.openxmlformats.org/officeDocument/2006/relationships/hyperlink" Target="https://youtu.be/Z83oUCSLyZg?t=1466" TargetMode="External"/><Relationship Id="rId45" Type="http://schemas.openxmlformats.org/officeDocument/2006/relationships/hyperlink" Target="https://youtu.be/Z83oUCSLyZg?t=1507" TargetMode="External"/><Relationship Id="rId46" Type="http://schemas.openxmlformats.org/officeDocument/2006/relationships/hyperlink" Target="https://youtu.be/Z83oUCSLyZg?t=1550" TargetMode="External"/><Relationship Id="rId47" Type="http://schemas.openxmlformats.org/officeDocument/2006/relationships/hyperlink" Target="https://youtu.be/Z83oUCSLyZg?t=1594" TargetMode="External"/><Relationship Id="rId48" Type="http://schemas.openxmlformats.org/officeDocument/2006/relationships/hyperlink" Target="https://youtu.be/Z83oUCSLyZg?t=1639" TargetMode="External"/><Relationship Id="rId49" Type="http://schemas.openxmlformats.org/officeDocument/2006/relationships/hyperlink" Target="https://youtu.be/Z83oUCSLyZg?t=1685" TargetMode="External"/><Relationship Id="rId50" Type="http://schemas.openxmlformats.org/officeDocument/2006/relationships/hyperlink" Target="https://youtu.be/Z83oUCSLyZg?t=1727" TargetMode="External"/><Relationship Id="rId51" Type="http://schemas.openxmlformats.org/officeDocument/2006/relationships/hyperlink" Target="https://youtu.be/Z83oUCSLyZg?t=1767" TargetMode="External"/><Relationship Id="rId52" Type="http://schemas.openxmlformats.org/officeDocument/2006/relationships/hyperlink" Target="https://youtu.be/Z83oUCSLyZg?t=1811" TargetMode="External"/><Relationship Id="rId53" Type="http://schemas.openxmlformats.org/officeDocument/2006/relationships/hyperlink" Target="https://youtu.be/Z83oUCSLyZg?t=1853" TargetMode="External"/><Relationship Id="rId54" Type="http://schemas.openxmlformats.org/officeDocument/2006/relationships/hyperlink" Target="https://youtu.be/Z83oUCSLyZg?t=1894" TargetMode="External"/><Relationship Id="rId55" Type="http://schemas.openxmlformats.org/officeDocument/2006/relationships/hyperlink" Target="https://youtu.be/Z83oUCSLyZg?t=1936" TargetMode="External"/><Relationship Id="rId56" Type="http://schemas.openxmlformats.org/officeDocument/2006/relationships/hyperlink" Target="https://youtu.be/Z83oUCSLyZg?t=1979" TargetMode="External"/><Relationship Id="rId57" Type="http://schemas.openxmlformats.org/officeDocument/2006/relationships/hyperlink" Target="https://youtu.be/Z83oUCSLyZg?t=2020" TargetMode="External"/><Relationship Id="rId58" Type="http://schemas.openxmlformats.org/officeDocument/2006/relationships/hyperlink" Target="https://youtu.be/Z83oUCSLyZg?t=2063" TargetMode="External"/><Relationship Id="rId59" Type="http://schemas.openxmlformats.org/officeDocument/2006/relationships/hyperlink" Target="https://youtu.be/Z83oUCSLyZg?t=2104" TargetMode="External"/><Relationship Id="rId60" Type="http://schemas.openxmlformats.org/officeDocument/2006/relationships/hyperlink" Target="https://youtu.be/Z83oUCSLyZg?t=2145" TargetMode="External"/><Relationship Id="rId61" Type="http://schemas.openxmlformats.org/officeDocument/2006/relationships/hyperlink" Target="https://youtu.be/Z83oUCSLyZg?t=2187" TargetMode="External"/><Relationship Id="rId62" Type="http://schemas.openxmlformats.org/officeDocument/2006/relationships/hyperlink" Target="https://youtu.be/Z83oUCSLyZg?t=2230" TargetMode="External"/><Relationship Id="rId63" Type="http://schemas.openxmlformats.org/officeDocument/2006/relationships/hyperlink" Target="https://youtu.be/Z83oUCSLyZg?t=2273" TargetMode="External"/><Relationship Id="rId64" Type="http://schemas.openxmlformats.org/officeDocument/2006/relationships/hyperlink" Target="https://youtu.be/Z83oUCSLyZg?t=2315" TargetMode="External"/><Relationship Id="rId65" Type="http://schemas.openxmlformats.org/officeDocument/2006/relationships/hyperlink" Target="https://youtu.be/Z83oUCSLyZg?t=2358" TargetMode="External"/><Relationship Id="rId66" Type="http://schemas.openxmlformats.org/officeDocument/2006/relationships/hyperlink" Target="https://youtu.be/Z83oUCSLyZg?t=2402" TargetMode="External"/><Relationship Id="rId67" Type="http://schemas.openxmlformats.org/officeDocument/2006/relationships/hyperlink" Target="https://youtu.be/Z83oUCSLyZg?t=2444" TargetMode="External"/><Relationship Id="rId68" Type="http://schemas.openxmlformats.org/officeDocument/2006/relationships/hyperlink" Target="https://youtu.be/Z83oUCSLyZg?t=2485" TargetMode="External"/><Relationship Id="rId69" Type="http://schemas.openxmlformats.org/officeDocument/2006/relationships/hyperlink" Target="https://youtu.be/Z83oUCSLyZg?t=2528" TargetMode="External"/><Relationship Id="rId70" Type="http://schemas.openxmlformats.org/officeDocument/2006/relationships/hyperlink" Target="https://youtu.be/Z83oUCSLyZg?t=2569" TargetMode="External"/><Relationship Id="rId71" Type="http://schemas.openxmlformats.org/officeDocument/2006/relationships/hyperlink" Target="https://youtu.be/Z83oUCSLyZg?t=2610" TargetMode="External"/><Relationship Id="rId72" Type="http://schemas.openxmlformats.org/officeDocument/2006/relationships/hyperlink" Target="https://youtu.be/Z83oUCSLyZg?t=2652" TargetMode="External"/><Relationship Id="rId73" Type="http://schemas.openxmlformats.org/officeDocument/2006/relationships/hyperlink" Target="https://youtu.be/Z83oUCSLyZg?t=2692" TargetMode="External"/><Relationship Id="rId74" Type="http://schemas.openxmlformats.org/officeDocument/2006/relationships/hyperlink" Target="https://youtu.be/Z83oUCSLyZg?t=2736" TargetMode="External"/><Relationship Id="rId75" Type="http://schemas.openxmlformats.org/officeDocument/2006/relationships/hyperlink" Target="https://youtu.be/Z83oUCSLyZg?t=2778" TargetMode="External"/><Relationship Id="rId76" Type="http://schemas.openxmlformats.org/officeDocument/2006/relationships/hyperlink" Target="https://youtu.be/Z83oUCSLyZg?t=2819" TargetMode="External"/><Relationship Id="rId77" Type="http://schemas.openxmlformats.org/officeDocument/2006/relationships/hyperlink" Target="https://youtu.be/Z83oUCSLyZg?t=2863" TargetMode="External"/><Relationship Id="rId78" Type="http://schemas.openxmlformats.org/officeDocument/2006/relationships/hyperlink" Target="https://youtu.be/Z83oUCSLyZg?t=2906" TargetMode="External"/><Relationship Id="rId79" Type="http://schemas.openxmlformats.org/officeDocument/2006/relationships/hyperlink" Target="https://youtu.be/Z83oUCSLyZg?t=2949" TargetMode="External"/><Relationship Id="rId80" Type="http://schemas.openxmlformats.org/officeDocument/2006/relationships/hyperlink" Target="https://youtu.be/Z83oUCSLyZg?t=2992" TargetMode="External"/><Relationship Id="rId81" Type="http://schemas.openxmlformats.org/officeDocument/2006/relationships/hyperlink" Target="https://youtu.be/Z83oUCSLyZg?t=3033" TargetMode="External"/><Relationship Id="rId82" Type="http://schemas.openxmlformats.org/officeDocument/2006/relationships/hyperlink" Target="https://youtu.be/Z83oUCSLyZg?t=3078" TargetMode="External"/><Relationship Id="rId83" Type="http://schemas.openxmlformats.org/officeDocument/2006/relationships/hyperlink" Target="https://youtu.be/Z83oUCSLyZg?t=3120" TargetMode="External"/><Relationship Id="rId84" Type="http://schemas.openxmlformats.org/officeDocument/2006/relationships/hyperlink" Target="https://youtu.be/Z83oUCSLyZg?t=3161" TargetMode="External"/><Relationship Id="rId85" Type="http://schemas.openxmlformats.org/officeDocument/2006/relationships/hyperlink" Target="https://youtu.be/Z83oUCSLyZg?t=3202" TargetMode="External"/><Relationship Id="rId86" Type="http://schemas.openxmlformats.org/officeDocument/2006/relationships/hyperlink" Target="https://youtu.be/Z83oUCSLyZg?t=3246" TargetMode="External"/><Relationship Id="rId87" Type="http://schemas.openxmlformats.org/officeDocument/2006/relationships/hyperlink" Target="https://youtu.be/Z83oUCSLyZg?t=3288" TargetMode="External"/><Relationship Id="rId88" Type="http://schemas.openxmlformats.org/officeDocument/2006/relationships/hyperlink" Target="https://youtu.be/Z83oUCSLyZg?t=3331" TargetMode="External"/><Relationship Id="rId89" Type="http://schemas.openxmlformats.org/officeDocument/2006/relationships/hyperlink" Target="https://youtu.be/Z83oUCSLyZg?t=3373" TargetMode="External"/><Relationship Id="rId90" Type="http://schemas.openxmlformats.org/officeDocument/2006/relationships/hyperlink" Target="https://youtu.be/Z83oUCSLyZg?t=3418" TargetMode="External"/><Relationship Id="rId91" Type="http://schemas.openxmlformats.org/officeDocument/2006/relationships/hyperlink" Target="https://youtu.be/Z83oUCSLyZg?t=3459" TargetMode="External"/><Relationship Id="rId92" Type="http://schemas.openxmlformats.org/officeDocument/2006/relationships/hyperlink" Target="https://youtu.be/Z83oUCSLyZg?t=3503" TargetMode="External"/><Relationship Id="rId93" Type="http://schemas.openxmlformats.org/officeDocument/2006/relationships/hyperlink" Target="https://youtu.be/Z83oUCSLyZg?t=3545" TargetMode="External"/><Relationship Id="rId94" Type="http://schemas.openxmlformats.org/officeDocument/2006/relationships/hyperlink" Target="https://youtu.be/Z83oUCSLyZg?t=3586" TargetMode="External"/><Relationship Id="rId95" Type="http://schemas.openxmlformats.org/officeDocument/2006/relationships/hyperlink" Target="https://youtu.be/Z83oUCSLyZg?t=3629" TargetMode="External"/><Relationship Id="rId96" Type="http://schemas.openxmlformats.org/officeDocument/2006/relationships/hyperlink" Target="https://youtu.be/Z83oUCSLyZg?t=3669" TargetMode="External"/><Relationship Id="rId97" Type="http://schemas.openxmlformats.org/officeDocument/2006/relationships/hyperlink" Target="https://youtu.be/Z83oUCSLyZg?t=3710" TargetMode="External"/><Relationship Id="rId98" Type="http://schemas.openxmlformats.org/officeDocument/2006/relationships/hyperlink" Target="https://youtu.be/Z83oUCSLyZg?t=3752" TargetMode="External"/><Relationship Id="rId99" Type="http://schemas.openxmlformats.org/officeDocument/2006/relationships/hyperlink" Target="https://youtu.be/Z83oUCSLyZg?t=3793" TargetMode="External"/><Relationship Id="rId100" Type="http://schemas.openxmlformats.org/officeDocument/2006/relationships/hyperlink" Target="https://youtu.be/Z83oUCSLyZg?t=3838" TargetMode="External"/><Relationship Id="rId101" Type="http://schemas.openxmlformats.org/officeDocument/2006/relationships/hyperlink" Target="https://youtu.be/Z83oUCSLyZg?t=3881" TargetMode="External"/><Relationship Id="rId102" Type="http://schemas.openxmlformats.org/officeDocument/2006/relationships/hyperlink" Target="https://youtu.be/Z83oUCSLyZg?t=3924" TargetMode="External"/><Relationship Id="rId103" Type="http://schemas.openxmlformats.org/officeDocument/2006/relationships/hyperlink" Target="https://youtu.be/Z83oUCSLyZg?t=3965" TargetMode="External"/><Relationship Id="rId104" Type="http://schemas.openxmlformats.org/officeDocument/2006/relationships/hyperlink" Target="https://youtu.be/Z83oUCSLyZg?t=4010" TargetMode="External"/><Relationship Id="rId105" Type="http://schemas.openxmlformats.org/officeDocument/2006/relationships/hyperlink" Target="https://youtu.be/Z83oUCSLyZg?t=4052" TargetMode="External"/><Relationship Id="rId106" Type="http://schemas.openxmlformats.org/officeDocument/2006/relationships/hyperlink" Target="https://youtu.be/Z83oUCSLyZg?t=4095" TargetMode="External"/><Relationship Id="rId107" Type="http://schemas.openxmlformats.org/officeDocument/2006/relationships/hyperlink" Target="https://youtu.be/Z83oUCSLyZg?t=4136" TargetMode="External"/><Relationship Id="rId108" Type="http://schemas.openxmlformats.org/officeDocument/2006/relationships/hyperlink" Target="https://youtu.be/Z83oUCSLyZg?t=4179" TargetMode="External"/><Relationship Id="rId109" Type="http://schemas.openxmlformats.org/officeDocument/2006/relationships/hyperlink" Target="https://youtu.be/Z83oUCSLyZg?t=4222" TargetMode="External"/><Relationship Id="rId110" Type="http://schemas.openxmlformats.org/officeDocument/2006/relationships/hyperlink" Target="https://youtu.be/Z83oUCSLyZg?t=4264" TargetMode="External"/><Relationship Id="rId111" Type="http://schemas.openxmlformats.org/officeDocument/2006/relationships/hyperlink" Target="https://youtu.be/Z83oUCSLyZg?t=4304" TargetMode="External"/><Relationship Id="rId112" Type="http://schemas.openxmlformats.org/officeDocument/2006/relationships/hyperlink" Target="https://youtu.be/Z83oUCSLyZg?t=4347" TargetMode="External"/><Relationship Id="rId113" Type="http://schemas.openxmlformats.org/officeDocument/2006/relationships/hyperlink" Target="https://youtu.be/Z83oUCSLyZg?t=4389" TargetMode="External"/><Relationship Id="rId114" Type="http://schemas.openxmlformats.org/officeDocument/2006/relationships/hyperlink" Target="https://youtu.be/Z83oUCSLyZg?t=4430" TargetMode="External"/><Relationship Id="rId115" Type="http://schemas.openxmlformats.org/officeDocument/2006/relationships/hyperlink" Target="https://youtu.be/Z83oUCSLyZg?t=4477" TargetMode="External"/><Relationship Id="rId116" Type="http://schemas.openxmlformats.org/officeDocument/2006/relationships/hyperlink" Target="https://youtu.be/Z83oUCSLyZg?t=4520" TargetMode="External"/><Relationship Id="rId117" Type="http://schemas.openxmlformats.org/officeDocument/2006/relationships/hyperlink" Target="https://youtu.be/Z83oUCSLyZg?t=4562" TargetMode="External"/><Relationship Id="rId118" Type="http://schemas.openxmlformats.org/officeDocument/2006/relationships/hyperlink" Target="https://youtu.be/Z83oUCSLyZg?t=4605" TargetMode="External"/><Relationship Id="rId119" Type="http://schemas.openxmlformats.org/officeDocument/2006/relationships/hyperlink" Target="https://youtu.be/Z83oUCSLyZg?t=4647" TargetMode="External"/><Relationship Id="rId120" Type="http://schemas.openxmlformats.org/officeDocument/2006/relationships/hyperlink" Target="https://youtu.be/Z83oUCSLyZg?t=4687" TargetMode="External"/><Relationship Id="rId121" Type="http://schemas.openxmlformats.org/officeDocument/2006/relationships/hyperlink" Target="https://youtu.be/Z83oUCSLyZg?t=4728" TargetMode="External"/><Relationship Id="rId122" Type="http://schemas.openxmlformats.org/officeDocument/2006/relationships/hyperlink" Target="https://youtu.be/Z83oUCSLyZg?t=4770" TargetMode="External"/><Relationship Id="rId123" Type="http://schemas.openxmlformats.org/officeDocument/2006/relationships/hyperlink" Target="https://youtu.be/Z83oUCSLyZg?t=4811" TargetMode="External"/><Relationship Id="rId124" Type="http://schemas.openxmlformats.org/officeDocument/2006/relationships/hyperlink" Target="https://youtu.be/Z83oUCSLyZg?t=4851" TargetMode="External"/><Relationship Id="rId125" Type="http://schemas.openxmlformats.org/officeDocument/2006/relationships/hyperlink" Target="https://youtu.be/Z83oUCSLyZg?t=4895" TargetMode="External"/><Relationship Id="rId126" Type="http://schemas.openxmlformats.org/officeDocument/2006/relationships/hyperlink" Target="https://youtu.be/Z83oUCSLyZg?t=4936" TargetMode="External"/><Relationship Id="rId127" Type="http://schemas.openxmlformats.org/officeDocument/2006/relationships/hyperlink" Target="https://youtu.be/Z83oUCSLyZg?t=4979" TargetMode="External"/><Relationship Id="rId128" Type="http://schemas.openxmlformats.org/officeDocument/2006/relationships/hyperlink" Target="https://youtu.be/Z83oUCSLyZg?t=5023" TargetMode="External"/><Relationship Id="rId129" Type="http://schemas.openxmlformats.org/officeDocument/2006/relationships/hyperlink" Target="https://youtu.be/Z83oUCSLyZg?t=5064" TargetMode="External"/><Relationship Id="rId130" Type="http://schemas.openxmlformats.org/officeDocument/2006/relationships/hyperlink" Target="https://youtu.be/Z83oUCSLyZg?t=5106" TargetMode="External"/><Relationship Id="rId131" Type="http://schemas.openxmlformats.org/officeDocument/2006/relationships/hyperlink" Target="https://youtu.be/Z83oUCSLyZg?t=5148" TargetMode="External"/><Relationship Id="rId132" Type="http://schemas.openxmlformats.org/officeDocument/2006/relationships/hyperlink" Target="https://youtu.be/Z83oUCSLyZg?t=5193" TargetMode="External"/><Relationship Id="rId133" Type="http://schemas.openxmlformats.org/officeDocument/2006/relationships/hyperlink" Target="https://youtu.be/Z83oUCSLyZg?t=5236" TargetMode="External"/><Relationship Id="rId134" Type="http://schemas.openxmlformats.org/officeDocument/2006/relationships/hyperlink" Target="https://youtu.be/Z83oUCSLyZg?t=5277" TargetMode="External"/><Relationship Id="rId135" Type="http://schemas.openxmlformats.org/officeDocument/2006/relationships/hyperlink" Target="https://youtu.be/Z83oUCSLyZg?t=5322" TargetMode="External"/><Relationship Id="rId136" Type="http://schemas.openxmlformats.org/officeDocument/2006/relationships/hyperlink" Target="https://youtu.be/Z83oUCSLyZg?t=5366" TargetMode="External"/><Relationship Id="rId137" Type="http://schemas.openxmlformats.org/officeDocument/2006/relationships/hyperlink" Target="https://youtu.be/Z83oUCSLyZg?t=5409" TargetMode="External"/><Relationship Id="rId138" Type="http://schemas.openxmlformats.org/officeDocument/2006/relationships/hyperlink" Target="https://youtu.be/Z83oUCSLyZg?t=5452" TargetMode="External"/><Relationship Id="rId139" Type="http://schemas.openxmlformats.org/officeDocument/2006/relationships/hyperlink" Target="https://youtu.be/Z83oUCSLyZg?t=5493" TargetMode="External"/><Relationship Id="rId140" Type="http://schemas.openxmlformats.org/officeDocument/2006/relationships/hyperlink" Target="https://youtu.be/Z83oUCSLyZg?t=5537" TargetMode="External"/><Relationship Id="rId141" Type="http://schemas.openxmlformats.org/officeDocument/2006/relationships/hyperlink" Target="https://youtu.be/Z83oUCSLyZg?t=5582" TargetMode="External"/><Relationship Id="rId142" Type="http://schemas.openxmlformats.org/officeDocument/2006/relationships/hyperlink" Target="https://youtu.be/Z83oUCSLyZg?t=5625" TargetMode="External"/><Relationship Id="rId143" Type="http://schemas.openxmlformats.org/officeDocument/2006/relationships/hyperlink" Target="https://youtu.be/Z83oUCSLyZg?t=5669" TargetMode="External"/><Relationship Id="rId144" Type="http://schemas.openxmlformats.org/officeDocument/2006/relationships/hyperlink" Target="https://youtu.be/Z83oUCSLyZg?t=5713" TargetMode="External"/><Relationship Id="rId145" Type="http://schemas.openxmlformats.org/officeDocument/2006/relationships/hyperlink" Target="https://youtu.be/Z83oUCSLyZg?t=5757" TargetMode="External"/><Relationship Id="rId146" Type="http://schemas.openxmlformats.org/officeDocument/2006/relationships/hyperlink" Target="https://youtu.be/Z83oUCSLyZg?t=5800" TargetMode="External"/><Relationship Id="rId147" Type="http://schemas.openxmlformats.org/officeDocument/2006/relationships/hyperlink" Target="https://youtu.be/Z83oUCSLyZg?t=5840" TargetMode="External"/><Relationship Id="rId148" Type="http://schemas.openxmlformats.org/officeDocument/2006/relationships/hyperlink" Target="https://youtu.be/Z83oUCSLyZg?t=5884" TargetMode="External"/><Relationship Id="rId149" Type="http://schemas.openxmlformats.org/officeDocument/2006/relationships/hyperlink" Target="https://youtu.be/Z83oUCSLyZg?t=5924" TargetMode="External"/><Relationship Id="rId150" Type="http://schemas.openxmlformats.org/officeDocument/2006/relationships/hyperlink" Target="https://youtu.be/Z83oUCSLyZg?t=5970" TargetMode="External"/><Relationship Id="rId151" Type="http://schemas.openxmlformats.org/officeDocument/2006/relationships/hyperlink" Target="https://youtu.be/Z83oUCSLyZg?t=6012" TargetMode="External"/><Relationship Id="rId152" Type="http://schemas.openxmlformats.org/officeDocument/2006/relationships/hyperlink" Target="https://youtu.be/Z83oUCSLyZg?t=6053" TargetMode="External"/><Relationship Id="rId153" Type="http://schemas.openxmlformats.org/officeDocument/2006/relationships/hyperlink" Target="https://youtu.be/Z83oUCSLyZg?t=6096" TargetMode="External"/><Relationship Id="rId154" Type="http://schemas.openxmlformats.org/officeDocument/2006/relationships/hyperlink" Target="https://youtu.be/Z83oUCSLyZg?t=6138" TargetMode="External"/><Relationship Id="rId155" Type="http://schemas.openxmlformats.org/officeDocument/2006/relationships/hyperlink" Target="https://youtu.be/Z83oUCSLyZg?t=6182" TargetMode="External"/><Relationship Id="rId156" Type="http://schemas.openxmlformats.org/officeDocument/2006/relationships/hyperlink" Target="https://youtu.be/Z83oUCSLyZg?t=6225" TargetMode="External"/><Relationship Id="rId157" Type="http://schemas.openxmlformats.org/officeDocument/2006/relationships/hyperlink" Target="https://youtu.be/Z83oUCSLyZg?t=6269" TargetMode="External"/><Relationship Id="rId158" Type="http://schemas.openxmlformats.org/officeDocument/2006/relationships/hyperlink" Target="https://youtu.be/Z83oUCSLyZg?t=6311" TargetMode="External"/><Relationship Id="rId159" Type="http://schemas.openxmlformats.org/officeDocument/2006/relationships/hyperlink" Target="https://youtu.be/Z83oUCSLyZg?t=63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 Salon — Ana Salon 2 (11. oturum) — Arapça / çalışma metni</dc:title>
  <dc:subject>Reels seçimi için zaman kodlu çalışma deşifresi</dc:subject>
  <dc:creator>Bediüzzaman Sempozyumu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