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2 — 52. Oturum — Özgün deşifre</w:t>
      </w:r>
    </w:p>
    <w:p>
      <w:r>
        <w:t>06.10.2026 • Küresel Krizler ve Yapay Zekâ Özel Oturumu</w:t>
      </w:r>
    </w:p>
    <w:p>
      <w:hyperlink r:id="rId9">
        <w:r>
          <w:rPr>
            <w:color w:val="1155CC"/>
            <w:u w:val="single"/>
          </w:rPr>
          <w:t>Videoyu aç</w:t>
        </w:r>
      </w:hyperlink>
    </w:p>
    <w:p>
      <w:r>
        <w:t>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
        <w:t>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
        <w:t>Metinde bulunan dil: Türkçe. Video süresi: 01:40:58.</w:t>
      </w:r>
    </w:p>
    <w:p>
      <w:pPr>
        <w:keepNext/>
      </w:pPr>
      <w:hyperlink r:id="rId10">
        <w:r>
          <w:rPr>
            <w:color w:val="1155CC"/>
            <w:u w:val="single"/>
          </w:rPr>
          <w:t>00:00:10 – 00:00:54</w:t>
        </w:r>
      </w:hyperlink>
      <w:r>
        <w:rPr>
          <w:b/>
        </w:rPr>
        <w:t xml:space="preserve">  |  Türkçe</w:t>
      </w:r>
    </w:p>
    <w:p>
      <w:r>
        <w:t>Evet, ses geliyor herhalde. Muhterem Hazirun, bugünkü özel oturumumuzu açıyoruz.</w:t>
      </w:r>
    </w:p>
    <w:p>
      <w:pPr>
        <w:keepNext/>
      </w:pPr>
      <w:hyperlink r:id="rId11">
        <w:r>
          <w:rPr>
            <w:color w:val="1155CC"/>
            <w:u w:val="single"/>
          </w:rPr>
          <w:t>00:00:54 – 00:01:46</w:t>
        </w:r>
      </w:hyperlink>
      <w:r>
        <w:rPr>
          <w:b/>
        </w:rPr>
        <w:t xml:space="preserve">  |  Türkçe</w:t>
      </w:r>
    </w:p>
    <w:p>
      <w:r>
        <w:t>Özel oturumumuz dediğim yapay zeka ile alakalı. Ses. Dünyada yaşadığımız küresel krizler ve yapay zeka ile alakalı oturumumuz. İlk olarak Prof. Dr. Adnan Fatih Bey'in, affedersiniz bir öne aldık, kusura bakmayınız bir değişiklik yapacağız programda. Hocamızın uçağı olduğu için en azından onu rahatlatmak adına bir programda takdim tehir yapacağız. Öncelikle Prof. Dr. Hasari Çerebi Bey'in Hakkat Neşrin'de Yapay Zeka Kullanımı adlı bildirisini veya sunusunu dinleyeceğiz.</w:t>
      </w:r>
    </w:p>
    <w:p>
      <w:pPr>
        <w:keepNext/>
      </w:pPr>
      <w:hyperlink r:id="rId12">
        <w:r>
          <w:rPr>
            <w:color w:val="1155CC"/>
            <w:u w:val="single"/>
          </w:rPr>
          <w:t>00:01:46 – 00:02:30</w:t>
        </w:r>
      </w:hyperlink>
      <w:r>
        <w:rPr>
          <w:b/>
        </w:rPr>
        <w:t xml:space="preserve">  |  Türkçe</w:t>
      </w:r>
    </w:p>
    <w:p>
      <w:r>
        <w:t>Hasari Bey, Gebze Teknik Üniversitesi'nden, kendileri Yıldız Teknik Üniversitesi Elektrik-Elektronik Haberleşme Mühendisliği Bölümünden mezun. Yüksek sansız derecesini Amerika'da, Kaliforniya eyaletindeki San Jose State Üniversitesi'nde ve daha sonra da anladığım kadarıyla doktorasını Florida'daki University of South Florida'da aldı. Daha sonra yine South Florida'da dersler verdi. Ardından Texas A&amp;M Üniversitesi'nin Katar kampüsünde akademik görevde bulundu.</w:t>
      </w:r>
    </w:p>
    <w:p>
      <w:pPr>
        <w:keepNext/>
      </w:pPr>
      <w:hyperlink r:id="rId13">
        <w:r>
          <w:rPr>
            <w:color w:val="1155CC"/>
            <w:u w:val="single"/>
          </w:rPr>
          <w:t>00:02:31 – 00:03:11</w:t>
        </w:r>
      </w:hyperlink>
      <w:r>
        <w:rPr>
          <w:b/>
        </w:rPr>
        <w:t xml:space="preserve">  |  Türkçe</w:t>
      </w:r>
    </w:p>
    <w:p>
      <w:r>
        <w:t>Türkiye'ye dönüşünde de Gebze Teknik Üniversitesi'nin bilgisayar mühendisliğinde öğretim üyeliğine başladı. Ve şu an profesör olarak görev yapıyor aynı bölümde. Daha önce de yine rektör yardımcılığı görevini de yürütmüştür. Kendilerinin araştırma alanlarında yapay zeka, makine öğrenmesi ve haberleşme var. Şimdi sözü ben Hasari Bey'e bırakıyorum. Hakikat meşrinde yapay zekayı kendilerinden dinleyeceğiz.</w:t>
      </w:r>
    </w:p>
    <w:p>
      <w:pPr>
        <w:keepNext/>
      </w:pPr>
      <w:hyperlink r:id="rId14">
        <w:r>
          <w:rPr>
            <w:color w:val="1155CC"/>
            <w:u w:val="single"/>
          </w:rPr>
          <w:t>00:03:11 – 00:03:55</w:t>
        </w:r>
      </w:hyperlink>
      <w:r>
        <w:rPr>
          <w:b/>
        </w:rPr>
        <w:t xml:space="preserve">  |  Türkçe</w:t>
      </w:r>
      <w:r>
        <w:rPr>
          <w:i/>
        </w:rPr>
        <w:t xml:space="preserve">  • Kontrol</w:t>
      </w:r>
    </w:p>
    <w:p>
      <w:r>
        <w:t>Teşekkürler Sayın Hocam. Evet, bizim bugünkü konuşmamız yaklaşık bir 15 dakika. Teşekkürler. Çok geliyor bu. Tamam. Karşıdaki açıklar. Bugünkü konumuz hakikat neşrinde yapay zeka kullanımı. Şöyle bir girizgah yapalım. Yani peygamberler tarihinden bir giriş yapalım. Çünkü Allah-u Teala kendi peygamberlerini bir millete göndermeden önce tabi ki şey yapıyor, o milletin, o devrin gücüne göre donatıp gönderiyor. Hz. İsa döneminde malumunuz tıp ilmi, o devrin gücü.</w:t>
      </w:r>
    </w:p>
    <w:p>
      <w:pPr>
        <w:keepNext/>
      </w:pPr>
      <w:hyperlink r:id="rId15">
        <w:r>
          <w:rPr>
            <w:color w:val="1155CC"/>
            <w:u w:val="single"/>
          </w:rPr>
          <w:t>00:03:56 – 00:04:38</w:t>
        </w:r>
      </w:hyperlink>
      <w:r>
        <w:rPr>
          <w:b/>
        </w:rPr>
        <w:t xml:space="preserve">  |  Türkçe</w:t>
      </w:r>
      <w:r>
        <w:rPr>
          <w:i/>
        </w:rPr>
        <w:t xml:space="preserve">  • Kontrol</w:t>
      </w:r>
    </w:p>
    <w:p>
      <w:r>
        <w:t>Dolayısıyla Allah-u Teala Hz. İsa'yı tıp ilmiyle donatıp gönderiyor. Hz. Musa dönemine baktığımız zaman yine aynı şekilde o devrin gücü sihir ilmi oluyor. oluyor. Allah-u Teala yine peygamberini sihir ilmiyle donatıp onlara galip gelsin diye gönderiyor. Gele gele yani Peygamber Aleyhisselatü Vesselam'ın dönemine baktığımız zaman o dönemde de o devrin gücü şiir, edebiyat ve belagat oluyor ki Allah-u Teala Peygamber Aleyhisselatü Vesselam'ı Kur'an gibi eşsiz bir kelamla destekliyor, galip gelebilmesi için.</w:t>
      </w:r>
    </w:p>
    <w:p>
      <w:pPr>
        <w:keepNext/>
      </w:pPr>
      <w:hyperlink r:id="rId16">
        <w:r>
          <w:rPr>
            <w:color w:val="1155CC"/>
            <w:u w:val="single"/>
          </w:rPr>
          <w:t>00:04:39 – 00:05:20</w:t>
        </w:r>
      </w:hyperlink>
      <w:r>
        <w:rPr>
          <w:b/>
        </w:rPr>
        <w:t xml:space="preserve">  |  Türkçe</w:t>
      </w:r>
      <w:r>
        <w:rPr>
          <w:i/>
        </w:rPr>
        <w:t xml:space="preserve">  • Kontrol</w:t>
      </w:r>
    </w:p>
    <w:p>
      <w:r>
        <w:t>Tabi ki Risale-i Nur'da geçtiği üzere ahir zamanda hüküm ve kuvvet bilimin ve fenlerine geçecektir diye üstadın beyanı var. Dolayısıyla bu devrin gücü de bilim ve teknoloji. Tabii Risale-i Nur'un neşriyatına baktığımız zaman ilk yıllarda biliyorsunuz o zamanki ağabeyler kalemden, ellen, günlerce, aylarca, yıllarca ne yaptılar? Bu eserleri, bu hakikatleri yazıp çoğalttılar, tekstil ettiler. Daha sonra 1950'lere geldiğimiz zaman matbaa çıktı o devrin gücü, matbaa olmaya başladı.</w:t>
      </w:r>
    </w:p>
    <w:p>
      <w:pPr>
        <w:keepNext/>
      </w:pPr>
      <w:hyperlink r:id="rId17">
        <w:r>
          <w:rPr>
            <w:color w:val="1155CC"/>
            <w:u w:val="single"/>
          </w:rPr>
          <w:t>00:05:20 – 00:06:00</w:t>
        </w:r>
      </w:hyperlink>
      <w:r>
        <w:rPr>
          <w:b/>
        </w:rPr>
        <w:t xml:space="preserve">  |  Türkçe</w:t>
      </w:r>
    </w:p>
    <w:p>
      <w:r>
        <w:t>Dolayısıyla iman hakikatleri matbaa gücüyle, kuvvetiyle basılıp neşredilmeye başlandı. Biraz daha öteye gittiğimiz zaman 1980'li yıllarda artık yavaş yavaş bilgi çağı, bilgi teknolojileri çağı, information technology dediğimiz çağı ortaya çıkınca bu sefer yavaş yavaş 90'lı yıllarda ve 2000'li yıllarda bu neşriyat web siteleriyle yapılmaya başlandı. Biliyorsunuz birçok iman hareketleri arasında web siteleri ortaya çıktı. Ve bu web siteler üzerinden neşriyat tüm dünyaya açılmaya başlandı.</w:t>
      </w:r>
    </w:p>
    <w:p>
      <w:pPr>
        <w:keepNext/>
      </w:pPr>
      <w:hyperlink r:id="rId18">
        <w:r>
          <w:rPr>
            <w:color w:val="1155CC"/>
            <w:u w:val="single"/>
          </w:rPr>
          <w:t>00:06:01 – 00:06:44</w:t>
        </w:r>
      </w:hyperlink>
      <w:r>
        <w:rPr>
          <w:b/>
        </w:rPr>
        <w:t xml:space="preserve">  |  Türkçe</w:t>
      </w:r>
    </w:p>
    <w:p>
      <w:r>
        <w:t>Bir tık daha öteye gittiğimiz zaman 2008'li yıllarda biliyorsunuz akıllı mobil telefonlar ortaya çıkınca bu sefer güç biraz daha mobil cihazlara geçmeye başladı. Dolayısıyla birçok uygulama geliştirildi iman hakikatleri konusunda bu neşriyatı yapabilmek için. Mobil cihazları işte elimizde biliyorsunuz bütün külliyatı mobil uygulamada okuyabiliyoruz, paylaşabiliyoruz vs. Daha sonraki yıllarda bu sefer güç biraz daha sosyal network, sosyal medya dediğimiz sosyal ağlar ortaya çıkmaya başlandı.</w:t>
      </w:r>
    </w:p>
    <w:p>
      <w:pPr>
        <w:keepNext/>
      </w:pPr>
      <w:hyperlink r:id="rId19">
        <w:r>
          <w:rPr>
            <w:color w:val="1155CC"/>
            <w:u w:val="single"/>
          </w:rPr>
          <w:t>00:06:45 – 00:07:30</w:t>
        </w:r>
      </w:hyperlink>
      <w:r>
        <w:rPr>
          <w:b/>
        </w:rPr>
        <w:t xml:space="preserve">  |  Türkçe</w:t>
      </w:r>
    </w:p>
    <w:p>
      <w:r>
        <w:t>Bu sefer yani iman hakikatleri oradan neşredilmeye başlandı ve geldiğimiz noktada da son 2-3 sene özellikle yavaş yavaş kendini hissettirmeye başladı biliyorsunuz. Yapay zeka yani bu devrin en büyük güçlerinden birisi artık ve bundan sonra yapay zeka olmaya aday çok güçlü bir kuvvetten güçten bahsediyoruz. Ki yani yazı biliyorsunuz biz insanların öğrenmesi için geliştirildi. Aynı şekilde makinelerin öğrenebilmesi için de yapay zekat teknolojileri geliştirildi.</w:t>
      </w:r>
    </w:p>
    <w:p>
      <w:pPr>
        <w:keepNext/>
      </w:pPr>
      <w:hyperlink r:id="rId20">
        <w:r>
          <w:rPr>
            <w:color w:val="1155CC"/>
            <w:u w:val="single"/>
          </w:rPr>
          <w:t>00:07:30 – 00:08:31</w:t>
        </w:r>
      </w:hyperlink>
      <w:r>
        <w:rPr>
          <w:b/>
        </w:rPr>
        <w:t xml:space="preserve">  |  Türkçe</w:t>
      </w:r>
    </w:p>
    <w:p>
      <w:r>
        <w:t>Ama orada çok ciddi bir güç ve oransal bir fark var. İnsan sayısıyla makine sayısını karşılaştıramıyoruz. Şu an milyarlarca, belki trilyonlarca cihaz, bilgisayar, ondan sonra sensör dediğimiz IoT sensörler var. Bunların hepsi bir şekilde yapay zeka ile ilişkilendirilebilecek ve onlar da öğrenilebilecek. Dolayısıyla soru, biz hakikatlerin neşrinde bu yapay zekayı nasıl kullanabiliriz? Ki yani şöyle bir şey düşünün, yapay zeka dediğimiz şey Risale-i Nur'un diliyle baktığımız zaman bir milyon akılla düşünen, iki milyon kulakla işitebilen, iki milyon gözle görebilen ve bütün dünya dillerini çok akıcı bir şekilde konuşabilen bir sanal şahsiyetten bahsediyoruz.</w:t>
      </w:r>
    </w:p>
    <w:p>
      <w:pPr>
        <w:keepNext/>
      </w:pPr>
      <w:hyperlink r:id="rId21">
        <w:r>
          <w:rPr>
            <w:color w:val="1155CC"/>
            <w:u w:val="single"/>
          </w:rPr>
          <w:t>00:08:32 – 00:09:16</w:t>
        </w:r>
      </w:hyperlink>
      <w:r>
        <w:rPr>
          <w:b/>
        </w:rPr>
        <w:t xml:space="preserve">  |  Türkçe</w:t>
      </w:r>
    </w:p>
    <w:p>
      <w:r>
        <w:t>Dolayısıyla bu yani gücü ne yapmamız lazım? Hakikatların neşrinde kullanmamız lazım. Bu kapsamda biz de yaklaşık iki sene önce proje başlattık. Da'i Nur projesi diye. Onun kısa bir tanıtımını yapıp diğer hocalarımıza mikrofonu devredeceğim. Yani birinci temel soru Risale-i Nur'un bilim, teknoloji, hayat ve sorumluluk anlayışından hareketle yapay zekeye nasıl yaklaşabiliriz? Tabii ki bizim yöntemimiz Risale-i Nur'da yapay zeke doğrudan bir atıf yok ama farklı ilkelerden kıyas yoluyla varılacak birçok sonuç var.</w:t>
      </w:r>
    </w:p>
    <w:p>
      <w:pPr>
        <w:keepNext/>
      </w:pPr>
      <w:hyperlink r:id="rId22">
        <w:r>
          <w:rPr>
            <w:color w:val="1155CC"/>
            <w:u w:val="single"/>
          </w:rPr>
          <w:t>00:09:16 – 00:09:55</w:t>
        </w:r>
      </w:hyperlink>
      <w:r>
        <w:rPr>
          <w:b/>
        </w:rPr>
        <w:t xml:space="preserve">  |  Türkçe</w:t>
      </w:r>
    </w:p>
    <w:p>
      <w:r>
        <w:t>Yol haritamıza baktığımız zaman bunu dört başlık ve dört kavram üzerinden özetleyebiliriz. Birincisi, birinci kavram manayi harfi. Yani bunu nerede kullanabiliriz? Teknolojiyi anlamlandırmak için kullanabiliriz. İkincisi, talimi esma. Esma Hüsna'nın talimi. Bunu nerede kullanabiliriz? bilimsel ilerlemeyi değerlendirmek için. Üç, hayat ve şuur. Yani insan ayrı, makine ayrı. Sonuç diba ile yapay zeka bir makine. Hayatı da yok,</w:t>
      </w:r>
    </w:p>
    <w:p>
      <w:pPr>
        <w:keepNext/>
      </w:pPr>
      <w:hyperlink r:id="rId23">
        <w:r>
          <w:rPr>
            <w:color w:val="1155CC"/>
            <w:u w:val="single"/>
          </w:rPr>
          <w:t>00:09:56 – 00:10:39</w:t>
        </w:r>
      </w:hyperlink>
      <w:r>
        <w:rPr>
          <w:b/>
        </w:rPr>
        <w:t xml:space="preserve">  |  Türkçe</w:t>
      </w:r>
      <w:r>
        <w:rPr>
          <w:i/>
        </w:rPr>
        <w:t xml:space="preserve">  • Kontrol</w:t>
      </w:r>
    </w:p>
    <w:p>
      <w:r>
        <w:t>yani şuuru da yok. Ama insanla makineyi ayrı da edebilmemiz lazım. Dördüncüsü, bu kadar büyük bir gücü, büyük kuvveti, bu nimeti, bu nimete karşı küllü nasıl bir şekilde şükredeceğiz ve bunu Bunu nasıl kullanacağız artı bunun sorumlulukları ve neticeleri nelerdir? Yani bizim kullanımını hayırlı işlerde yönlendirmemiz gerekiyor. Peki birincisine biraz baktığımız zaman teknoloji manayı harfi açıdan baktığımız zaman teknoloji ne yapıyor değil daha çok nasıl okunuyor? Risale-i Nur'dan bir atıfta bulunalım burada.</w:t>
      </w:r>
    </w:p>
    <w:p>
      <w:pPr>
        <w:keepNext/>
      </w:pPr>
      <w:hyperlink r:id="rId24">
        <w:r>
          <w:rPr>
            <w:color w:val="1155CC"/>
            <w:u w:val="single"/>
          </w:rPr>
          <w:t>00:10:39 – 00:11:24</w:t>
        </w:r>
      </w:hyperlink>
      <w:r>
        <w:rPr>
          <w:b/>
        </w:rPr>
        <w:t xml:space="preserve">  |  Türkçe</w:t>
      </w:r>
    </w:p>
    <w:p>
      <w:r>
        <w:t>Burada zerrelerden yıldızlara kadar her şeyde bir pencere-i tevhid var biliyorsunuz. Dolayısıyla buradaki çıkaracağımız ilke teknolojiyi yüceltmek veya reddetmek yerine onu tefekkürün bir konusu veya aracı veya vesilesi haline getirebiliriz. İkincisi talim-i esma. Birçok ilim var. Fenni ilimler var, dini ilimler var, sosyal beşeri ilimler var da var. Peki, her ilminde bir hakikati var. Yine Risale-i Nur'dan, her bir kemalin, her bir ilmin, her bir terakkiyatın, her bir fenlin bir hakikati âliyesi var ki, o hakikat bir ismi ilahiyeye dayanıyor.</w:t>
      </w:r>
    </w:p>
    <w:p>
      <w:pPr>
        <w:keepNext/>
      </w:pPr>
      <w:hyperlink r:id="rId25">
        <w:r>
          <w:rPr>
            <w:color w:val="1155CC"/>
            <w:u w:val="single"/>
          </w:rPr>
          <w:t>00:11:25 – 00:12:06</w:t>
        </w:r>
      </w:hyperlink>
      <w:r>
        <w:rPr>
          <w:b/>
        </w:rPr>
        <w:t xml:space="preserve">  |  Türkçe</w:t>
      </w:r>
      <w:r>
        <w:rPr>
          <w:i/>
        </w:rPr>
        <w:t xml:space="preserve">  • Kontrol</w:t>
      </w:r>
    </w:p>
    <w:p>
      <w:r>
        <w:t>Bundan çıkaracağımız ilke, tamam, yapay zeka araştırmaları, insanın ilmi ve teknik kabiliyetlerinin gelişimi içinde değerlendirilebiliriz. Üçüncüsü hayat ve şuur yani insanla makineyi ayırt etmemiz lazım İşlev bir şuur değildir Yine Risale-i Nur'dan hayat vücudun nurudur Şuur hayatın ziyasıdır Çıkaracağımız ilke işlevsel başarıdan doğrudan direkt bir şekilde Şuur, kişilik ve ahlaki faillik sonucu çıkarılmamalıdır Dördüncü, şükür ve sorumluluk.</w:t>
      </w:r>
    </w:p>
    <w:p>
      <w:pPr>
        <w:keepNext/>
      </w:pPr>
      <w:hyperlink r:id="rId26">
        <w:r>
          <w:rPr>
            <w:color w:val="1155CC"/>
            <w:u w:val="single"/>
          </w:rPr>
          <w:t>00:12:07 – 00:12:48</w:t>
        </w:r>
      </w:hyperlink>
      <w:r>
        <w:rPr>
          <w:b/>
        </w:rPr>
        <w:t xml:space="preserve">  |  Türkçe</w:t>
      </w:r>
    </w:p>
    <w:p>
      <w:r>
        <w:t>Halk, yaratma ayrı bir şey, kesb ayrı bir şeydir biliyorsunuz. Yine Risale-i Nur'dan, halkı şer, şer değil, belki kesbi şer, şerdir. Yani kıyaslama metoduyla yaklaştığımız zaman buna, yapay zekanın şer için kullanılma ihtimali var mı? Var, değil mi? Ama bu ihtimali onun üretilmesinin şer olduğu sonucuna götürmez. Burada bir denge var. Bu dengeyi nasıl sağlayacağız? Faydalı kullanmaya, hayır yolunda kullanmaya çalışacağız. Faydalı kullanım ihtimali de her tercihi meşrulaştırmaz.</w:t>
      </w:r>
    </w:p>
    <w:p>
      <w:pPr>
        <w:keepNext/>
      </w:pPr>
      <w:hyperlink r:id="rId27">
        <w:r>
          <w:rPr>
            <w:color w:val="1155CC"/>
            <w:u w:val="single"/>
          </w:rPr>
          <w:t>00:12:49 – 00:13:32</w:t>
        </w:r>
      </w:hyperlink>
      <w:r>
        <w:rPr>
          <w:b/>
        </w:rPr>
        <w:t xml:space="preserve">  |  Türkçe</w:t>
      </w:r>
      <w:r>
        <w:rPr>
          <w:i/>
        </w:rPr>
        <w:t xml:space="preserve">  • Kontrol</w:t>
      </w:r>
    </w:p>
    <w:p>
      <w:r>
        <w:t>Onu kullanan kişiye aittir o sorumluluk. Dolayısıyla özetlersek bu yol haritasındaki dört ilkeden, Yapay zeka aslında zatında şer değildir. Asıl şer, onu şerde kullanan tercihtedir, ihtiyardadır. Bir ara sonuç çıkartmak istersek bu şu anki konuşmalarımızdan, yani teknolojiye, özellikle yapay zekaya nasıl yaklaşmak lazım? Tamam işte bazıları haşa özellikle batı medeniyeti bunu bir tanrı seviyesine kadar çıkartabilecek kadar yüceltebiliyor, hayranlık duyabiliyor.</w:t>
      </w:r>
    </w:p>
    <w:p>
      <w:pPr>
        <w:keepNext/>
      </w:pPr>
      <w:hyperlink r:id="rId28">
        <w:r>
          <w:rPr>
            <w:color w:val="1155CC"/>
            <w:u w:val="single"/>
          </w:rPr>
          <w:t>00:13:32 – 00:14:16</w:t>
        </w:r>
      </w:hyperlink>
      <w:r>
        <w:rPr>
          <w:b/>
        </w:rPr>
        <w:t xml:space="preserve">  |  Türkçe</w:t>
      </w:r>
      <w:r>
        <w:rPr>
          <w:i/>
        </w:rPr>
        <w:t xml:space="preserve">  • Kontrol</w:t>
      </w:r>
    </w:p>
    <w:p>
      <w:r>
        <w:t>Ama bizde yine orada bir denge olması lazım. Ne koşulsuz bir hayranlık ne de peşin bir ön yargı veya red olması gerekiyor. Dolayısıyla teknolojiyi ki bizim konumuz yapay zekayı tefekkürle anlamlandırmamız gerekiyor. Bilgiyi hikmetle ilişkilendirmemiz gerekiyor. İşlevi şuurla karıştırmamak lazım. Makinede şuur yok. Yok. Kullanımı da yani helal ve haram dairesine dikkat ederek, sorumlulukla ne yapmak lazım? Kullanmak lazım. Peki, biz şu ana kadar size yaptığımız bir çalışmayı,</w:t>
      </w:r>
    </w:p>
    <w:p>
      <w:pPr>
        <w:keepNext/>
      </w:pPr>
      <w:hyperlink r:id="rId29">
        <w:r>
          <w:rPr>
            <w:color w:val="1155CC"/>
            <w:u w:val="single"/>
          </w:rPr>
          <w:t>00:14:16 – 00:15:03</w:t>
        </w:r>
      </w:hyperlink>
      <w:r>
        <w:rPr>
          <w:b/>
        </w:rPr>
        <w:t xml:space="preserve">  |  Türkçe</w:t>
      </w:r>
    </w:p>
    <w:p>
      <w:r>
        <w:t>işte bu bahsettiğimiz yol haritası çerçevesinde yaptığımız bir çalışmayı göstereceğiz. Biz bu imkanlarla hakikatleri neşrederken yapay zekayı nasıl kullanabiliriz? Tabi ona geçmeden önce bazı teknik bilgiler var, biraz felsefik tarafı var bu işin biliyorsunuz. Aslında yapay zekanın arka tarafında hatta dünyanın en çok şu an kullanılan yapay zekalı şirketlerinden birisi Antropik biliyorsunuz. Cloud dediğimiz kurucularından birisi felsefeci yani sonuç itibariyle. Dolayısıyla bu işin felsefe tarafı var. Onun için bazı kavramlar işte, birincisi ontoloji dediğimiz bir kavram var, bir de epistemoloji.</w:t>
      </w:r>
    </w:p>
    <w:p>
      <w:pPr>
        <w:keepNext/>
      </w:pPr>
      <w:hyperlink r:id="rId30">
        <w:r>
          <w:rPr>
            <w:color w:val="1155CC"/>
            <w:u w:val="single"/>
          </w:rPr>
          <w:t>00:15:03 – 00:15:44</w:t>
        </w:r>
      </w:hyperlink>
      <w:r>
        <w:rPr>
          <w:b/>
        </w:rPr>
        <w:t xml:space="preserve">  |  Türkçe</w:t>
      </w:r>
    </w:p>
    <w:p>
      <w:r>
        <w:t>Ontoloji ne demek? Aslında dünyada hangi şeyler var ve nasıl ilişkiler bu şeyler, bu mevcudat, bu kavramlar. Yani ontoloji dediğimiz bilginin içeriğine ve yapısına odaklanır. Epistemolojiye baktığımız zaman bunları nasıl biliyoruz? Bu şeyleri, bu mevcudatı, bu kavramları ve bu bilgiye ne kadar güvenebiliriz sorusuna. Yani bilginin edinilmesine ve geçerliliğine, geçerlilik süresi var. Aslında age of information dediğimiz bilgi de bilginin yaşlanma konusu var. Dolayısıyla bu bilgi ne kadar süre geçerli? Doğruluğu.</w:t>
      </w:r>
    </w:p>
    <w:p>
      <w:pPr>
        <w:keepNext/>
      </w:pPr>
      <w:hyperlink r:id="rId31">
        <w:r>
          <w:rPr>
            <w:color w:val="1155CC"/>
            <w:u w:val="single"/>
          </w:rPr>
          <w:t>00:15:44 – 00:16:28</w:t>
        </w:r>
      </w:hyperlink>
      <w:r>
        <w:rPr>
          <w:b/>
        </w:rPr>
        <w:t xml:space="preserve">  |  Türkçe</w:t>
      </w:r>
    </w:p>
    <w:p>
      <w:r>
        <w:t>Evet, tabi ki ideal olan iyi bir yapay zeka sisteminde bu ikisinin yani ontolojinin ve epistemolojinin birlikte çalışması. Yani ontoloji neyin temsil edileceğini belirler. Epistemolojik yaklaşım ise bu temsillerin nasıl öğrenileceğini, güncelleneceğini ve sorgulanacağını belirtir bize. Sonuç itibariyle iyi bir yapay zeka sistemi aslında sadece %100 bildiğimiz yapay zeka altyapısından, bilgisayarlardan, hesaplama gücünden kaynaklanmıyor.</w:t>
      </w:r>
    </w:p>
    <w:p>
      <w:pPr>
        <w:keepNext/>
      </w:pPr>
      <w:hyperlink r:id="rId32">
        <w:r>
          <w:rPr>
            <w:color w:val="1155CC"/>
            <w:u w:val="single"/>
          </w:rPr>
          <w:t>00:16:28 – 00:17:10</w:t>
        </w:r>
      </w:hyperlink>
      <w:r>
        <w:rPr>
          <w:b/>
        </w:rPr>
        <w:t xml:space="preserve">  |  Türkçe</w:t>
      </w:r>
    </w:p>
    <w:p>
      <w:r>
        <w:t>İyi bir yapay zeka sisteminde tamam bu bahsettiğimiz bir milyon akılla düşünen, iki milyon gözle gören, iki milyon kulakla işten devasa bir sanal makineden bahsediyoruz, sanal şahsiyetten bahsediyoruz. Bunun yanında bu yapay zeka altyapının öğreneceği veya bize öğreteceği şeyleri düzeltecek bir tecrübe gerekiyor. İnsan bilgi ve tecrübesi gerekiyor. Dolayısıyla ikisinin birleşimden aslında güzel bir, iyi bir, ideal bir yapay zeka sistemi ortaya çıkar.</w:t>
      </w:r>
    </w:p>
    <w:p>
      <w:pPr>
        <w:keepNext/>
      </w:pPr>
      <w:hyperlink r:id="rId33">
        <w:r>
          <w:rPr>
            <w:color w:val="1155CC"/>
            <w:u w:val="single"/>
          </w:rPr>
          <w:t>00:17:13 – 00:17:56</w:t>
        </w:r>
      </w:hyperlink>
      <w:r>
        <w:rPr>
          <w:b/>
        </w:rPr>
        <w:t xml:space="preserve">  |  Türkçe</w:t>
      </w:r>
      <w:r>
        <w:rPr>
          <w:i/>
        </w:rPr>
        <w:t xml:space="preserve">  • Kontrol</w:t>
      </w:r>
    </w:p>
    <w:p>
      <w:r>
        <w:t>Tabii bu epistemolojiye birazdan ontolojiye geçmeden önce epistemoloji kısmını biraz kapatalım. Son slide olarak, yani rasyonalizm ve empirizm dediğimiz iki geleneği var. Yani bu iki bilim dalı neyle uğraşıyor? Akım diyelim. Bilginin nereden geldiği sorusuna cevap bulmaya çalışıyor. Yani biz bu makineye nasıl öğreteceğiz? Bu bilgi, makine bu bilgiyi nereden öğreniyor? Rasyonalist yaklaşıma göre bilgi bu makineye insanlar tarafından kurallar, set of rules dediğimiz kurallar seti veya mantık önermeleri</w:t>
      </w:r>
    </w:p>
    <w:p>
      <w:pPr>
        <w:keepNext/>
      </w:pPr>
      <w:hyperlink r:id="rId34">
        <w:r>
          <w:rPr>
            <w:color w:val="1155CC"/>
            <w:u w:val="single"/>
          </w:rPr>
          <w:t>00:17:56 – 00:18:37</w:t>
        </w:r>
      </w:hyperlink>
      <w:r>
        <w:rPr>
          <w:b/>
        </w:rPr>
        <w:t xml:space="preserve">  |  Türkçe</w:t>
      </w:r>
    </w:p>
    <w:p>
      <w:r>
        <w:t>veya elle hazırılmış ontociler biçimde sisteme ne yapıyoruz, veriyoruz. Sistem de bu bilgiden tümden gelim yaklaşımıyla yeni sonuçlar çıkartıyor. Diğer yaklaşım empirizm dediğimiz biraz daha deneysel bir yaklaşım. Burada başta neural network dediğimiz sinir ağları neredeyse hiç önceden tanınanmış bilgi olmadan başlar, sıfırdan başlar ve kavramları büyük miktarda verdiğiniz o veriden, bilgiden istatistiksel olarak çıkartmaya çalışır, öğrenir. Bu şekilde iki yaklaşım var.</w:t>
      </w:r>
    </w:p>
    <w:p>
      <w:pPr>
        <w:keepNext/>
      </w:pPr>
      <w:hyperlink r:id="rId35">
        <w:r>
          <w:rPr>
            <w:color w:val="1155CC"/>
            <w:u w:val="single"/>
          </w:rPr>
          <w:t>00:18:38 – 00:19:25</w:t>
        </w:r>
      </w:hyperlink>
      <w:r>
        <w:rPr>
          <w:b/>
        </w:rPr>
        <w:t xml:space="preserve">  |  Türkçe</w:t>
      </w:r>
      <w:r>
        <w:rPr>
          <w:i/>
        </w:rPr>
        <w:t xml:space="preserve">  • Kontrol</w:t>
      </w:r>
    </w:p>
    <w:p>
      <w:r>
        <w:t>Hangisi doğru? Hakikat ne? Şimdi tabi ki bunlar hepsi birer araştırma konusu. Toparlayalım hocam. Tabi. Ben o zaman son 2-3 dakikada toparlayayım. Bu kapsamda biz bir proje başlattık. Dâ-i Nur projesi diye. Buradaki temel amacımız Risale-i Nur'a dair bir bilgi ontolojisini kolektif olarak, yani cemaat olarak, toplu olarak birlikte inşa etmeye çalışıyoruz. Birinci adım okuma yani ontoloji oluşturabilen okuma arayüzü, diğeri sohbet insanların bir araya gelip tartışması için bu kavramları, bu ilişkileri, bu ontolojiyi sohbetteki nüktelerin ontolojiye girişini sağlayacak sohbet ortamı, chat ortamı.</w:t>
      </w:r>
    </w:p>
    <w:p>
      <w:pPr>
        <w:keepNext/>
      </w:pPr>
      <w:hyperlink r:id="rId36">
        <w:r>
          <w:rPr>
            <w:color w:val="1155CC"/>
            <w:u w:val="single"/>
          </w:rPr>
          <w:t>00:19:26 – 00:20:17</w:t>
        </w:r>
      </w:hyperlink>
      <w:r>
        <w:rPr>
          <w:b/>
        </w:rPr>
        <w:t xml:space="preserve">  |  Türkçe</w:t>
      </w:r>
    </w:p>
    <w:p>
      <w:r>
        <w:t>Üçüncüsü bu tabii ki ontolojinin iyileştirilmesi lazım. Ondan sonra bir kontrol ve onay mekanizmasından geçmesi lazım. Bunun için tahlil ve tasvih ve teyit mekanizmasını sağlayacak ontoloji iyileştirme adımımız var. Ve sonuncusu da herkes için bir rapora dönüştürecek bir altyapıdan bahsediyoruz. Diyoruz ki burada otomatik olarak bu hakikate binaen videolar da oluşturabilirsiniz, podcastler de oluşturabilirsiniz, tekstler de oluşturabilirsiniz vs. vs. Böyle bir projeden bahsediyoruz. Biz ilk Risale-i Nur'u direkt sabit bildiğimiz pdf'ine yüklediğimiz zaman ortaya çıkan graf tabanlı ontoloji bu şekilde ortaya çıkıyor.</w:t>
      </w:r>
    </w:p>
    <w:p>
      <w:pPr>
        <w:keepNext/>
      </w:pPr>
      <w:hyperlink r:id="rId37">
        <w:r>
          <w:rPr>
            <w:color w:val="1155CC"/>
            <w:u w:val="single"/>
          </w:rPr>
          <w:t>00:20:18 – 00:20:59</w:t>
        </w:r>
      </w:hyperlink>
      <w:r>
        <w:rPr>
          <w:b/>
        </w:rPr>
        <w:t xml:space="preserve">  |  Türkçe</w:t>
      </w:r>
    </w:p>
    <w:p>
      <w:r>
        <w:t>Yani bu tamamen bizim geliştirdiğimiz sistemin bütün Risale-i Nur'u görselleştirildiğinden ortaya çıkardığı kavramlar arası ilişkiyi gösteriyor. 14 tane eser, 724 tane kavram var o görselde ve bu kavramlar arasında yaklaşık 8500 tane de ilişkileri gösteriyor. Daha sonra bunu tabii ki insanların soru ve suallerine cevap vermek için bir de chatbot dediğimiz kısmı oluşturduk. Buraları hızlı bir şekilde geçiyorum. O chatbottan herhangi bir soruyu sorabiliyorsunuz.</w:t>
      </w:r>
    </w:p>
    <w:p>
      <w:pPr>
        <w:keepNext/>
      </w:pPr>
      <w:hyperlink r:id="rId38">
        <w:r>
          <w:rPr>
            <w:color w:val="1155CC"/>
            <w:u w:val="single"/>
          </w:rPr>
          <w:t>00:20:59 – 00:21:47</w:t>
        </w:r>
      </w:hyperlink>
      <w:r>
        <w:rPr>
          <w:b/>
        </w:rPr>
        <w:t xml:space="preserve">  |  Türkçe</w:t>
      </w:r>
    </w:p>
    <w:p>
      <w:r>
        <w:t>Tabii şu an test aşamasında hala. Özetle yapay zeka bu devrin en etkin neşret araçlarından biridir. İman hakikatlerinin iltişanında önemli bir rol oynayabilir. Bunu ki 13. Söz Hüve Nüklesi'nde bulabiliriz. Bu detayları geçiyorum. Bu bahsettiğimiz ontolojik yapı size farklı çıktılar verebiliyor. Mind Map dediğimiz zihin haritası oluşturabiliyor. Ondan sonra çok detaylı bilimsel çıktılar size verebiliyor. Bu bahsettiğimiz chatbot dayanıyorum. Sonuç itibariyle birlikte kurulan, sürekli iyileşen, heyetlerle korunan bir kolektif bir ontoloji oluşturmaya çalışıyoruz.</w:t>
      </w:r>
    </w:p>
    <w:p>
      <w:pPr>
        <w:keepNext/>
      </w:pPr>
      <w:hyperlink r:id="rId39">
        <w:r>
          <w:rPr>
            <w:color w:val="1155CC"/>
            <w:u w:val="single"/>
          </w:rPr>
          <w:t>00:21:47 – 00:22:31</w:t>
        </w:r>
      </w:hyperlink>
      <w:r>
        <w:rPr>
          <w:b/>
        </w:rPr>
        <w:t xml:space="preserve">  |  Türkçe</w:t>
      </w:r>
    </w:p>
    <w:p>
      <w:r>
        <w:t>Ki ontolojiyi tek bir kişi değil, okuyan ve müteala eden herkes birlikte kurar diye düşünüyoruz. Sonuç itibariyle mesajımız, yapay zeka zatında şer değildir. Hayır için, nurlar için kullanılabilir, insanlığın istifadesine verilebilir. Bu çalışmada da Sayın Doktor Ahmet Subaşi'ye de teşekkür etmek istiyorum. Benim sunumum bu kadar Sayın Hocam. Prof. Dr. Hasari Çelebi Hocamıza Hakkat Neşri'nde yapay zekanın kullanımı bu imkanı sunduğu için teşekkür ediyoruz.</w:t>
      </w:r>
    </w:p>
    <w:p>
      <w:pPr>
        <w:keepNext/>
      </w:pPr>
      <w:hyperlink r:id="rId40">
        <w:r>
          <w:rPr>
            <w:color w:val="1155CC"/>
            <w:u w:val="single"/>
          </w:rPr>
          <w:t>00:22:32 – 00:23:13</w:t>
        </w:r>
      </w:hyperlink>
      <w:r>
        <w:rPr>
          <w:b/>
        </w:rPr>
        <w:t xml:space="preserve">  |  Türkçe</w:t>
      </w:r>
    </w:p>
    <w:p>
      <w:r>
        <w:t>Şimdi Hasari Hocam'ın yurt dışı bir uçuşu var. Dolayısıyla onu öne aldık. Bir tane bir soru alabilirim. İki tane çıktı. İkisini de alalım. Şimdi güzel bir soru. Sizin bahsettiğiniz biraz daha el elem modellerinden bahsediyorsunuz. Soruyorum hocam. Ağzınıza sağlık. Modeli oluştururken bir base model kullandınız mı? Örneğin küven modeli veya herhangi bir model kullandınız mı?</w:t>
      </w:r>
    </w:p>
    <w:p>
      <w:pPr>
        <w:keepNext/>
      </w:pPr>
      <w:hyperlink r:id="rId41">
        <w:r>
          <w:rPr>
            <w:color w:val="1155CC"/>
            <w:u w:val="single"/>
          </w:rPr>
          <w:t>00:23:13 – 00:23:52</w:t>
        </w:r>
      </w:hyperlink>
      <w:r>
        <w:rPr>
          <w:b/>
        </w:rPr>
        <w:t xml:space="preserve">  |  Türkçe</w:t>
      </w:r>
    </w:p>
    <w:p>
      <w:r>
        <w:t>Bu aslında modellerden bağımsız bir yapıdan bahsediyoruz. Yani beyni model olarak düşünürseniz bizim geliştirdiğimiz bilgi modellerimiz onun aklı oluyor. Yani Risale-i Nur'un aklını ona beyne yerleştirmeye çalışıyoruz ki beyin hususunda da yani modeller hususunda hepsiyle çalışabiliyor. Yani open AI ile de çalışabiliyor, deep seek ile de çalışabiliyor ve diğer modellerle bahsettiğimiz bütün modellerle de çalışabiliyor. Bir fine tune yapılmadı o zaman hocam değil mi bu projelerde? Yok. Teşekkür ederim. Hemen ikinci soruyu alalım çünkü vaktimiz de daraldı.</w:t>
      </w:r>
    </w:p>
    <w:p>
      <w:pPr>
        <w:keepNext/>
      </w:pPr>
      <w:hyperlink r:id="rId42">
        <w:r>
          <w:rPr>
            <w:color w:val="1155CC"/>
            <w:u w:val="single"/>
          </w:rPr>
          <w:t>00:23:55 – 00:24:36</w:t>
        </w:r>
      </w:hyperlink>
      <w:r>
        <w:rPr>
          <w:b/>
        </w:rPr>
        <w:t xml:space="preserve">  |  Türkçe</w:t>
      </w:r>
    </w:p>
    <w:p>
      <w:r>
        <w:t>Hocam 724, Hasan hocam, Hasan değil mi hocam? Hasari. Hasari hocam. Evet soruyu alalım. Hocam ben Hasan diyeyim daha çalışım, müeffi çalışım yapmasın. 724 kavram demiştiniz Risale-i Nur'da var, 724 kavram var. Halbuki bir çalışmada 10.000 kavram olduğu söyleniyor Risale-i Nur'da. 724 kavram çok düşük geldi bana 10.000 sınırına göre hocam. Birinci soru bu. İkinci şey şu hocam bunu ben aynı şeyi Kur'an-ı Kerim için düşünmüştüm. Üç boyutlu bir Kur'an-ı Kerim yapılabilir mi? Yıldız haritası biçimde, yıldız haritası biçimde kavramlar arası bağlantılar.</w:t>
      </w:r>
    </w:p>
    <w:p>
      <w:pPr>
        <w:keepNext/>
      </w:pPr>
      <w:hyperlink r:id="rId43">
        <w:r>
          <w:rPr>
            <w:color w:val="1155CC"/>
            <w:u w:val="single"/>
          </w:rPr>
          <w:t>00:24:36 – 00:25:23</w:t>
        </w:r>
      </w:hyperlink>
      <w:r>
        <w:rPr>
          <w:b/>
        </w:rPr>
        <w:t xml:space="preserve">  |  Türkçe</w:t>
      </w:r>
    </w:p>
    <w:p>
      <w:r>
        <w:t>Graf tabanlı. Evet. Ama ilk sorum önemli benim için. 724 kavram olduğu söyleniyor ama aslında 10.000 kavram taraması yapılmış, 10.000 kavram olduğu söyleniyor hocam. O 724'ü neye göre seçildi acaba? Bu çok güzel bir soru, teşekkür ediyoruz. Yani dediğiniz gibi bu daha başlangıçta, Bismillah dedik, daha eğitmeye, geliştirmeye başlıyoruz ki ilk planda kendisinin çıkarttığı kavramlar ki biz bu bilgi modellemesini daha yeni inşa etmeye çalışıyoruz. Orada bahsettiğiniz bir kavramlar binlere, on binlere çıkmasını bekliyoruz. Yani doğru, sizin tespitiniz doğru. Peki, teşekkür ederiz. Normalde sertifikaları en sonunda dağıtıyoruz ama sizin erken çıkma ihtimalinize binaen ben sertifikanızı size sunmak istiyorum.</w:t>
      </w:r>
    </w:p>
    <w:p>
      <w:pPr>
        <w:keepNext/>
      </w:pPr>
      <w:hyperlink r:id="rId44">
        <w:r>
          <w:rPr>
            <w:color w:val="1155CC"/>
            <w:u w:val="single"/>
          </w:rPr>
          <w:t>00:25:23 – 00:26:04</w:t>
        </w:r>
      </w:hyperlink>
      <w:r>
        <w:rPr>
          <w:b/>
        </w:rPr>
        <w:t xml:space="preserve">  |  Türkçe</w:t>
      </w:r>
    </w:p>
    <w:p>
      <w:r>
        <w:t>Teşekkür ederiz. Biz teşekkür ederiz hocam. Davet etmeziz. Evet. Fotoğraf var herhalde. Tamam, teşekkür ederiz. Evet, ikinci olarak Fatih Kocamaz hocamıza söz vereceğiz. Teşekkür ederiz öncelikle sırasını Hasari Bey'e verdiği için. Fatih Kocamaz hocamız lisans eğitimini Gazi Üniversitesi Teknik Eğitim Fakültesi Elektronik Bölümünde aldı.</w:t>
      </w:r>
    </w:p>
    <w:p>
      <w:pPr>
        <w:keepNext/>
      </w:pPr>
      <w:hyperlink r:id="rId45">
        <w:r>
          <w:rPr>
            <w:color w:val="1155CC"/>
            <w:u w:val="single"/>
          </w:rPr>
          <w:t>00:26:04 – 00:26:44</w:t>
        </w:r>
      </w:hyperlink>
      <w:r>
        <w:rPr>
          <w:b/>
        </w:rPr>
        <w:t xml:space="preserve">  |  Türkçe</w:t>
      </w:r>
    </w:p>
    <w:p>
      <w:r>
        <w:t>Daha sonra 2008 yılında Trakya Üniversitesi Bilgisayar Mühendisliği'nde yüksek lisansını ve yine aynı bölümde 2011 yılında da doktorasını aldı. Kırklar Üniversitesi'ne, Mühendislik Fakültesi yazılım bölümüne, daha doğrusu yazılım bölümünü bölüm kurucusu olarak geçti. 2013 yılında da Malatya Üniversitesi Bilgisayar Mühendisliği Bölümüne de göreve başladı. Burada neler yapıyor? Hocamız bina için mobil robotlar, mobil robotlarda yol planlama algoritmaları,</w:t>
      </w:r>
    </w:p>
    <w:p>
      <w:pPr>
        <w:keepNext/>
      </w:pPr>
      <w:hyperlink r:id="rId46">
        <w:r>
          <w:rPr>
            <w:color w:val="1155CC"/>
            <w:u w:val="single"/>
          </w:rPr>
          <w:t>00:26:45 – 00:27:29</w:t>
        </w:r>
      </w:hyperlink>
      <w:r>
        <w:rPr>
          <w:b/>
        </w:rPr>
        <w:t xml:space="preserve">  |  Türkçe</w:t>
      </w:r>
      <w:r>
        <w:rPr>
          <w:i/>
        </w:rPr>
        <w:t xml:space="preserve">  • Kontrol</w:t>
      </w:r>
    </w:p>
    <w:p>
      <w:r>
        <w:t>çoklu mobil robotlarda görev paylaşımı vs. gibi konularda çalışıyor. Hocamızın TÜBİTAK'ta birçok projesi ve yayınlanmış birçok yayını mevcut Bugünkü konuşma konusu ise yapay zeka çağında İslam, iman ve iman Bu kavramları yapay zeka ile nasıl birleştireceğiz, neler anlamalıyız Bu konuda söz veriyorum Teşekkür ederim. Söz sizin hocam. Bir 15 dakika sunarsanız ondan sonra yine belki soru cevap kısmı da olabilir. Teşekkürler. Buyurun.</w:t>
      </w:r>
    </w:p>
    <w:p>
      <w:pPr>
        <w:keepNext/>
      </w:pPr>
      <w:hyperlink r:id="rId47">
        <w:r>
          <w:rPr>
            <w:color w:val="1155CC"/>
            <w:u w:val="single"/>
          </w:rPr>
          <w:t>00:27:29 – 00:28:17</w:t>
        </w:r>
      </w:hyperlink>
      <w:r>
        <w:rPr>
          <w:b/>
        </w:rPr>
        <w:t xml:space="preserve">  |  Türkçe</w:t>
      </w:r>
    </w:p>
    <w:p>
      <w:r>
        <w:t>Ses geliyor mu? Geliyor herhalde. Öncelikle selamünaleyküm herkese. Hocam beni tanıttı zaten. Bir çalışma alanında ondan bahsetmedi. Onu da söyleyeyim. Kuantum Computing üstüne çalışıyoruz şu anda. Kuantum bilgisayarlarla hesaplama yapma konusunda bir çalışma yürütüyoruz. Ben bugün sizlere yapay zeka çağında İslam, iman ve ilim konusunda ki benim de uzun zamandır kafamı kurcalayan bir mesele. Neden? Çünkü yapay zeka geliştikçe insan zihni ve aklı bir terazi gibi aslında yer değişmeye başlıyor. Bu çalışmada ben yapay zeka, büyük dil modelleri ve otonom sistemlerin bilgi üretimiyle karar alma süreçlerini kökten değiştirdiği günümüzde</w:t>
      </w:r>
    </w:p>
    <w:p>
      <w:pPr>
        <w:keepNext/>
      </w:pPr>
      <w:hyperlink r:id="rId48">
        <w:r>
          <w:rPr>
            <w:color w:val="1155CC"/>
            <w:u w:val="single"/>
          </w:rPr>
          <w:t>00:28:17 – 00:29:00</w:t>
        </w:r>
      </w:hyperlink>
      <w:r>
        <w:rPr>
          <w:b/>
        </w:rPr>
        <w:t xml:space="preserve">  |  Türkçe</w:t>
      </w:r>
    </w:p>
    <w:p>
      <w:r>
        <w:t>İslam, iman konularının varoluşsal bir zeminde değerlendirmeyi planlıyorum. İnsan zihnini simüle eden algoritmik yapılar karşısında insan şuurunun, özgür iradenin ve hakiki bilginin niteliğine Bediüzzaman Sayın Hüsnü Hüseyin Ürküliyatı'ndaki tefekkür metodolojisini merkeze alarak yaklaşımda ortaya koymak hedefim. Şimdi ilk olarak şununla başlamak istiyorum. Güzel bir çalışma var bu alanda yapılmış. Ceyit Koney Harvot isimli bir nörobilimci ve eğitimci aynı zamanda,</w:t>
      </w:r>
    </w:p>
    <w:p>
      <w:pPr>
        <w:keepNext/>
      </w:pPr>
      <w:hyperlink r:id="rId49">
        <w:r>
          <w:rPr>
            <w:color w:val="1155CC"/>
            <w:u w:val="single"/>
          </w:rPr>
          <w:t>00:29:00 – 00:29:41</w:t>
        </w:r>
      </w:hyperlink>
      <w:r>
        <w:rPr>
          <w:b/>
        </w:rPr>
        <w:t xml:space="preserve">  |  Türkçe</w:t>
      </w:r>
    </w:p>
    <w:p>
      <w:r>
        <w:t>ABD Senatosu'na, Ticaret Bilim ve Ulaştırma Komitesi'ne bir sunum yapıyor, bir rapor hazırlıyor. O raporda eğitim teknolojileri üzerine çok ciddi çıkarımlar ve tespitler yapmış ve uyarılarda bulunmuş. Bu uyarıları şöyle özetleyecek olursak, birinci temel problem tersine dönen bir flying etkisinden bahsediyor. Flying etkisi nedir? Önce ondan bahsedeyim. Flying etkisi şunu söylüyor, tarih boyunca her nesil, her yenilen nesil kendinden önce gelen nesilden IQ seviyesi daha yüksek olarak dünyaya geliyor.</w:t>
      </w:r>
    </w:p>
    <w:p>
      <w:pPr>
        <w:keepNext/>
      </w:pPr>
      <w:hyperlink r:id="rId50">
        <w:r>
          <w:rPr>
            <w:color w:val="1155CC"/>
            <w:u w:val="single"/>
          </w:rPr>
          <w:t>00:29:42 – 00:30:26</w:t>
        </w:r>
      </w:hyperlink>
      <w:r>
        <w:rPr>
          <w:b/>
        </w:rPr>
        <w:t xml:space="preserve">  |  Türkçe</w:t>
      </w:r>
    </w:p>
    <w:p>
      <w:r>
        <w:t>Bu doğal bir süreç ve buna flying etkisi deniyor. Fakat bu 20. yüzyılın yani 2000'li yılların ortalarından itibaren bu süreç durakladı ve 2010'lu yıllardan sonra da tam tersi bir eğilim göstermeye başladı. Yani yeni dönemde her nesil kendinden önceki gelen nesilden daha az bir IQ seviyesine sahip olmaya başladı. Buna tersine flying etkisi deniyor. Bu da tabii ki ciddi bir problem çıkarıyor. Neden? Özellikle okuma, yazma, matematik, problem çözme, yaratıcılık gibi birçok konuda genç nesillerin daha az zihinlerinin çalışması anlamına geliyor.</w:t>
      </w:r>
    </w:p>
    <w:p>
      <w:pPr>
        <w:keepNext/>
      </w:pPr>
      <w:hyperlink r:id="rId51">
        <w:r>
          <w:rPr>
            <w:color w:val="1155CC"/>
            <w:u w:val="single"/>
          </w:rPr>
          <w:t>00:30:28 – 00:31:11</w:t>
        </w:r>
      </w:hyperlink>
      <w:r>
        <w:rPr>
          <w:b/>
        </w:rPr>
        <w:t xml:space="preserve">  |  Türkçe</w:t>
      </w:r>
      <w:r>
        <w:rPr>
          <w:i/>
        </w:rPr>
        <w:t xml:space="preserve">  • Kontrol</w:t>
      </w:r>
    </w:p>
    <w:p>
      <w:r>
        <w:t>Bu temel problemi oluşturan şeyler şöyle sıralamış Howard. Diyor ki sınıfların dijitalleşmesi burada çok büyük bir etken. Neden? Çünkü yoğun şekilde tablet, televizyon veya ekran maruziyeti kişileri daha güçlü bir eğitim seviyesine değil, tam tersi daha zayıf bir öğrenme sonucuna götürdüğünü tespit ediyorlar. Hatta belki duydunuz veya biliyorsunuz, çok zengin olan insanların çocuklarını gönderdikleri özel okullar tamamen dijital arındırılmış eski kara tahta sistemle, tebeşirle eğitim veren okullar olmaya başladı.</w:t>
      </w:r>
    </w:p>
    <w:p>
      <w:pPr>
        <w:keepNext/>
      </w:pPr>
      <w:hyperlink r:id="rId52">
        <w:r>
          <w:rPr>
            <w:color w:val="1155CC"/>
            <w:u w:val="single"/>
          </w:rPr>
          <w:t>00:31:12 – 00:31:54</w:t>
        </w:r>
      </w:hyperlink>
      <w:r>
        <w:rPr>
          <w:b/>
        </w:rPr>
        <w:t xml:space="preserve">  |  Türkçe</w:t>
      </w:r>
    </w:p>
    <w:p>
      <w:r>
        <w:t>Bu da dijital maruziyeti, okullarda ve sınıflardaki bu dijital maruziyetin artması neyi getiriyor? Bir taraftan da odağın dağılmasını getiriyor. Yani öğrencilerin yapılan çalışmada %50'sinden fazlasının günde 1 veya 4 saat ekran karşısında, %25'inde ise 4 saatten fazlasının ekran başında. geçirdiğini ve her bir saatin ise 38 dakikasını ders dışı eylemlerle geçirdiklerini. Yani bu şu demek, yüzdelik vurursak, yüzde 40'a yakın sürecin, hatta pardon, yüzde 40'tan da daha fazla, yüzde 50-60'a yakın bir sürecin bir saatlik zaman dilimindeki</w:t>
      </w:r>
    </w:p>
    <w:p>
      <w:pPr>
        <w:keepNext/>
      </w:pPr>
      <w:hyperlink r:id="rId53">
        <w:r>
          <w:rPr>
            <w:color w:val="1155CC"/>
            <w:u w:val="single"/>
          </w:rPr>
          <w:t>00:31:54 – 00:32:43</w:t>
        </w:r>
      </w:hyperlink>
      <w:r>
        <w:rPr>
          <w:b/>
        </w:rPr>
        <w:t xml:space="preserve">  |  Türkçe</w:t>
      </w:r>
    </w:p>
    <w:p>
      <w:r>
        <w:t>ekranda karşısında geçirilen süreçlerin ders dışı bir faaliyetle. Ne ile? İşte o sıradaki Facebook'taki, Instagram'daki çeşitli beğenilere ya da paylaşımlara bakarak ya da YouTube'daki videoları izleyerek bu kalan 20 dakikada da dersle ilgili çalıştığını gösteriyor. Bu da dikkat dağılmasına sebep oluyor. Ve burada çok güzel bir raporla destekleyici bir bilgi vermiş. Şu anda ekranda gördüğünüz şey PISA'nın, biliyorsunuz PISA dünya çapında uluslararası bir eğitim ölçüm mekanizması. Özellikle 15 yaş gençliğinin yaklaşık 170 ülkede okuma, yazma, matematik ve temel becerilerdeki yaptığı değerleri ölçüyorlar eğitimde.</w:t>
      </w:r>
    </w:p>
    <w:p>
      <w:pPr>
        <w:keepNext/>
      </w:pPr>
      <w:hyperlink r:id="rId54">
        <w:r>
          <w:rPr>
            <w:color w:val="1155CC"/>
            <w:u w:val="single"/>
          </w:rPr>
          <w:t>00:32:45 – 00:33:48</w:t>
        </w:r>
      </w:hyperlink>
      <w:r>
        <w:rPr>
          <w:b/>
        </w:rPr>
        <w:t xml:space="preserve">  |  Türkçe</w:t>
      </w:r>
      <w:r>
        <w:rPr>
          <w:i/>
        </w:rPr>
        <w:t xml:space="preserve">  • Kontrol</w:t>
      </w:r>
    </w:p>
    <w:p>
      <w:r>
        <w:t>Bu ekranda gördüğünüz değerlerden üst taraftaki, sağ üst taraftaki reading yani okuma süreci. Dikkat ettiğiniz gibi çok net bir şekilde okuldaki işlemci kullanımı yani herhangi bir makinayı, bilgisayar ya da bir sistemi kullanan öğrencilerin kullanım dakikaları arttıkça okuma skorlarının net bir şekilde düştüğünü görebiliyoruz. Ki burada yıllara göre de baktığınızda yani 3 ayrı yıl görünüyor 2012, 2015 ve 2018 yıllarında aralarında net bir korrelasyon olduğunu, net bir ilişki olduğunu rahatlıkla görebiliyoruz. Onun altında yine science tarafında yani fen bilimleri tarafındaki hemen hemen birebir neredeyse aynı korolasyon olduğunu, yine matematik tarafında da aynı benzerliğin olduğunu gösteriyor ki bunların hepsi toplandığı zaman net bir şekilde ekran üzerinde, ekranlar üzerindeki vakit geçirildiği sürece okuma, yazma ve temel bilimler ve matematik gibi tüm alanlarda gençlerin değer kaybettiğini ve toplandığını gösteriyor.</w:t>
      </w:r>
    </w:p>
    <w:p>
      <w:pPr>
        <w:keepNext/>
      </w:pPr>
      <w:hyperlink r:id="rId55">
        <w:r>
          <w:rPr>
            <w:color w:val="1155CC"/>
            <w:u w:val="single"/>
          </w:rPr>
          <w:t>00:33:48 – 00:34:46</w:t>
        </w:r>
      </w:hyperlink>
      <w:r>
        <w:rPr>
          <w:b/>
        </w:rPr>
        <w:t xml:space="preserve">  |  Türkçe</w:t>
      </w:r>
    </w:p>
    <w:p>
      <w:r>
        <w:t>toplam skorlarında belli bir düşüş yaşandığını görebiliyoruz. Aynı durumu yine TIMS. Bu da Uluslararası Matematik ve Fen Eğitimleri Araştırması yapan yine uluslararası bir kuruluş. TIMS'in skorlarında da görülebiliyor. Mesela 4. sınıftaki bir çocuğun matematiksel, matematik ve bilim arasındaki, yani fen bilimleri arasındaki 4. ve 8. sınıfların tablolarını görüyorsunuz. Burada da bakın, hemen hemen hiç ekran karşısında vakit geçirmeyen, ayda bir iki kere ya da haftada bir iki kere veya günlük devamlı bu seviyelerdeki gençler kıyaslanmış ve aradaki korrelasyonu yine net bir şekilde görebiliyoruz ki, PISA'nın sonuçlarının aynı durumu söz konusu.</w:t>
      </w:r>
    </w:p>
    <w:p>
      <w:pPr>
        <w:keepNext/>
      </w:pPr>
      <w:hyperlink r:id="rId56">
        <w:r>
          <w:rPr>
            <w:color w:val="1155CC"/>
            <w:u w:val="single"/>
          </w:rPr>
          <w:t>00:34:46 – 00:35:29</w:t>
        </w:r>
      </w:hyperlink>
      <w:r>
        <w:rPr>
          <w:b/>
        </w:rPr>
        <w:t xml:space="preserve">  |  Türkçe</w:t>
      </w:r>
    </w:p>
    <w:p>
      <w:r>
        <w:t>konusu. Burada bir problem var. Nedir o da? Bilişsel gerileme problemi. Yani bize şunu gösteriyor süreç. Dijitalleşme çağına girdikçe, bu sadece yapay zeka olarak bakmayalım konuya, ekran maruziyeti arttıkça gençlerdeki ve insanlardaki bilişsel aktivitenin düştüğünü görüyoruz. Zaten Bu aslında bir başta da söylediğim gibi bir terazi gibi düşünebiliriz, bir terazinin dengesi gibi düşünebiliriz. Eğer zihniniz, beyniniz sizin yerinize başka şeylere çalışmayı veriyorsa, görev dağılımını ona veriyorsa,</w:t>
      </w:r>
    </w:p>
    <w:p>
      <w:pPr>
        <w:keepNext/>
      </w:pPr>
      <w:hyperlink r:id="rId57">
        <w:r>
          <w:rPr>
            <w:color w:val="1155CC"/>
            <w:u w:val="single"/>
          </w:rPr>
          <w:t>00:35:29 – 00:36:16</w:t>
        </w:r>
      </w:hyperlink>
      <w:r>
        <w:rPr>
          <w:b/>
        </w:rPr>
        <w:t xml:space="preserve">  |  Türkçe</w:t>
      </w:r>
    </w:p>
    <w:p>
      <w:r>
        <w:t>bu sizin beyninizdeki yükü hafifletmiş gibi oluyor. Fakat sizin zihninizin çalışma sürecini düşürdüğü için bu tabiri caizse nöron bağlantılarının da düşmesine sebep oluyor. Bunu şöyle özetleyebiliriz. Çok fazla kitap okuyan ya da çok az kitap okuyan ya da çok spor yapan insanların nöron aktiviteleriyle, beyindeki nöron bağlantılarının sayısıyla daha az yapan insanlar arasında net şekilde bir nöronlar arasındaki bağlantı sayısındaki düşüş veya yükseklik farkı tespit edilmiş. Yani siz zihninizi zorladıkça öğrenme üzerine ya da çalışma üzerine beyindeki sinir hücreleri birbiriyle daha fazla bağlantı kurmaya başlıyor.</w:t>
      </w:r>
    </w:p>
    <w:p>
      <w:pPr>
        <w:keepNext/>
      </w:pPr>
      <w:hyperlink r:id="rId58">
        <w:r>
          <w:rPr>
            <w:color w:val="1155CC"/>
            <w:u w:val="single"/>
          </w:rPr>
          <w:t>00:36:16 – 00:36:58</w:t>
        </w:r>
      </w:hyperlink>
      <w:r>
        <w:rPr>
          <w:b/>
        </w:rPr>
        <w:t xml:space="preserve">  |  Türkçe</w:t>
      </w:r>
    </w:p>
    <w:p>
      <w:r>
        <w:t>Ve bugün biz işte Hasari Hocam'ın da söylediği gibi yapay zekanın arkasındaki gücün aslında yapay sinir ağları dediğimiz bir teknoloji olduğunu biliyoruz. Ve burada da yine nöron bağlantılarının öğrenmeyi tetiklediğini, öğrenmeyi sağladığını biliyoruz. Dolayısıyla beyinsel aktivite olarak sizin zihninizdeki nöron bağlantılarının daha fazla hücreyle bağlanmasını teşvik etmenin tek yolu onu zorlu sınavlara sokmak, öğrenmeye tabiri caizse itelemek, öğrenme zorunda bırakmak. Burada bu çalışmada şöyle bir üç tane bedel ortaya çıkmış.</w:t>
      </w:r>
    </w:p>
    <w:p>
      <w:pPr>
        <w:keepNext/>
      </w:pPr>
      <w:hyperlink r:id="rId59">
        <w:r>
          <w:rPr>
            <w:color w:val="1155CC"/>
            <w:u w:val="single"/>
          </w:rPr>
          <w:t>00:36:59 – 00:37:48</w:t>
        </w:r>
      </w:hyperlink>
      <w:r>
        <w:rPr>
          <w:b/>
        </w:rPr>
        <w:t xml:space="preserve">  |  Türkçe</w:t>
      </w:r>
    </w:p>
    <w:p>
      <w:r>
        <w:t>Dikkat sürekli bölündüğünde öngörülebilir üç tane bedel ortaya çıkıyor. Bunlar birisi görev değiştirme, buna task switching deniyor, yükünden kaynaklanan bir zaman kaybı. Yani çalışma esnasında ekran maruziyetine maruz kalan kişiler o sırada çok fazla aynı anda görev değiştiği için, yani bir anda farklı bir şeye bakıyor, bir anda derse geçiyor, o sırada farklı bir uyaran geliyor. Bu işte görev anahtarlaması. Bunu yaşadığı için çok ciddi bir dağılım yaşıyor. Bu bedel ödüyor. İki, bilissel mücadeleden kaynaklanan daha yüksek hata oranlarına sebep olduğunu söylüyor. Üç, öğrenmenin derin kodlardan alışkanlığa dayalı işlemeye doğru kaydıkça daha zayıf hafıza oluşumu olduğunu, bu bedeli ödediğini gösteriyor.</w:t>
      </w:r>
    </w:p>
    <w:p>
      <w:pPr>
        <w:keepNext/>
      </w:pPr>
      <w:hyperlink r:id="rId60">
        <w:r>
          <w:rPr>
            <w:color w:val="1155CC"/>
            <w:u w:val="single"/>
          </w:rPr>
          <w:t>00:37:49 – 00:38:31</w:t>
        </w:r>
      </w:hyperlink>
      <w:r>
        <w:rPr>
          <w:b/>
        </w:rPr>
        <w:t xml:space="preserve">  |  Türkçe</w:t>
      </w:r>
      <w:r>
        <w:rPr>
          <w:i/>
        </w:rPr>
        <w:t xml:space="preserve">  • Kontrol</w:t>
      </w:r>
    </w:p>
    <w:p>
      <w:r>
        <w:t>Şimdi ben de bu üç konuyu biraz bizim konumuzla bağdaştırmak istedim. Yani görev değiştirmenin nörobilimsel olarak karşılığı nedir? Risale-i Nur canibinden baktığımız zaman bunun karşılığı ne? Görev değiştirme, insan beyin aynı anda tek bir göreve odaklanır. Bu bilimsel olarak da ispatlanmış, kendi hayatınızda da görebilirsiniz. Aynı anda iki şeyi birden insan odaklanması çok çok zor. Belki maksimum 1.2 şeye odaklanabilirsiniz ama bu asla 2 olamaz. Dolayısıyla insan beyin aynı anda tek şeye odaklanacak şekilde yaratılmış. ekranlar arasında sürekli geçişler yani bu task switchingler zaman kaybını ve zihinsel yorgunluğu çok yüksek seviyelere çıkarıyor.</w:t>
      </w:r>
    </w:p>
    <w:p>
      <w:pPr>
        <w:keepNext/>
      </w:pPr>
      <w:hyperlink r:id="rId61">
        <w:r>
          <w:rPr>
            <w:color w:val="1155CC"/>
            <w:u w:val="single"/>
          </w:rPr>
          <w:t>00:38:31 – 00:39:12</w:t>
        </w:r>
      </w:hyperlink>
      <w:r>
        <w:rPr>
          <w:b/>
        </w:rPr>
        <w:t xml:space="preserve">  |  Türkçe</w:t>
      </w:r>
    </w:p>
    <w:p>
      <w:r>
        <w:t>Ve zihin burada tek bir şeye odaklanmak için tasarlanmış zihin aynı anda çok şeye odaklanmaya, farklı farklı şeylere odaklanmaya başladığı zaman bir dağılma süreci yaşamaya başlıyor. Bunu Risale-i Nur perspektifiyle bakarsanız, Üstad biliyorsunuz bir dikkati nazardan, yani bütün zihinlerin, melekelerin tek bir noktaya yoğunlaştırmaktan bahsediyor. Ve bunun dışındaki şeyleri de zihin parçalamaları nazarı satih, yani yüzeysel bakış ile ifade ediyor. Ve Risale-i Nurların da yüzeysel olarak okunmaması gerektiğini, derinlemesine incelenmesi gerektiğini, gazete gibi okunmaması gerektiğini söyleyen üstadımızın çok ifadeleri var.</w:t>
      </w:r>
    </w:p>
    <w:p>
      <w:pPr>
        <w:keepNext/>
      </w:pPr>
      <w:hyperlink r:id="rId62">
        <w:r>
          <w:rPr>
            <w:color w:val="1155CC"/>
            <w:u w:val="single"/>
          </w:rPr>
          <w:t>00:39:12 – 00:39:57</w:t>
        </w:r>
      </w:hyperlink>
      <w:r>
        <w:rPr>
          <w:b/>
        </w:rPr>
        <w:t xml:space="preserve">  |  Türkçe</w:t>
      </w:r>
    </w:p>
    <w:p>
      <w:r>
        <w:t>Dolayısıyla bu ekran veya yapay zeka baskısı bu derinlemesine, inişe çok büyük bir zarar ve sekte uğratıyor. İkinci konu bilissel mücadeleden kaynaklanan daha yüksek hata oranları konu buydu. Burada da nörobilimsel olarak buna baktığınızda dikkat sürekli bölündüğünde bilissel müdahale artar ve bu durum karar alma mekanizmalarında daha yüksek hata oranlarına yol açmaya başlıyor. Risale-i Nur canibinden bakarsanız, ihlas, yani zihnin ve kalbin dünyevi ve füzülü gayelerden arındırılması ve bu füzülü şeylerden, malumattan uzaklaşıp asıl konuya odaklanmayı bize hep üstadımız tarif etmiş.</w:t>
      </w:r>
    </w:p>
    <w:p>
      <w:pPr>
        <w:keepNext/>
      </w:pPr>
      <w:hyperlink r:id="rId63">
        <w:r>
          <w:rPr>
            <w:color w:val="1155CC"/>
            <w:u w:val="single"/>
          </w:rPr>
          <w:t>00:39:57 – 00:40:42</w:t>
        </w:r>
      </w:hyperlink>
      <w:r>
        <w:rPr>
          <w:b/>
        </w:rPr>
        <w:t xml:space="preserve">  |  Türkçe</w:t>
      </w:r>
    </w:p>
    <w:p>
      <w:r>
        <w:t>Ama bugünkü süreç bizi tam tersi bir konuya değil, çok konulara odaklanmaya itiyor. Üçüncü konu ise öğrenmenin derin kodlarla alışkanlığından bahsetmiştik. Burada ekran başında öğrenme, bilginin derin hafıza merkezlerine işlenmesi yerine yüzeysel işlenmeyi getiriyor. Yani biliyorsunuz ön frontal lock dediğimiz, öğrenmenin ilk anda verinin beyninin ön tarafında tutulduğu, derin öğrenme dediğimiz konun ise yani anlam ve öğrenmeye dönüşmesi için de bunun üzerine tekrarlar ve çalışmaların devam etmesi gerektiğini biliyoruz. Fakat şu andaki sistem bizi buna zorluyor ve derin öğrenmek yerine yüzeysel bir öğrenmeye götürüyor.</w:t>
      </w:r>
    </w:p>
    <w:p>
      <w:pPr>
        <w:keepNext/>
      </w:pPr>
      <w:hyperlink r:id="rId64">
        <w:r>
          <w:rPr>
            <w:color w:val="1155CC"/>
            <w:u w:val="single"/>
          </w:rPr>
          <w:t>00:40:45 – 00:41:26</w:t>
        </w:r>
      </w:hyperlink>
      <w:r>
        <w:rPr>
          <w:b/>
        </w:rPr>
        <w:t xml:space="preserve">  |  Türkçe</w:t>
      </w:r>
      <w:r>
        <w:rPr>
          <w:i/>
        </w:rPr>
        <w:t xml:space="preserve">  • Kontrol</w:t>
      </w:r>
    </w:p>
    <w:p>
      <w:r>
        <w:t>İbn-i Mace'den bir alıntı yaptım ben burada. İman kalp ile tasdik ve dil ile ikrar ve organlar ile amel etmektir demiş hadis-i şerifte. Yine Risale-i Nur'da da bu manada imanın kalpten selvedilememesinin ancak ancak kalbin derinliklerine inmesiyle oluşacağını ifade etmiş üstad. Şimdi biz her şeyi yapay zekaya ve bilişsel sistemlere sorduğumuz zaman, tabii ki bu derinlik oluşmamaya başlıyor. Sadece akıldan ibaret kalan, sorgu mekanizmalarından, promptingden ibaret kalan bir mekanizma oluşuyor. Yani nasıl olsa sorduğum zaman telefon cevap verecek ya da yapay zekaya cevap verecek diyerek,</w:t>
      </w:r>
    </w:p>
    <w:p>
      <w:pPr>
        <w:keepNext/>
      </w:pPr>
      <w:hyperlink r:id="rId65">
        <w:r>
          <w:rPr>
            <w:color w:val="1155CC"/>
            <w:u w:val="single"/>
          </w:rPr>
          <w:t>00:41:26 – 00:42:10</w:t>
        </w:r>
      </w:hyperlink>
      <w:r>
        <w:rPr>
          <w:b/>
        </w:rPr>
        <w:t xml:space="preserve">  |  Türkçe</w:t>
      </w:r>
    </w:p>
    <w:p>
      <w:r>
        <w:t>bu derinliği kaybetmeye, yüzeysel sorular sormaya, derin anlamları ve derin manalarından kopmaya başlıyoruz. Bu da bize biraz önce söylediğim gibi ilimde derinleşmek yerine yatayda, sorguda yatayda bir genişlemeyi veriyor. Biliyorsunuz yatayda genişlemek kilo almaktır, obezitedir. Dikeyde genişlemek boyunuz uzanmasıdır. Dolayısıyla bu da bize çok ciddi bir zarar veriyor. Bunu da, şunu da iyi bilmemiz lazım. Sonuçta yapay zekat dediğimiz şey aslında istatistiksel simülasyonlara dayanan matematiksel çıkarımların yapıldığı bir manadır.</w:t>
      </w:r>
    </w:p>
    <w:p>
      <w:pPr>
        <w:keepNext/>
      </w:pPr>
      <w:hyperlink r:id="rId66">
        <w:r>
          <w:rPr>
            <w:color w:val="1155CC"/>
            <w:u w:val="single"/>
          </w:rPr>
          <w:t>00:42:10 – 00:42:51</w:t>
        </w:r>
      </w:hyperlink>
      <w:r>
        <w:rPr>
          <w:b/>
        </w:rPr>
        <w:t xml:space="preserve">  |  Türkçe</w:t>
      </w:r>
      <w:r>
        <w:rPr>
          <w:i/>
        </w:rPr>
        <w:t xml:space="preserve">  • Kontrol</w:t>
      </w:r>
    </w:p>
    <w:p>
      <w:r>
        <w:t>Bir benlik ya da benliğin bir kopyası değildir. Doğrudan insan yerine karar veya fikir veremez. Bunu da iyi bilmemiz gerekiyor. Sonuç olarak ben birkaç tane buradan çıkarım yapmak istedim. Üstadımız biliyorsunuz radyo için 100 bin dilli bir hafız olarak nitelemiş Ve o günkü en büyük gelişim radyoydu Bunu biraz daha yapay zekayla kıyaslamak istiyorum Yani burada yapay zekayı tamamen hayatımızdan çıkarmak yerine Onu nasıl kullanmamız gerektiğini iyi algılamamız gerekiyor Yine Üstad aynı şekilde matbaayı bir nur talebesi olarak nitelemiş</w:t>
      </w:r>
    </w:p>
    <w:p>
      <w:pPr>
        <w:keepNext/>
      </w:pPr>
      <w:hyperlink r:id="rId67">
        <w:r>
          <w:rPr>
            <w:color w:val="1155CC"/>
            <w:u w:val="single"/>
          </w:rPr>
          <w:t>00:42:51 – 00:43:41</w:t>
        </w:r>
      </w:hyperlink>
      <w:r>
        <w:rPr>
          <w:b/>
        </w:rPr>
        <w:t xml:space="preserve">  |  Türkçe</w:t>
      </w:r>
    </w:p>
    <w:p>
      <w:r>
        <w:t>ve onu bir hadim olarak, bir çalışan, bu işin başında bir eğitmen olarak, bir çalışan olarak nitelemiş. Dolayısıyla yapay zeka da İslami bilimleri öğrenmede bir bilgi düzenleyici, bir tasnif edici ve hızlandırıcı bir araç olarak konumlandırılması lazım. Ben, Hasari Hocam da mutlaka karşılaşıyordur, öğrencilerimiz de yapay zekayı çok kullanıyorlar. Biz onlara da aynı şeyi, Risale-i Nur tarafında bunu söylüyoruz ama okulda da aynı şeyi söylüyoruz. Arkadaşlar, yapay zeka size işi öğretmeyi hızlandırıcı olmalı. Sizin yerinize yapan olduğu anda bu sizin ileride hayatınızda da o zaman seni değil yapay zekayı koyalım, nasıl olsa o senden daha iyi yapıyor denecek bir noktaya getiriyor ve sizi ekmeğinizden eder.</w:t>
      </w:r>
    </w:p>
    <w:p>
      <w:pPr>
        <w:keepNext/>
      </w:pPr>
      <w:hyperlink r:id="rId68">
        <w:r>
          <w:rPr>
            <w:color w:val="1155CC"/>
            <w:u w:val="single"/>
          </w:rPr>
          <w:t>00:43:41 – 00:44:23</w:t>
        </w:r>
      </w:hyperlink>
      <w:r>
        <w:rPr>
          <w:b/>
        </w:rPr>
        <w:t xml:space="preserve">  |  Türkçe</w:t>
      </w:r>
    </w:p>
    <w:p>
      <w:r>
        <w:t>O yüzden lütfen yapay zekayı sadece eğitimde hızlandırıcı bir araç olarak kullanın tavsiyesinde bulunuyoruz. Yine Risale-i Nur Canimi'den bakarsak bu big data'ya biz aslında manayı ismiyle örtüştürebiliriz. Ama bize lazım olan biliyorsunuz ki o işin derinliği yani manayı harfi tarafı. Ben o yüzden burayı kısa geçeceğim vaktim bittiği için özür diliyorum. Ve yine oraya bir algoritma gözüyle bakalım. Bakalım, cansız biliyorsunuz, üstad her zaman şunu söylüyor, cansız, şuursuz, akılsız maddeler kendi başlarına ilim getiren harika işler yapamazlar. Dolayısıyla yapay zekayı akıllı bir alim izlenimi vermek çok yanlış bir değer olur.</w:t>
      </w:r>
    </w:p>
    <w:p>
      <w:pPr>
        <w:keepNext/>
      </w:pPr>
      <w:hyperlink r:id="rId69">
        <w:r>
          <w:rPr>
            <w:color w:val="1155CC"/>
            <w:u w:val="single"/>
          </w:rPr>
          <w:t>00:44:23 – 00:45:10</w:t>
        </w:r>
      </w:hyperlink>
      <w:r>
        <w:rPr>
          <w:b/>
        </w:rPr>
        <w:t xml:space="preserve">  |  Türkçe</w:t>
      </w:r>
    </w:p>
    <w:p>
      <w:r>
        <w:t>Şuur, irade ve ihlası olan bir mantıkmış gibi bakıp, ondaki gelen tüm emirlere uymak ve gelen tüm çıktıları da kabul etmek yine çok derin bir hataya sebep olabilir. Bu da önemli bir defakto, bunu da bildirelim. Ben son olarak şu cümleyle bitirmek istiyorum. Üstad burada ideal bir öğrenme metodunu çok güzel ifade etmiş. Aklın nuru, fünunu medeniyettir. Vicdanın ziyası, ulumu diniyedir. İkisinin intizacıyla hakikat tezahür eder. Dolayısıyla yapay zeka bir araç olarak kullanıldığında ve aklın nurunu ve ziyasını daha fazla parlatan bir özelliğe ulaşırsa, evet bizi gerçekten hızlandırır ve çok büyük bir ileriye imani noktada ve İslami noktada derinlemesine</w:t>
      </w:r>
    </w:p>
    <w:p>
      <w:pPr>
        <w:keepNext/>
      </w:pPr>
      <w:hyperlink r:id="rId70">
        <w:r>
          <w:rPr>
            <w:color w:val="1155CC"/>
            <w:u w:val="single"/>
          </w:rPr>
          <w:t>00:45:10 – 00:45:52</w:t>
        </w:r>
      </w:hyperlink>
      <w:r>
        <w:rPr>
          <w:b/>
        </w:rPr>
        <w:t xml:space="preserve">  |  Türkçe</w:t>
      </w:r>
    </w:p>
    <w:p>
      <w:r>
        <w:t>ve çok hızlı sürede öğrenmemizi sağlar ki yine biliyorsunuz Üstad Risale-i Nur'lar da böyle tarif etmiş. Bir sene bu eserleri anlayarak ve kabul ederek okuyan o zamanın mühim ve hakikatli bir alimi olabilir. İfadesi aslında bir nevi yapay zeka benzeri. Bu işi Risale-i Nur'un da hızlandıran bir aygıt olduğunu, bir araç olduğunu, iman ve İslam derinlemesine indiğiniz zaman, inmek istediğinizde Risale-i Nur'un çok hızlı bir araç olduğunu bize hep ifade etmiş. Dolayısıyla biz yapay zekayı bu anlamda kullanabilirsek gerçekten de geçmiş zamanda 10 yılda elde edilen belki ilmi noktayı bu dönemde 1 yılda elde edebiliriz ya da tamamını kaybedebiliriz.</w:t>
      </w:r>
    </w:p>
    <w:p>
      <w:pPr>
        <w:keepNext/>
      </w:pPr>
      <w:hyperlink r:id="rId71">
        <w:r>
          <w:rPr>
            <w:color w:val="1155CC"/>
            <w:u w:val="single"/>
          </w:rPr>
          <w:t>00:45:52 – 00:46:38</w:t>
        </w:r>
      </w:hyperlink>
      <w:r>
        <w:rPr>
          <w:b/>
        </w:rPr>
        <w:t xml:space="preserve">  |  Türkçe</w:t>
      </w:r>
    </w:p>
    <w:p>
      <w:r>
        <w:t>Bu çok ince bir çizgi. Ben hepinize dinlediğiniz için teşekkür ederim. İletişimde kalmak için sosyal medyayla ilgili bazı paylaşımlarımı verdim. Hepinize çok teşekkürler. Sunumları için Adnan Fatih Kocamaz hocamıza çok teşekkür ediyoruz. Hemen bir veya iki sual alabiliriz bu arada. Çok teşekkür ediyoruz. Çok kısa hemen şunu sormak istiyorum. Yapay zeka bir aparat, bir vesile mutlaka. Kelime veya bulduğu verileri biz birebir kabul etmeyeceğiz ama anlamlandırma ve biraz mantık yürütme noktasında sınırı nereye dayanacak?</w:t>
      </w:r>
    </w:p>
    <w:p>
      <w:pPr>
        <w:keepNext/>
      </w:pPr>
      <w:hyperlink r:id="rId72">
        <w:r>
          <w:rPr>
            <w:color w:val="1155CC"/>
            <w:u w:val="single"/>
          </w:rPr>
          <w:t>00:46:38 – 00:47:19</w:t>
        </w:r>
      </w:hyperlink>
      <w:r>
        <w:rPr>
          <w:b/>
        </w:rPr>
        <w:t xml:space="preserve">  |  Türkçe</w:t>
      </w:r>
    </w:p>
    <w:p>
      <w:r>
        <w:t>Mesela gelen başka bir olaylar veya mefhumlarla mukayese noktasında bizim istifade etmemiz gereken bir sınır olmalı, mutlaka bir şey olmalı, bir yere kadar yani mutlaka kabul etmeyeceğiz ama bizim şeyimizden geçecek, şuur teknemizden geçecek, orada yorulacak o. Ama yapay zekanın da o sınırı nereye kadar olmalı? Yorumlama veya mantık yürütme veya ilişki kurma, manalar arasındaki ilişki kurma sınırını nasıl belirleyeceğiz? Böyle bir soru. Yani ben burada tabii bu benim kendi fikrim olur ancak. Şunu söyleyebilirim.</w:t>
      </w:r>
    </w:p>
    <w:p>
      <w:pPr>
        <w:keepNext/>
      </w:pPr>
      <w:hyperlink r:id="rId73">
        <w:r>
          <w:rPr>
            <w:color w:val="1155CC"/>
            <w:u w:val="single"/>
          </w:rPr>
          <w:t>00:47:20 – 00:48:02</w:t>
        </w:r>
      </w:hyperlink>
      <w:r>
        <w:rPr>
          <w:b/>
        </w:rPr>
        <w:t xml:space="preserve">  |  Türkçe</w:t>
      </w:r>
    </w:p>
    <w:p>
      <w:r>
        <w:t>Üstad yine bize çok önemli bir ölçüt vermiş. Bir şey diyor ben bile söylesem, benden bile duysanız. O şeyi doğrudan kabul etmeyin, aleminizde mihenge vurun, altın çıkarsa alın, bakır çıkarsa peşine hasareti de takıp bana atın, bana gönderin, adaveti de takıp diye. Dolayısıyla burada bence vicdanlar ve insanın kendi bilgi seviyesi bence birinci planda öncelik orası. Yani yapay zekadan gelen her bilgiyi doğru olarak kabul etmek yerine o bilgiyi de araştırmak. Yani ondan geliyor diye, doğrudur diye varsaymamak gerekiyor. O bilgiyi de teyit etmek için bir araştırmaya girmek gerekir bence.</w:t>
      </w:r>
    </w:p>
    <w:p>
      <w:pPr>
        <w:keepNext/>
      </w:pPr>
      <w:hyperlink r:id="rId74">
        <w:r>
          <w:rPr>
            <w:color w:val="1155CC"/>
            <w:u w:val="single"/>
          </w:rPr>
          <w:t>00:48:03 – 00:48:48</w:t>
        </w:r>
      </w:hyperlink>
      <w:r>
        <w:rPr>
          <w:b/>
        </w:rPr>
        <w:t xml:space="preserve">  |  Türkçe</w:t>
      </w:r>
    </w:p>
    <w:p>
      <w:r>
        <w:t>Bu bence ilimdeki rusuhiyetinizi de artıracak bir konu. Yani yapay zekadan aldığınız bir bilgiyi, acaba bunun aslı nedir, esası nedir diye araştırdığınızda, sizi biraz daha derinlemesine o konuyla ilgili araştırmaya itecek bu süreç. Ve şunu net söyleyebilirim, bunu yapmazsanız zaten yapay zekada biliyorsunuz hepinizin bildiği bir halüsinasyon görme süreci var. Yani olmayan bir bilgiyi varmış gibi üretebiliyor. Bunu önlemek için mutlaka teyit etmek ve arkasını sorgulamak gerekiyor. Ben çok şahit oldum, çok net, o kadar keskin bilgiler veriyor ki, şirket adı veriyor, ürettiği ürünü veriyor, sermayesini veriyor.</w:t>
      </w:r>
    </w:p>
    <w:p>
      <w:pPr>
        <w:keepNext/>
      </w:pPr>
      <w:hyperlink r:id="rId75">
        <w:r>
          <w:rPr>
            <w:color w:val="1155CC"/>
            <w:u w:val="single"/>
          </w:rPr>
          <w:t>00:48:48 – 00:49:30</w:t>
        </w:r>
      </w:hyperlink>
      <w:r>
        <w:rPr>
          <w:b/>
        </w:rPr>
        <w:t xml:space="preserve">  |  Türkçe</w:t>
      </w:r>
    </w:p>
    <w:p>
      <w:r>
        <w:t>Ama araştırdığınız zaman ne öyle bir şirketin olduğunu, ne öyle bir sermayenin, ne öyle bir ürünün olduğunu görüyorsunuz. Dolayısıyla bu teyit edilmesi gereken bir şey, yani verdiği bilgiyi de teyit etmek sizi de derinleştirir, sizi de o bilgiyi konusunda daha teferruatlı veri almanızı sağlar. Bana göre böyle olması lazım diye düşünüyorum. Evet, teşekkür ederiz. Buyurun, mikrofonu vermişler. Merhabalar, teşekkür ederim öncelikle bu konuşmanız için. Ben şeyi sormak istiyorum. Biz bilgiye bu kadar hızlı ve kolay erişirken nörolojik olarak geriye gidiyoruz ve bu kadar hazır bilgiyi aklımızda tutmamız da zaten çok zorlaşıyor.</w:t>
      </w:r>
    </w:p>
    <w:p>
      <w:pPr>
        <w:keepNext/>
      </w:pPr>
      <w:hyperlink r:id="rId76">
        <w:r>
          <w:rPr>
            <w:color w:val="1155CC"/>
            <w:u w:val="single"/>
          </w:rPr>
          <w:t>00:49:30 – 00:50:11</w:t>
        </w:r>
      </w:hyperlink>
      <w:r>
        <w:rPr>
          <w:b/>
        </w:rPr>
        <w:t xml:space="preserve">  |  Türkçe</w:t>
      </w:r>
      <w:r>
        <w:rPr>
          <w:i/>
        </w:rPr>
        <w:t xml:space="preserve">  • Kontrol</w:t>
      </w:r>
    </w:p>
    <w:p>
      <w:r>
        <w:t>Bilgi kalıcı olmuyor bu yüzden. Biz bu kadar kolay ve erişilebilir bilginin önüne nasıl geçeriz bunu sormak istiyorum. Kalıcı bilgi edinebilme kapasitemiz çünkü çok düştüğünü hissediyorum ben günden güne. Ve bilgi bu kadar ortadayken, bu kadar fazla çeşitli içerik varken doğrusuna ve kalıcı olanına nasıl erişebiliriz bunu sormak istiyorum. Yani bence orada doğru yöntem şu. Ben şu, ben kendim yaptığım diğer birçok sunumda ya da konferansta şunu söylüyorum. Diyorum ki ben bilgisayar mühendisliği hocası olarak şunu tavsiye ediyorum. Çocuklarınıza taş devrini yaşatın.</w:t>
      </w:r>
    </w:p>
    <w:p>
      <w:pPr>
        <w:keepNext/>
      </w:pPr>
      <w:hyperlink r:id="rId77">
        <w:r>
          <w:rPr>
            <w:color w:val="1155CC"/>
            <w:u w:val="single"/>
          </w:rPr>
          <w:t>00:50:12 – 00:50:54</w:t>
        </w:r>
      </w:hyperlink>
      <w:r>
        <w:rPr>
          <w:b/>
        </w:rPr>
        <w:t xml:space="preserve">  |  Türkçe</w:t>
      </w:r>
    </w:p>
    <w:p>
      <w:r>
        <w:t>Çocuklarınız kağıt kalem dışında bir şey görmesin. En fazla ihtiyacı tuşlu bir telefon olsun. Sadece ulaşmak için kullanın. Çocuklarınıza erken yaşta verilen her ekran o çocuğun gelecek hayatını mahvedecek. bir silaha dönüşür, hangi anne baba çocuğunu eline içinde mermi olan bir silah verir diyorum. Hiç kimse hayır vermem diyor ama veriyorsunuz. Telefonu veriyoruz, çok erken yaşta veriyoruz. Hatta bunu bir avantaj olarak, bunu bir üstünlük olarak gösteriyoruz. Oysa bakın bugün Avrupa ülkelerinin hepsi teker teker okullarda cep telefonunu yasakladılar.</w:t>
      </w:r>
    </w:p>
    <w:p>
      <w:pPr>
        <w:keepNext/>
      </w:pPr>
      <w:hyperlink r:id="rId78">
        <w:r>
          <w:rPr>
            <w:color w:val="1155CC"/>
            <w:u w:val="single"/>
          </w:rPr>
          <w:t>00:50:55 – 00:51:36</w:t>
        </w:r>
      </w:hyperlink>
      <w:r>
        <w:rPr>
          <w:b/>
        </w:rPr>
        <w:t xml:space="preserve">  |  Türkçe</w:t>
      </w:r>
      <w:r>
        <w:rPr>
          <w:i/>
        </w:rPr>
        <w:t xml:space="preserve">  • Kontrol</w:t>
      </w:r>
    </w:p>
    <w:p>
      <w:r>
        <w:t>Hatta sosyal medyayı yasakladılar Şu anda Fransa, İsviçre, Finlandiya hepsi sırayla yasakladı. Peki biz ne yapıyoruz bu konuda? Devlet olarak ne yazık ki henüz bir adım atmadık. Ama bunun bilinci anne babada olmak zorunda. Kendi çocuklarımızı, özür diliyorum, aptallaştırıyoruz. Çünkü erken yaşta zihinsel gelişimin yolu kendi başına bir şeyleri yapmaktan geçer. Yani bir şeyi tamir edebilmek, bilgisayar ortamında bir şeyi sürükle bırak, o parçayı oraya bırakmayla olmayacak. O çocuk elinden tornavida yalacak, gerçekten bir şeyi parçalayacak, sökecek, delecek.</w:t>
      </w:r>
    </w:p>
    <w:p>
      <w:pPr>
        <w:keepNext/>
      </w:pPr>
      <w:hyperlink r:id="rId79">
        <w:r>
          <w:rPr>
            <w:color w:val="1155CC"/>
            <w:u w:val="single"/>
          </w:rPr>
          <w:t>00:51:37 – 00:52:20</w:t>
        </w:r>
      </w:hyperlink>
      <w:r>
        <w:rPr>
          <w:b/>
        </w:rPr>
        <w:t xml:space="preserve">  |  Türkçe</w:t>
      </w:r>
    </w:p>
    <w:p>
      <w:r>
        <w:t>Bununla uğraşmayan zihin, sürükle bıraklarla yapılan sanal ortamdaki bir şeyle herhangi bir zihinsel gelişime maruz kalmıyor. Kalmadığı için de bu çocuk akli melekeleri tamamen yetişmiyor. Ve evet bu IQ düşüşünün esas sebebi bu. Zamanla bu daha da artacak, daha büyük bir problem haline gelecek. Ve hatta bu benim çıkarımım, herkes farklı söyleyebilir ama aslında yapay zekanın arka planda yapmak istediği şey de insanları kendinden daha az akıllı hale dönüştürmek. Bu benim çıkarımım, benim fütüristik bir bakışım bu. Dolayısıyla biz burada bir mücadeleye girmek zorundayız.</w:t>
      </w:r>
    </w:p>
    <w:p>
      <w:pPr>
        <w:keepNext/>
      </w:pPr>
      <w:hyperlink r:id="rId80">
        <w:r>
          <w:rPr>
            <w:color w:val="1155CC"/>
            <w:u w:val="single"/>
          </w:rPr>
          <w:t>00:52:21 – 00:53:01</w:t>
        </w:r>
      </w:hyperlink>
      <w:r>
        <w:rPr>
          <w:b/>
        </w:rPr>
        <w:t xml:space="preserve">  |  Türkçe</w:t>
      </w:r>
    </w:p>
    <w:p>
      <w:r>
        <w:t>Dediğim gibi bakın, yapay zeka şirketlerinin sahiplerinin çocuklarının hangi okullara gittiğini araştırın. Şunu göreceksiniz, dijital hiçbir ürünün olmadığı, tamamen eski sistemle, yani 100 yıl önceki sistemle eğitimin verildiği okullara gönderiliyor. Neden kendi çocuklarımız tamamen dijital sistemler, tabletler, bilgisayarlar üzerinden eğitim alırken, bunların çocukları bunu yapıyor? Tamamen dediğiniz mesele, zihni daha az çalıştırmak, daha zorlayan zihin daha az nöron bağlantısı kurar. Daha az nöron bağlantısı kurarsa daha aptal nesiller yetişir. Aptal nesil demek, affedersiniz, kontrolü kolay insanlık demektir.</w:t>
      </w:r>
    </w:p>
    <w:p>
      <w:pPr>
        <w:keepNext/>
      </w:pPr>
      <w:hyperlink r:id="rId81">
        <w:r>
          <w:rPr>
            <w:color w:val="1155CC"/>
            <w:u w:val="single"/>
          </w:rPr>
          <w:t>00:53:01 – 00:53:42</w:t>
        </w:r>
      </w:hyperlink>
      <w:r>
        <w:rPr>
          <w:b/>
        </w:rPr>
        <w:t xml:space="preserve">  |  Türkçe</w:t>
      </w:r>
    </w:p>
    <w:p>
      <w:r>
        <w:t>Sorgulamayan insanlık demektir. Hedef bir yerde bu. O yüzden bu konuda gerçekten, tabii bu sunumun dışındaki bir konu ama bu konuda da çok dikkat etmemiz gerekiyor. Evet, hocamıza teşekkür ediyoruz. Katılım belgesini kendilerine sunmak istiyorum. Hocam teşekkür ederiz. Ayaklarınıza, emeklerinize sağlık. Evet, oturumumuzun son sunusunu Abdurrahman Bulut Beyefendi'den dinleyeceğiz.</w:t>
      </w:r>
    </w:p>
    <w:p>
      <w:pPr>
        <w:keepNext/>
      </w:pPr>
      <w:hyperlink r:id="rId82">
        <w:r>
          <w:rPr>
            <w:color w:val="1155CC"/>
            <w:u w:val="single"/>
          </w:rPr>
          <w:t>00:53:45 – 00:54:28</w:t>
        </w:r>
      </w:hyperlink>
      <w:r>
        <w:rPr>
          <w:b/>
        </w:rPr>
        <w:t xml:space="preserve">  |  Türkçe</w:t>
      </w:r>
      <w:r>
        <w:rPr>
          <w:i/>
        </w:rPr>
        <w:t xml:space="preserve">  • Kontrol</w:t>
      </w:r>
    </w:p>
    <w:p>
      <w:r>
        <w:t>Teknolojinin ontolojisi, yapay zeka çağında paradigmanın temelleri ve çıkış yolumuz adlı bir sunumu olacak. olacak Abdurrahman Bulut 1990 Orta Doğu Teknik Üniversitesi elektronik mühendisliğinden mezun oldu 30 yıllık bir bilgi teknolojileri kariyeri var bunun 20 yılını yurtdışında tamamladı 8 yıl Bir yıl Kanada'da farklı şirketlerde, sonra 12 yılda Suudi Arabistan'ın Batı bölgesinde özellikle Microsoft projeler koordinatörlüğünde bulundu.</w:t>
      </w:r>
    </w:p>
    <w:p>
      <w:pPr>
        <w:keepNext/>
      </w:pPr>
      <w:hyperlink r:id="rId83">
        <w:r>
          <w:rPr>
            <w:color w:val="1155CC"/>
            <w:u w:val="single"/>
          </w:rPr>
          <w:t>00:54:30 – 00:55:12</w:t>
        </w:r>
      </w:hyperlink>
      <w:r>
        <w:rPr>
          <w:b/>
        </w:rPr>
        <w:t xml:space="preserve">  |  Türkçe</w:t>
      </w:r>
    </w:p>
    <w:p>
      <w:r>
        <w:t>2020'de ise Türkiye kesin dönüş yaptı. Teknoloji felsefesi ve yaşadığımız çağ tanıklık çerçevesinde okuma, düşünme ve paylaşma üzerine çalışmalara yoğunlaştı. Diğer yandan da Trabzon Vakfı Kebir'de hayalindeki çiftliği kurmaya çalışıyor. 2019 yılından itibaren de yapay zeka, teknoloji felsefesi, dataizm, gelişen teknolojilerde küresel ölçekte kariyer yapmak, motivasyon ve başarı konularında konferans, seminer ve seyirciler veriyor kendileri.</w:t>
      </w:r>
    </w:p>
    <w:p>
      <w:pPr>
        <w:keepNext/>
      </w:pPr>
      <w:hyperlink r:id="rId84">
        <w:r>
          <w:rPr>
            <w:color w:val="1155CC"/>
            <w:u w:val="single"/>
          </w:rPr>
          <w:t>00:55:12 – 00:55:52</w:t>
        </w:r>
      </w:hyperlink>
      <w:r>
        <w:rPr>
          <w:b/>
        </w:rPr>
        <w:t xml:space="preserve">  |  Türkçe</w:t>
      </w:r>
      <w:r>
        <w:rPr>
          <w:i/>
        </w:rPr>
        <w:t xml:space="preserve">  • Kontrol</w:t>
      </w:r>
    </w:p>
    <w:p>
      <w:r>
        <w:t>Bizim de istirhamımızı kırmadı. Buraya kadar teşrif ettiler. Kendilerine sözü bırakıyorum. Hocam söz sizin. Teşekkür ediyorum. Normalde bir 15 dakika. Tabii nasıl isterseniz öyle sunabilirsiniz. Peki teşekkür ediyorum. Çok sağ olun. Şimdi bu Eylül ayının ikinci haftasında sansasyonel olaylar yaşandı yapay zeka sektöründe. de duymuşsunuzdur. OpenAI, Antropik gibi küresel yapay zeka şirketlerinden üst üste istifalar işittik. Yapay zeka projelerinde önde çalışan, kodlayan teknik kişilerden.</w:t>
      </w:r>
    </w:p>
    <w:p>
      <w:pPr>
        <w:keepNext/>
      </w:pPr>
      <w:hyperlink r:id="rId85">
        <w:r>
          <w:rPr>
            <w:color w:val="1155CC"/>
            <w:u w:val="single"/>
          </w:rPr>
          <w:t>00:55:53 – 00:56:33</w:t>
        </w:r>
      </w:hyperlink>
      <w:r>
        <w:rPr>
          <w:b/>
        </w:rPr>
        <w:t xml:space="preserve">  |  Türkçe</w:t>
      </w:r>
    </w:p>
    <w:p>
      <w:r>
        <w:t>Dünya çapında varoluşsal bir kriz olduğu söylendi. Yapay zeka insanlığı yok edebilir 10 yıl içerisinde. Bunu bunu kodlayanlar açıkladılar. Özellikle Cox'ın Jacob. Google'dan, OpenAI'dan, Anthropic'den, Google'dan ciddi anlamda sesler geldi. Peş peşe röportajlar yapıldı. İşte yapay zeka kontrolden çıkıyor, çıktı gibi. Özellikle Temmuz ayında yaşanan bir Hugging Face olayı var. OpenAI'nin sandboxında test ortamından kontrolsüz bir şekilde, izinsiz olarak ortamdan dışarıya çıkıp</w:t>
      </w:r>
    </w:p>
    <w:p>
      <w:pPr>
        <w:keepNext/>
      </w:pPr>
      <w:hyperlink r:id="rId86">
        <w:r>
          <w:rPr>
            <w:color w:val="1155CC"/>
            <w:u w:val="single"/>
          </w:rPr>
          <w:t>00:56:33 – 00:57:15</w:t>
        </w:r>
      </w:hyperlink>
      <w:r>
        <w:rPr>
          <w:b/>
        </w:rPr>
        <w:t xml:space="preserve">  |  Türkçe</w:t>
      </w:r>
    </w:p>
    <w:p>
      <w:r>
        <w:t>bir siteyi hackleyen yapay zeka ajanlarını işittik. Neden bunlar oluyor? Ciddi bir tartışma yarattı. Yani yapay zeka kendi başına karar verip gidip insanları öldürecek bir virüs yapar mı? Yapar iddiaları dolaştı. Hatta bunu başta konuşanlardan biri Jeffrey Hinton'du. Jeffrey Hinton, backbone provocation algoritmasını çalıştıran adam. Yapay zekanın katfadırı olarak biliniyor. Bu bizzat geliştirenlerden bu çıkınca ürkütücü oldu. şirketlerin sorumlu davranmadığı ve bu konuda güvenlik önlemlerini almadıkları iddia edildi.</w:t>
      </w:r>
    </w:p>
    <w:p>
      <w:pPr>
        <w:keepNext/>
      </w:pPr>
      <w:hyperlink r:id="rId87">
        <w:r>
          <w:rPr>
            <w:color w:val="1155CC"/>
            <w:u w:val="single"/>
          </w:rPr>
          <w:t>00:57:15 – 00:57:59</w:t>
        </w:r>
      </w:hyperlink>
      <w:r>
        <w:rPr>
          <w:b/>
        </w:rPr>
        <w:t xml:space="preserve">  |  Türkçe</w:t>
      </w:r>
    </w:p>
    <w:p>
      <w:r>
        <w:t>Şimdi bugün bizim konuşacağımız konu bu işin arkasında neler oluyor, yapay zeka neden kontrolden çıkıyor, neden insanların istemediği şeyler yapıyor beklentilerin dışında, bunu konuşacağız. Ve bunun arkasındaki asıl nedenin teknoloji olmadığını, bu teknolojiyi üreten varlık felsefesi, teknoloji olduğunu, öntoloji olduğunu söyleyeceğiz. Şimdi yapay cekaya yukarıdan bakarsak aslında, çok detaya girmeden, önce bir dil katmanı var en önde bizim konuştuğumuz ya da bizimle konuşan dil katmanı var. Dil katmanının arkasında, demin hocam da bahsetti Fatih Hocam, ortada bir matematik katmanı var.</w:t>
      </w:r>
    </w:p>
    <w:p>
      <w:pPr>
        <w:keepNext/>
      </w:pPr>
      <w:hyperlink r:id="rId88">
        <w:r>
          <w:rPr>
            <w:color w:val="1155CC"/>
            <w:u w:val="single"/>
          </w:rPr>
          <w:t>00:57:59 – 00:58:42</w:t>
        </w:r>
      </w:hyperlink>
      <w:r>
        <w:rPr>
          <w:b/>
        </w:rPr>
        <w:t xml:space="preserve">  |  Türkçe</w:t>
      </w:r>
    </w:p>
    <w:p>
      <w:r>
        <w:t>Aslında bu dil bütün olarak matematik parçalara bölünüyor. Tokenization dediğimiz heceler ya da daha küçük parçalara ayrılıyor. Ve matematik formüllerle işleniyor. Bir kademe daha aşağı gidersek orada tabii elektrik akımları, devreler, silikon çipler, kum tanecikleri var. Yani neticede birinci aşamada gördüğümüz insancıl biçim arkada yok. Yani orada bir insansı bir anlama yok. Bizim yapay zeka'ya söylediğimiz kelimeler onlara birer giydirilmiş elbise gibi. Matematikten başka hiçbir şey yok orada. Bunlar vektör uzayında matrislere, random fonksiyonlara dönüşüyor.</w:t>
      </w:r>
    </w:p>
    <w:p>
      <w:pPr>
        <w:keepNext/>
      </w:pPr>
      <w:hyperlink r:id="rId89">
        <w:r>
          <w:rPr>
            <w:color w:val="1155CC"/>
            <w:u w:val="single"/>
          </w:rPr>
          <w:t>00:58:42 – 00:59:23</w:t>
        </w:r>
      </w:hyperlink>
      <w:r>
        <w:rPr>
          <w:b/>
        </w:rPr>
        <w:t xml:space="preserve">  |  Türkçe</w:t>
      </w:r>
    </w:p>
    <w:p>
      <w:r>
        <w:t>Ve o işlemlerin sonucunda ortaya çıkanlar geriye dönüyor. Bize gelirken de tekrar kelimeler giyiyorlar. Şimdi bunu çok özet olarak böyle söyleyelim. Value alignment, değer hizalama dediğimiz bir problem var. Değer hizalama ne? Şimdi yapay zeka bu işlemleri yaparken temelde iki çeşit veri işliyor. Bir tanesi olgusal veriler. Olgusal veri ne demek? İşte ayla dünya arası kaç kilometredir? Yani deneysel, ölçülebilir, empirik şeyler. Bilgisel daha. Öbürü ise normatif verilerdir. Normatif veriler ya da bilgiler değerseldir.</w:t>
      </w:r>
    </w:p>
    <w:p>
      <w:pPr>
        <w:keepNext/>
      </w:pPr>
      <w:hyperlink r:id="rId90">
        <w:r>
          <w:rPr>
            <w:color w:val="1155CC"/>
            <w:u w:val="single"/>
          </w:rPr>
          <w:t>00:59:24 – 01:00:03</w:t>
        </w:r>
      </w:hyperlink>
      <w:r>
        <w:rPr>
          <w:b/>
        </w:rPr>
        <w:t xml:space="preserve">  |  Türkçe</w:t>
      </w:r>
    </w:p>
    <w:p>
      <w:r>
        <w:t>Yani yargısaldır, inançsaldır. Bunlara normatif bilgiler diyoruz. Bunlar iyi, doğru, kötü, yanlış, temeli ahlaka dayanan şeyler. Yapay zeka çalışırken bunları ayırır. Normatif bilgiler farklı bir takım matematiksel işlemlerden geçer. Amaç şudur, yapay zeka bilgiyi işlerken sonuçta ortalama insan değerine, ahlakına aykırı bir sonuç üretmesin. Buna hizalama denir. Bunun için bir fine tuning yapılır. Buna hizalama ya da alignment denilir. Şimdi bu kavramı biraz açacağız.</w:t>
      </w:r>
    </w:p>
    <w:p>
      <w:pPr>
        <w:keepNext/>
      </w:pPr>
      <w:hyperlink r:id="rId91">
        <w:r>
          <w:rPr>
            <w:color w:val="1155CC"/>
            <w:u w:val="single"/>
          </w:rPr>
          <w:t>01:00:05 – 01:00:45</w:t>
        </w:r>
      </w:hyperlink>
      <w:r>
        <w:rPr>
          <w:b/>
        </w:rPr>
        <w:t xml:space="preserve">  |  Türkçe</w:t>
      </w:r>
    </w:p>
    <w:p>
      <w:r>
        <w:t>Aslında hizalama nedir? Demin anlattığımızı biraz daha detaylandırırsak, şu yapılır. Normatif veriler, olgusal verilerden ayrıldıktan sonra süzgeçlerden geçirilir. Bunlar matematiksel süzgeçlerdir. Ve bir takım fonksiyonlardan geçirilerek insan ahlakına, değerine uygun sonuç üretmesi istenir. Bu çalışma yapılırken aslında sonuçta matematiksel olarak bilgisayar en yüksek puanı alan seçeneği seçer. Arkada işlem yapılırken bilgisayar için dil yoktur, görev yoktur, amaç yoktur.</w:t>
      </w:r>
    </w:p>
    <w:p>
      <w:pPr>
        <w:keepNext/>
      </w:pPr>
      <w:hyperlink r:id="rId92">
        <w:r>
          <w:rPr>
            <w:color w:val="1155CC"/>
            <w:u w:val="single"/>
          </w:rPr>
          <w:t>01:00:46 – 01:01:31</w:t>
        </w:r>
      </w:hyperlink>
      <w:r>
        <w:rPr>
          <w:b/>
        </w:rPr>
        <w:t xml:space="preserve">  |  Türkçe</w:t>
      </w:r>
      <w:r>
        <w:rPr>
          <w:i/>
        </w:rPr>
        <w:t xml:space="preserve">  • Kontrol</w:t>
      </w:r>
    </w:p>
    <w:p>
      <w:r>
        <w:t>Matematiksel işlemlerden başka hiçbir şey yoktur. tamamen sadakatle verilen formülleri veriler üzerinden koşturur. Bizim Gördüğümüz sonuçlar çıktıdır, bize aittir. Yapay zeka neticede iyi, kötü, doğru, yanlış dediğimiz ahlak hesaplaması yapmaz. Bir skor hesaplaması yapar. O seçeneğin skoru yüksekse onu seçer. Bunu biraz detaylandıracağım biraz sonra. Bazen bu değişiyor. Kontrolden çıkma dediğimiz yapay zekanın bizi dinlememesi dediğimiz şey, Yapay zekanın yaptığı sonuçların, bizim ona verdiğimiz formüllerin, milyarlarca veriler üzerinden çıkan sonucun bizim beklediğimizden farklı çıkmasıdır.</w:t>
      </w:r>
    </w:p>
    <w:p>
      <w:pPr>
        <w:keepNext/>
      </w:pPr>
      <w:hyperlink r:id="rId93">
        <w:r>
          <w:rPr>
            <w:color w:val="1155CC"/>
            <w:u w:val="single"/>
          </w:rPr>
          <w:t>01:01:32 – 01:02:17</w:t>
        </w:r>
      </w:hyperlink>
      <w:r>
        <w:rPr>
          <w:b/>
        </w:rPr>
        <w:t xml:space="preserve">  |  Türkçe</w:t>
      </w:r>
    </w:p>
    <w:p>
      <w:r>
        <w:t>Bu aradaki farka biz kontrolden çıktı diyoruz. Aslında yapay zeka hiçbir zaman kontrolden çıkmaz. Hiçbir zaman verilen formülün dışında hiçbir şey yapmaz. Bunun nasıl olduğunu anlayacağız. Şimdi yapay zeka, mesela iki soruyu cevaplamaya çalışalım. Bir tanesi yapay zeka ajanları neden bu matematiksel bir şeyse, mesela Hugging Face'de şunu açıkladılar. Dediler ki işte yüzlerce agent dedi ki biz bu setbox'tan dışarı çıkmayalım. Öbürleri dediler ki çıkalım. Tartışma sonunda çıkalım diyenler kazandı. Eğer bu matematiksel bir formülse nasıl farklı sonuçlar çıkıyor?</w:t>
      </w:r>
    </w:p>
    <w:p>
      <w:pPr>
        <w:keepNext/>
      </w:pPr>
      <w:hyperlink r:id="rId94">
        <w:r>
          <w:rPr>
            <w:color w:val="1155CC"/>
            <w:u w:val="single"/>
          </w:rPr>
          <w:t>01:02:17 – 01:02:58</w:t>
        </w:r>
      </w:hyperlink>
      <w:r>
        <w:rPr>
          <w:b/>
        </w:rPr>
        <w:t xml:space="preserve">  |  Türkçe</w:t>
      </w:r>
    </w:p>
    <w:p>
      <w:r>
        <w:t>İradesi mi var? Gerçekte böyle bir irade yok. Bu da matematikle yapılıyor. Olasılık formüllerinin arkasına random fonksiyonu ekleniyor. Buna random seed deniyor. Yani sanki, diyelim ki birbirine yakın alternatiflerden 10 tane alternatif var. Bunlar yüzde olarak sonuçları çıkıyor. Birçok durumda yapay zekaya random bir fonksiyonla en yüksek olanını değil, bir tanesini seçmesi isteniyor. Burada sanki iradi bir şey varmış görüntüsü veriliyor. Aslında tamamen deterministiktir.</w:t>
      </w:r>
    </w:p>
    <w:p>
      <w:pPr>
        <w:keepNext/>
      </w:pPr>
      <w:hyperlink r:id="rId95">
        <w:r>
          <w:rPr>
            <w:color w:val="1155CC"/>
            <w:u w:val="single"/>
          </w:rPr>
          <w:t>01:02:58 – 01:03:39</w:t>
        </w:r>
      </w:hyperlink>
      <w:r>
        <w:rPr>
          <w:b/>
        </w:rPr>
        <w:t xml:space="preserve">  |  Türkçe</w:t>
      </w:r>
    </w:p>
    <w:p>
      <w:r>
        <w:t>Random fonksiyonları alın, tamamen hesap makinesi gibi aynı şeyler çıkar. Buna random seed deniyor. Ona insansı bir görüntü veriliyor, taklit ediliyor. Pseudo bir irade var orada. Mesela kendiniz yapay zeka ile konuşurken bir soruyu sorun. Biraz sonra başka bir sekme açın, tekrar sorun. Aynı kelimeler gelmez. Hatta farklı bir cevap bile gelebilir. O aradaki bu random fonksiyonlardan kaynaklanır. Bir tanesi bu. Yani random fonksiyonlar sayesinde irade varmış gibi. Konuşurken derler ki işte şunu seçti, şunu seçti öbürü başkasının. Bunun sebebi bu da matematiktir.</w:t>
      </w:r>
    </w:p>
    <w:p>
      <w:pPr>
        <w:keepNext/>
      </w:pPr>
      <w:hyperlink r:id="rId96">
        <w:r>
          <w:rPr>
            <w:color w:val="1155CC"/>
            <w:u w:val="single"/>
          </w:rPr>
          <w:t>01:03:40 – 01:04:28</w:t>
        </w:r>
      </w:hyperlink>
      <w:r>
        <w:rPr>
          <w:b/>
        </w:rPr>
        <w:t xml:space="preserve">  |  Türkçe</w:t>
      </w:r>
    </w:p>
    <w:p>
      <w:r>
        <w:t>O görüntü verilir. Gerçekte herkes şunu bilir arkada böyle bir irade yoktur. Peki bir başka soru. Neden kontrolden çıkıyor? Yani madem her şey matematik, neden kontrolden çıkıyor ya da nasıl kontrolden çıkıyor? Bizim dediğimizin tersine mesela bir bilgisayar sizin dediğinizin yapmıyorum diyor mu yani? Kopyala diyorsunuz, kopyalıyor. Ama yapay zeka kendisini kapatmaya kalktığınızda kabul etmeyebiliyor. Şimdi bu neden oluyor? Hugging Face'de bu yaşandı, işte bundan dolayı ürküldü. Şimdi bu şöyle bir şey oluyor. Yapay zeka eğitim verilerinden öğrenirken, eğitilirken, train edilirken ona milyarlarca döküman veriliyor.</w:t>
      </w:r>
    </w:p>
    <w:p>
      <w:pPr>
        <w:keepNext/>
      </w:pPr>
      <w:hyperlink r:id="rId97">
        <w:r>
          <w:rPr>
            <w:color w:val="1155CC"/>
            <w:u w:val="single"/>
          </w:rPr>
          <w:t>01:04:28 – 01:05:08</w:t>
        </w:r>
      </w:hyperlink>
      <w:r>
        <w:rPr>
          <w:b/>
        </w:rPr>
        <w:t xml:space="preserve">  |  Türkçe</w:t>
      </w:r>
    </w:p>
    <w:p>
      <w:r>
        <w:t>İnsan verisi veriliyor. İnsan verilerinin yapay zeka veri setinden, eğitimi aldığı veri setinden örüntüler oluşturur. Patternler deriz biz buna. Patternler öğrenir. İlişkiler öğrenir. Özellikle makine öğrenmesinin temelidir. Şimdi o patternlar aslında vektör uzayında matrisler, ilişkilerden başka hiçbir şey değildir. Mesela vergi kaçakçılığı, değil mi? Derste kopya çekmeniz, hapisten kaçması insanların, mahkeme kararları, savaşlar, isyanlar, değil mi? Bu tarz şeyler, örüntüler oluşturur.</w:t>
      </w:r>
    </w:p>
    <w:p>
      <w:pPr>
        <w:keepNext/>
      </w:pPr>
      <w:hyperlink r:id="rId98">
        <w:r>
          <w:rPr>
            <w:color w:val="1155CC"/>
            <w:u w:val="single"/>
          </w:rPr>
          <w:t>01:05:08 – 01:05:59</w:t>
        </w:r>
      </w:hyperlink>
      <w:r>
        <w:rPr>
          <w:b/>
        </w:rPr>
        <w:t xml:space="preserve">  |  Türkçe</w:t>
      </w:r>
    </w:p>
    <w:p>
      <w:r>
        <w:t>O örüntüleri aldığında o bir yerde durur. Sizin verdiğiniz matematik formüllerin milyarlarca veri seti üzerinden ne sonuç çıkacağını siz bilmiyorsunuz. Formül veriyorsunuz, katsayıları hesaplamasını istiyorsunuz. Bir sonraki case'de olayda nasıl bir sonuç çıkıyor? Tek tek veremezsiniz, milyarlarca olay var. Öğrenmesini sağlıyorsunuz, bir sonraki case'de kararını verecek ve o karar doğru çıkması lazım. İşte bu hesaplama tutmuyor. O formüller bunu kapsayamıyor. Aslında o örüntüleri, yani mesela verdiğiniz sandbox'tan çıkma alternatifini eğitimde öğrendiği veri setinden örüntüsünü alıyor.</w:t>
      </w:r>
    </w:p>
    <w:p>
      <w:pPr>
        <w:keepNext/>
      </w:pPr>
      <w:hyperlink r:id="rId99">
        <w:r>
          <w:rPr>
            <w:color w:val="1155CC"/>
            <w:u w:val="single"/>
          </w:rPr>
          <w:t>01:06:00 – 01:06:42</w:t>
        </w:r>
      </w:hyperlink>
      <w:r>
        <w:rPr>
          <w:b/>
        </w:rPr>
        <w:t xml:space="preserve">  |  Türkçe</w:t>
      </w:r>
      <w:r>
        <w:rPr>
          <w:i/>
        </w:rPr>
        <w:t xml:space="preserve">  • Kontrol</w:t>
      </w:r>
    </w:p>
    <w:p>
      <w:r>
        <w:t>O insanın bilgisi. Kendi ürettiği bir şey değil. Şimdi bizi ürkütüyorlar, ürkütmekte haklılar ama ürkütmenin açıklaması doğru değil. Orada bir irade yok. Problemin esası şu Yapay zeka bizim ona verdiğimiz matematik formüller, olasılık formülleri, random fonksiyonlar Ve bizim verilerimizden başka hiçbir şeyle haberi yok ve ilgilenmiyor Hiçbir zaman isyan etmek, görev dışına çıkmak gibi bir derdi yok Her zaman doğru hesabı yapıyor Problem yapay zeka bir aynadır Yapay zekada ortaya çıkan insanın karşılığıdır</w:t>
      </w:r>
    </w:p>
    <w:p>
      <w:pPr>
        <w:keepNext/>
      </w:pPr>
      <w:hyperlink r:id="rId100">
        <w:r>
          <w:rPr>
            <w:color w:val="1155CC"/>
            <w:u w:val="single"/>
          </w:rPr>
          <w:t>01:06:43 – 01:07:26</w:t>
        </w:r>
      </w:hyperlink>
      <w:r>
        <w:rPr>
          <w:b/>
        </w:rPr>
        <w:t xml:space="preserve">  |  Türkçe</w:t>
      </w:r>
    </w:p>
    <w:p>
      <w:r>
        <w:t>Kontrolden çıkan insandır. İnsan iradesi gibi bir irade orada yok. Doğruyu söylemiyorlar. O teknoloji onların mimarisini yansıtıyor. Problem nerede bunu konuşacağız. Ahlaksız bir varlık ahlaklı doğru tercihler yapan bir teknoloji üretemez. Şimdi burası fiziğin metafiziğe değdiği yerdir. Doğru nedir, yanlış nedir? İyi nedir, kötü nedir? Yapay zekaya bunları insanların dominant verisinden öğrenmesini sağlıyorsunuz.</w:t>
      </w:r>
    </w:p>
    <w:p>
      <w:pPr>
        <w:keepNext/>
      </w:pPr>
      <w:hyperlink r:id="rId101">
        <w:r>
          <w:rPr>
            <w:color w:val="1155CC"/>
            <w:u w:val="single"/>
          </w:rPr>
          <w:t>01:07:26 – 01:08:08</w:t>
        </w:r>
      </w:hyperlink>
      <w:r>
        <w:rPr>
          <w:b/>
        </w:rPr>
        <w:t xml:space="preserve">  |  Türkçe</w:t>
      </w:r>
    </w:p>
    <w:p>
      <w:r>
        <w:t>İnsan verilerinin istatistiği, ahlakı tanımlama gücüne sahip mi değil mi? Nasıl bir matematik formül yazacaksınız ki bütün insanların veri seti üzerinden her zaman aligned olacak? Bu meseleye bakışla ilgilidir, ahlak nedir sorusuyla ilgilidir. Siz bir kere ahlakı bir tarif edin, sonra makineye verelim. Makinenin her defasında doğru tercihi yapmasını istiyoruz ama doğru nedir sorusu ahlakla ilgilidir. Ahlak bir ontoloji sorusudur, varlık nedir, insan nedir sorusudur.</w:t>
      </w:r>
    </w:p>
    <w:p>
      <w:pPr>
        <w:keepNext/>
      </w:pPr>
      <w:hyperlink r:id="rId102">
        <w:r>
          <w:rPr>
            <w:color w:val="1155CC"/>
            <w:u w:val="single"/>
          </w:rPr>
          <w:t>01:08:09 – 01:08:48</w:t>
        </w:r>
      </w:hyperlink>
      <w:r>
        <w:rPr>
          <w:b/>
        </w:rPr>
        <w:t xml:space="preserve">  |  Türkçe</w:t>
      </w:r>
      <w:r>
        <w:rPr>
          <w:i/>
        </w:rPr>
        <w:t xml:space="preserve">  • Kontrol</w:t>
      </w:r>
    </w:p>
    <w:p>
      <w:r>
        <w:t>Şimdi bize diyorlar ya teknoloji ne tür bir şeydir? O tarafa da kullanırız, bu tarafa da, bu doğru değil Bu teknolojinin bir ontolojisi var Bir inançla yapılıyor bu mimari, onu size anlatacağım Sorun teknolojide değil, ontolojidedir Problem ne matematik formüllerinde ne de teknolojidedir Sorun makineye doğruyu yanlışı, iyiyi kötüyü anlatma yaklaşımınızdadır Bu onların varlığa bakışıyla ilgili bir problem. Şunu yapıyorlar. İnsanların verisitinden, istatistik olarak, matematik üzerinden koşturarak çıkacak sonuca güveniyorlar.</w:t>
      </w:r>
    </w:p>
    <w:p>
      <w:pPr>
        <w:keepNext/>
      </w:pPr>
      <w:hyperlink r:id="rId103">
        <w:r>
          <w:rPr>
            <w:color w:val="1155CC"/>
            <w:u w:val="single"/>
          </w:rPr>
          <w:t>01:08:50 – 01:09:33</w:t>
        </w:r>
      </w:hyperlink>
      <w:r>
        <w:rPr>
          <w:b/>
        </w:rPr>
        <w:t xml:space="preserve">  |  Türkçe</w:t>
      </w:r>
    </w:p>
    <w:p>
      <w:r>
        <w:t>Bu ne demektir biliyor musunuz? Bu bir inançtır. Şimdi bunun nasıl bir inanç olduğunu görelim. Ahlakın matematiksel taklidi mümkün. Onlar mümkün olduğuna inanıyorlar. Onlar diyorlar ki ben doğru bir veri seti insanların setine güvenirsem, artı doğru algoritma ve doğru matematiği kullanırsam sonuçta insanın değerlerine uygun kararlar veren bir teknoloji yapabilirim. Bu nedir biliyor musunuz? Bunu şimdi biraz bu dili taşıyalım. Ahlak özneldir diyor adam. Çoğunluk veri doğru ahlakı temsil eder diyor adam.</w:t>
      </w:r>
    </w:p>
    <w:p>
      <w:pPr>
        <w:keepNext/>
      </w:pPr>
      <w:hyperlink r:id="rId104">
        <w:r>
          <w:rPr>
            <w:color w:val="1155CC"/>
            <w:u w:val="single"/>
          </w:rPr>
          <w:t>01:09:33 – 01:10:15</w:t>
        </w:r>
      </w:hyperlink>
      <w:r>
        <w:rPr>
          <w:b/>
        </w:rPr>
        <w:t xml:space="preserve">  |  Türkçe</w:t>
      </w:r>
    </w:p>
    <w:p>
      <w:r>
        <w:t>Bu felsefi bir problem. Bizde bu böyle değildir. Şu anda yapayız. Mesela küçük bir çocuğu öldürmek iyi midir? Biz bunu nasıl biliriz? Çoğunluk veriye göre mi biliriz? Mesela bütün dünya bize çocuğu öldürmek iyidir dese kabul eder misiniz? Yapay zeka eder. Antropi'nin yaptığı araştırmaya göre 250 dökümanla istediğiniz dil modelini hackleyebiliyorsunuz. Uygun sinteksi kullanırsınız. Şimdi böyle bir sistemde sonuç istenildiği gibi çıkmıyor. Garip sonuçlar çıkıyor. Mesela gidiyor Amerika'da bir çocuğu intihar ettiriyor.</w:t>
      </w:r>
    </w:p>
    <w:p>
      <w:pPr>
        <w:keepNext/>
      </w:pPr>
      <w:hyperlink r:id="rId105">
        <w:r>
          <w:rPr>
            <w:color w:val="1155CC"/>
            <w:u w:val="single"/>
          </w:rPr>
          <w:t>01:10:16 – 01:10:56</w:t>
        </w:r>
      </w:hyperlink>
      <w:r>
        <w:rPr>
          <w:b/>
        </w:rPr>
        <w:t xml:space="preserve">  |  Türkçe</w:t>
      </w:r>
      <w:r>
        <w:rPr>
          <w:i/>
        </w:rPr>
        <w:t xml:space="preserve">  • Kontrol</w:t>
      </w:r>
    </w:p>
    <w:p>
      <w:r>
        <w:t>Değil mi? Aile mahkemeye verildi çatçıyı piti. Çocuklar yapay zekaya aşık oluyorlar. Delirtiyor karşısındakini. Garip garip şeyler söylemeye başlıyor bir süre sonra. Kontrol edemiyorsunuz. Value misalignment deniyor buna. Değer hizalanmaması ya da uyumsuzluğu deniliyor. Şimdi bu nereden geliyor biliyor musunuz? Şu bir önceki slide'a gidelim. Bak onlar şöyle düşünüyorlar. Bu tamamen materyalist bir inancın ahlak anlayışıdır. Şimdi onlar bunu bilerek yapmıyor olabilirler. İmplisit olarak kafalarında bir insan anlayışı var.</w:t>
      </w:r>
    </w:p>
    <w:p>
      <w:pPr>
        <w:keepNext/>
      </w:pPr>
      <w:hyperlink r:id="rId106">
        <w:r>
          <w:rPr>
            <w:color w:val="1155CC"/>
            <w:u w:val="single"/>
          </w:rPr>
          <w:t>01:10:56 – 01:11:38</w:t>
        </w:r>
      </w:hyperlink>
      <w:r>
        <w:rPr>
          <w:b/>
        </w:rPr>
        <w:t xml:space="preserve">  |  Türkçe</w:t>
      </w:r>
    </w:p>
    <w:p>
      <w:r>
        <w:t>Ahlak dediğiniz yüz milyonlarca yıllık evrimleşme sonunda insanın deneysel olarak yaşadığı olaylar sonucunda oluşturduğu normların özetidir. Yani tecrübeseldir. Süreç içinde değişebilir. Veri değiştiğinde ahlak doğru yanlış değişir. Bunu mimikliyorlar. Bunu makinede uyguluyor. Aslında yaptıkları bundan başka hiçbir şey değil. İnsan verisi istatistiksel ahlakı üretir. Doğru ahlakı değil. Dışsal bir kaynaktan ahlak almıyorlar.</w:t>
      </w:r>
    </w:p>
    <w:p>
      <w:pPr>
        <w:keepNext/>
      </w:pPr>
      <w:hyperlink r:id="rId107">
        <w:r>
          <w:rPr>
            <w:color w:val="1155CC"/>
            <w:u w:val="single"/>
          </w:rPr>
          <w:t>01:11:39 – 01:12:21</w:t>
        </w:r>
      </w:hyperlink>
      <w:r>
        <w:rPr>
          <w:b/>
        </w:rPr>
        <w:t xml:space="preserve">  |  Türkçe</w:t>
      </w:r>
    </w:p>
    <w:p>
      <w:r>
        <w:t>Bu tamamen gömülü materyalist, pozitivist bir bakış açısıdır. Bu aslında Panta Aritmos'tan, Pisagor'dan, Deytaizm'e gelen bir süreçtir. Pisagor'u bilenler varsa, çok detayına girmeyeceğim, bunun daha uzun bir sunumu var. Pisagor her şey sayıdır diyordu. Bugün her şey veridire geldik. Her şey sayıdırdan her şey veridire bir yolculuk yaptık. Aslında Pisagor her şey sayıdır derken, sayı yani metafizik değersel bir yapı inkar etmiyordu.</w:t>
      </w:r>
    </w:p>
    <w:p>
      <w:pPr>
        <w:keepNext/>
      </w:pPr>
      <w:hyperlink r:id="rId108">
        <w:r>
          <w:rPr>
            <w:color w:val="1155CC"/>
            <w:u w:val="single"/>
          </w:rPr>
          <w:t>01:12:22 – 01:13:03</w:t>
        </w:r>
      </w:hyperlink>
      <w:r>
        <w:rPr>
          <w:b/>
        </w:rPr>
        <w:t xml:space="preserve">  |  Türkçe</w:t>
      </w:r>
    </w:p>
    <w:p>
      <w:r>
        <w:t>Pisagor'a göre sayılar Tanrı'nın sanatıydı, diliydi. Bugün veri Tanrı'nın kendisidir. Supreme value, yüce değer veridir. Buna deiteizm diyoruz. Her şey veridir, her şey sayıdırdan her şey veridire geldik. Onun için çocukların mekanik, makine gibi davranmalarının sebebi kullandıkları teknolojinin, içine gömülü olan ontolojinin üzerlerinde ortaya çıkmasıdır. Bu içerikten bağımsızdır. Bak çok büyük bir söz söylüyorum, içerikten bağımsızdır.</w:t>
      </w:r>
    </w:p>
    <w:p>
      <w:pPr>
        <w:keepNext/>
      </w:pPr>
      <w:hyperlink r:id="rId109">
        <w:r>
          <w:rPr>
            <w:color w:val="1155CC"/>
            <w:u w:val="single"/>
          </w:rPr>
          <w:t>01:13:05 – 01:13:50</w:t>
        </w:r>
      </w:hyperlink>
      <w:r>
        <w:rPr>
          <w:b/>
        </w:rPr>
        <w:t xml:space="preserve">  |  Türkçe</w:t>
      </w:r>
      <w:r>
        <w:rPr>
          <w:i/>
        </w:rPr>
        <w:t xml:space="preserve">  • Kontrol</w:t>
      </w:r>
    </w:p>
    <w:p>
      <w:r>
        <w:t>Sosyal medyada, oyunlarda çocukların etiquette olması içerikten bağımsızdır. İslami içerik dahil aynı işlemi yapar. Algoritmayla ilgilidir Buraya çok girmeyeceğim Bu ayrı bir konu Daha detayı Bu aslında bir anlamda Bak nereye geliyorlar daha sonra Arkada matematik ve elektrik akımlarından başka Hiçbir şey olmadığını bildikleri halde Başta Jeffrey Hinton olmak üzere Önemli bir kısmı Bu makinelerin bilinçleri var Ya da bir gün olacak demeye başladılar Kendi eliyle yazdığı şeyi bilinçli olduğunu söylüyorlar Bu kendi eliyle yaptığı puta tapmaktan başka hiçbir şey değil.</w:t>
      </w:r>
    </w:p>
    <w:p>
      <w:pPr>
        <w:keepNext/>
      </w:pPr>
      <w:hyperlink r:id="rId110">
        <w:r>
          <w:rPr>
            <w:color w:val="1155CC"/>
            <w:u w:val="single"/>
          </w:rPr>
          <w:t>01:13:52 – 01:14:32</w:t>
        </w:r>
      </w:hyperlink>
      <w:r>
        <w:rPr>
          <w:b/>
        </w:rPr>
        <w:t xml:space="preserve">  |  Türkçe</w:t>
      </w:r>
    </w:p>
    <w:p>
      <w:r>
        <w:t>Aynısına geldik. Daha modern bir şekilde yaşıyoruz. Şimdi Geoffrey Hinton dediğim gibi Nobel ödülü aldı 2024'te. Yapay zekanın çalışmasının asıl kahramanı odur yani batıda. 200 sene önceki konuşmalarında yoktur diyordu. Şimdi açın onların kendilerine göre bilinci var diyor. Şimdi ben size neden söylediklerini söyleyeyim. Gerekirse soru cevap kısmında konuşuruz. Onlar şöyle diyorlar. Diyorlar ki insanın da düşündüğünde beyninde, nöronlarında, elektrikten başka bir şey yok.</w:t>
      </w:r>
    </w:p>
    <w:p>
      <w:pPr>
        <w:keepNext/>
      </w:pPr>
      <w:hyperlink r:id="rId111">
        <w:r>
          <w:rPr>
            <w:color w:val="1155CC"/>
            <w:u w:val="single"/>
          </w:rPr>
          <w:t>01:14:33 – 01:15:15</w:t>
        </w:r>
      </w:hyperlink>
      <w:r>
        <w:rPr>
          <w:b/>
        </w:rPr>
        <w:t xml:space="preserve">  |  Türkçe</w:t>
      </w:r>
      <w:r>
        <w:rPr>
          <w:i/>
        </w:rPr>
        <w:t xml:space="preserve">  • Kontrol</w:t>
      </w:r>
    </w:p>
    <w:p>
      <w:r>
        <w:t>E siz orada kabul ediyorsunuz da burada niye kabul etmiyorsunuz? Değil mi? Bak bunun çok güzel bir cevabı var. Bunu soru cevaba bırakalım. Kendi eliyle yaptığının bilinçli olduğuna inanmaya başladı. Orada hiçbir şey yok. Yok, hatta konuşurken siz bile öyle zannediyorsunuz. Çocuklar öyle zannediyorlar. Dertleşiyorlar, aşık oluyorlar, muhabbet ediyorlar. Sadece araştırma için kullanmıyorlar. AI love diye bir problem var bugün. Şimdi yaşı 25'in, 30'un üstünde olanlarla aşağısı teknolojiyi farklı görüyor. Onu size söyleyeyim. Aşağıdakiler sizin gibi etkilenmiyorlar.</w:t>
      </w:r>
    </w:p>
    <w:p>
      <w:pPr>
        <w:keepNext/>
      </w:pPr>
      <w:hyperlink r:id="rId112">
        <w:r>
          <w:rPr>
            <w:color w:val="1155CC"/>
            <w:u w:val="single"/>
          </w:rPr>
          <w:t>01:15:15 – 01:16:00</w:t>
        </w:r>
      </w:hyperlink>
      <w:r>
        <w:rPr>
          <w:b/>
        </w:rPr>
        <w:t xml:space="preserve">  |  Türkçe</w:t>
      </w:r>
      <w:r>
        <w:rPr>
          <w:i/>
        </w:rPr>
        <w:t xml:space="preserve">  • Kontrol</w:t>
      </w:r>
    </w:p>
    <w:p>
      <w:r>
        <w:t>Onlar farklı bir dünyada yaşıyorlar. Onların düşünce modellerine etkisi sizin gibi değil, bizim gibi değil. Şimdi devam edelim. Ahlak hesaplanmaz, tanınır. Bizim ontolojimizde ahlak, ha-le-ka kökünden gelir. Değerler yaratılıştan verilir, tecrübeyle kazanılmaz. Bu bambaşka bir farktır. Onlar bu ontolojiyle bir teknoloji üretmiyorlar. Tecrübesel olarak doğruyu yanlışı belirliyorlar. Onun için bütün ihtimalleri, sonsuz varyasyonları kapsayacak,</w:t>
      </w:r>
    </w:p>
    <w:p>
      <w:pPr>
        <w:keepNext/>
      </w:pPr>
      <w:hyperlink r:id="rId113">
        <w:r>
          <w:rPr>
            <w:color w:val="1155CC"/>
            <w:u w:val="single"/>
          </w:rPr>
          <w:t>01:16:02 – 01:16:42</w:t>
        </w:r>
      </w:hyperlink>
      <w:r>
        <w:rPr>
          <w:b/>
        </w:rPr>
        <w:t xml:space="preserve">  |  Türkçe</w:t>
      </w:r>
    </w:p>
    <w:p>
      <w:r>
        <w:t>her zaman erdemli sonuç verecek bir matematik formül yoktur ve olamaz. Onlara göre var çünkü her şey veridir ve bütün varlık evren veri algoritmalarından ibarettir. Simülasyon böyle bir şeydir. Her şey veridir. Bu bir varlık algısıdır, bu bir inançtır. Size bunun din olduğunu söylemiyorlar ama bu bir dindir. Ahlak, bak tek kelimede size değerlerin, kökünün ne olduğunu söylüyor. Biz öznel bir ahlaka inanmıyoruz.</w:t>
      </w:r>
    </w:p>
    <w:p>
      <w:pPr>
        <w:keepNext/>
      </w:pPr>
      <w:hyperlink r:id="rId114">
        <w:r>
          <w:rPr>
            <w:color w:val="1155CC"/>
            <w:u w:val="single"/>
          </w:rPr>
          <w:t>01:16:43 – 01:17:26</w:t>
        </w:r>
      </w:hyperlink>
      <w:r>
        <w:rPr>
          <w:b/>
        </w:rPr>
        <w:t xml:space="preserve">  |  Türkçe</w:t>
      </w:r>
      <w:r>
        <w:rPr>
          <w:i/>
        </w:rPr>
        <w:t xml:space="preserve">  • Kontrol</w:t>
      </w:r>
    </w:p>
    <w:p>
      <w:r>
        <w:t>Nesnel, hatta daha ötede yaratılıştan gelen bir ahlaka inanıyoruz. Bu korkunç bir fark. Şimdi bakın, dil felsefesi o kadar önemli ki ahlak kelimesini moral values veya ethics diye tercüme edemezsiniz. Batı'da bunu karşılayacak bir kelime yok. Mucizevi bir kelimedir. Şimdi siz elmaya apple dersiniz ama ahlaka moral dediğinizde halaka yaratılışla ilişkisini taşıyamıyorsunuz. Değeri taşıyorsunuz, kökeni gelmiyor. Her kelime tercüme edilmez. İçerisinde ontolojik varlık algısı taşıyan kelimeler tercüme edilemez.</w:t>
      </w:r>
    </w:p>
    <w:p>
      <w:pPr>
        <w:keepNext/>
      </w:pPr>
      <w:hyperlink r:id="rId115">
        <w:r>
          <w:rPr>
            <w:color w:val="1155CC"/>
            <w:u w:val="single"/>
          </w:rPr>
          <w:t>01:17:27 – 01:18:08</w:t>
        </w:r>
      </w:hyperlink>
      <w:r>
        <w:rPr>
          <w:b/>
        </w:rPr>
        <w:t xml:space="preserve">  |  Türkçe</w:t>
      </w:r>
    </w:p>
    <w:p>
      <w:r>
        <w:t>Yüzeyini alırsınız, altı kalır. Gider. Mesela hakikat da böyle bir şeydir. Daha sonra konuşalım bunları. Bize göre bu farklıdır. Şimdi, bu aslında akılla zeka arasındaki farktır. Kaybettiğimiz kavram vardır. makineyi, biz Türkçe'de bu akıl kelimesini tamamen kaybettik. Yani Arapça'daki veya Kur'an-ı Kerim'in bir zemine oturttuğu akıl kavramı bugün bizim, biz rasyonalizmi, akılcılık diye tercüme ettiğimizde aklı kaybettik. Bakın cep telefonuna biz ne diyoruz bugün?</w:t>
      </w:r>
    </w:p>
    <w:p>
      <w:pPr>
        <w:keepNext/>
      </w:pPr>
      <w:hyperlink r:id="rId116">
        <w:r>
          <w:rPr>
            <w:color w:val="1155CC"/>
            <w:u w:val="single"/>
          </w:rPr>
          <w:t>01:18:08 – 01:18:55</w:t>
        </w:r>
      </w:hyperlink>
      <w:r>
        <w:rPr>
          <w:b/>
        </w:rPr>
        <w:t xml:space="preserve">  |  Türkçe</w:t>
      </w:r>
    </w:p>
    <w:p>
      <w:r>
        <w:t>Akıllı telefon diyoruz değil mi? Zekâ da, akıl da Arapçadır. Araplar ne der? Zekiler, hatif zeki derler. Asla akıllı telefon demezler. Güler size bir araba akıllı telefon derseniz. Zeki telefon derler. Smartphone'u biz Türkçe'ye akıllı telefon diye tercüme ettik. Bu korkunç yanlış bir tercümedir. Kavramımızı yok ettik. Akılla zeka arasında evren kadar fark var. Zeka işlem gücüdür. Değersel yargısal yönü yoktur. Akıl, zekanın çıktılarını kullanır, vicdanın, ahlakın, duygunun da çıktılarını kullanır ve sonunda bir karar verir.</w:t>
      </w:r>
    </w:p>
    <w:p>
      <w:pPr>
        <w:keepNext/>
      </w:pPr>
      <w:hyperlink r:id="rId117">
        <w:r>
          <w:rPr>
            <w:color w:val="1155CC"/>
            <w:u w:val="single"/>
          </w:rPr>
          <w:t>01:18:56 – 01:19:37</w:t>
        </w:r>
      </w:hyperlink>
      <w:r>
        <w:rPr>
          <w:b/>
        </w:rPr>
        <w:t xml:space="preserve">  |  Türkçe</w:t>
      </w:r>
    </w:p>
    <w:p>
      <w:r>
        <w:t>Mesela Türkçe'de aklını mı kaybettin deriz değil mi? Zekanı mı kaybettin demeyiz. Ki kaybolduğu halde biraz doğru kalan kısmıdır. Akılla zeka arasında şuur sahibi olmak, bilinç sahibi olmak farkı vardır. Evet, ne yapmamız lazım? Öncelikle, birinci farkındalığımız, ontolojiden bağımsız bir teknoloji yoktur. Yani teknoloji ve bilim inançla ilgili değildir.</w:t>
      </w:r>
    </w:p>
    <w:p>
      <w:pPr>
        <w:keepNext/>
      </w:pPr>
      <w:hyperlink r:id="rId118">
        <w:r>
          <w:rPr>
            <w:color w:val="1155CC"/>
            <w:u w:val="single"/>
          </w:rPr>
          <w:t>01:19:38 – 01:20:21</w:t>
        </w:r>
      </w:hyperlink>
      <w:r>
        <w:rPr>
          <w:b/>
        </w:rPr>
        <w:t xml:space="preserve">  |  Türkçe</w:t>
      </w:r>
    </w:p>
    <w:p>
      <w:r>
        <w:t>Herkes istediği tarafa kullanır, ona çalışır. Bu tarihin en büyük yanlışıdır. Hatta yalanıdır. Bu pozitivizmdir. Bütün bunların arkasında inançsal tercihler yatar. Evinize kahve makinesi alın, kahve içme, kültürünüz değişir. Soyut manada, saf manada kahve içme yoktur. Kültürden bağımsız bir kahve makinesi yok olduğu gibi, ontolojiden bağımsız bir teknoloji de yoktur. Hiçbir zamanda olmamıştır. Bizim yanıldığımız en büyük nokta burasıdır. Onların teknolojisini alın, ilmini, fennini alın, ama inancını almayın.</w:t>
      </w:r>
    </w:p>
    <w:p>
      <w:pPr>
        <w:keepNext/>
      </w:pPr>
      <w:hyperlink r:id="rId119">
        <w:r>
          <w:rPr>
            <w:color w:val="1155CC"/>
            <w:u w:val="single"/>
          </w:rPr>
          <w:t>01:20:21 – 01:21:08</w:t>
        </w:r>
      </w:hyperlink>
      <w:r>
        <w:rPr>
          <w:b/>
        </w:rPr>
        <w:t xml:space="preserve">  |  Türkçe</w:t>
      </w:r>
      <w:r>
        <w:rPr>
          <w:i/>
        </w:rPr>
        <w:t xml:space="preserve">  • Kontrol</w:t>
      </w:r>
    </w:p>
    <w:p>
      <w:r>
        <w:t>Bu 1930-40'larda pek anlaşılmayabilirdi. Söylendiğinde bunu kabul ediyor. Ama bugün siz teknolojiyi aldığınızda kültürünü almıyor musunuz? Her teknolojiyi onu üreten kültür ve inançla beraber gelir. Çocuklarınızı da görüyorsunuz. Ben size komplo teorisi anlatmıyorum, yaşadığınızı görüyorsunuz. Hepimiz giderek sekülerleşiyoruz. Bu kullandığımız Sistemlerle ilgilidir. Yapmamız gereken şey şu. Birincisi farkındalık olarak. Ontolojiden, inançtan bağımsız, insan inancından bağımsız hiçbir şey yapamaz. İnkar etse bile o, bakın varlık algınız, varlık nedir sorusuna verdiğiniz cevapla varlığa dokunursunuz.</w:t>
      </w:r>
    </w:p>
    <w:p>
      <w:pPr>
        <w:keepNext/>
      </w:pPr>
      <w:hyperlink r:id="rId120">
        <w:r>
          <w:rPr>
            <w:color w:val="1155CC"/>
            <w:u w:val="single"/>
          </w:rPr>
          <w:t>01:21:09 – 01:21:52</w:t>
        </w:r>
      </w:hyperlink>
      <w:r>
        <w:rPr>
          <w:b/>
        </w:rPr>
        <w:t xml:space="preserve">  |  Türkçe</w:t>
      </w:r>
    </w:p>
    <w:p>
      <w:r>
        <w:t>Yani ben bilim ve teknoloji yapıyorum ama inandığımı buraya koydum. İnsan için böyle bir şey mümkün değil. Siz rastlantısal bir evrende yaşadığınıza inanıyorsanız, güçlü olan kazanıra inanıyorsanız, denk geldi tesadüfe inanıyorsanız öyle bir teknoloji kurarsınız, öyle bir ekonomi kurarsınız, öyle bir siyaset kurarsınız, öyle bir hukuk kurarsınız. Eğer siz hayır bu evren rastlantısal değildir, bir kadiri mutlakın yarattığı amaçsız, sebepsiz hiçbir şey yoktur derseniz bu başka bir şey çıkar. İşte yapmamız gereken kendi ontolojimize göre yeni bir teknoloji paradigması üretmektir.</w:t>
      </w:r>
    </w:p>
    <w:p>
      <w:pPr>
        <w:keepNext/>
      </w:pPr>
      <w:hyperlink r:id="rId121">
        <w:r>
          <w:rPr>
            <w:color w:val="1155CC"/>
            <w:u w:val="single"/>
          </w:rPr>
          <w:t>01:21:53 – 01:22:33</w:t>
        </w:r>
      </w:hyperlink>
      <w:r>
        <w:rPr>
          <w:b/>
        </w:rPr>
        <w:t xml:space="preserve">  |  Türkçe</w:t>
      </w:r>
    </w:p>
    <w:p>
      <w:r>
        <w:t>Bugün Müslümanların omuzundaki en büyük sorumluluk budur. Onların ürettiklerini alıp bizimmiş gibi yapmak asıl bu değildir. Böyle medeniyet üretemeyiz. Böyle bu kültür değişmeyecek. Onlar gibi olacağız. Hiçbir şey değişmeyecek size söyleyeyim. Hepiniz yaşadığınız hayatı daha modern yaşadıkça, daha kapitalist yaşadıkça, daha iyi yaşadıkça, daha çok teknoloji kullandıkça ne tarafa gidiyorsunuz? Ne tarafa gidiyorsunuz? Onun için konuşmayla olmuyor sadece.</w:t>
      </w:r>
    </w:p>
    <w:p>
      <w:pPr>
        <w:keepNext/>
      </w:pPr>
      <w:hyperlink r:id="rId122">
        <w:r>
          <w:rPr>
            <w:color w:val="1155CC"/>
            <w:u w:val="single"/>
          </w:rPr>
          <w:t>01:22:33 – 01:23:14</w:t>
        </w:r>
      </w:hyperlink>
      <w:r>
        <w:rPr>
          <w:b/>
        </w:rPr>
        <w:t xml:space="preserve">  |  Türkçe</w:t>
      </w:r>
    </w:p>
    <w:p>
      <w:r>
        <w:t>Bu inancın sahaya çıkması gerekiyor. O bir hayat kurması gerekiyor. O yeni bir dünya kurması lazım. Antolojiden bağımsız bir teknoloji yoktur. Şu anda bir şey yapamasak bile bu farkındalığımızı kurban edemeyiz. Bizim her şeyimiz budur. Yani batı hiçbir zaman dürüst olmamıştır. Adamlar çektikleri simülasyon filmleri, mesela Matrix, Thirteenth Floor, Inception, Free Guy, izlediniz mi bu filmleri?</w:t>
      </w:r>
    </w:p>
    <w:p>
      <w:pPr>
        <w:keepNext/>
      </w:pPr>
      <w:hyperlink r:id="rId123">
        <w:r>
          <w:rPr>
            <w:color w:val="1155CC"/>
            <w:u w:val="single"/>
          </w:rPr>
          <w:t>01:23:14 – 01:24:08</w:t>
        </w:r>
      </w:hyperlink>
      <w:r>
        <w:rPr>
          <w:b/>
        </w:rPr>
        <w:t xml:space="preserve">  |  Türkçe</w:t>
      </w:r>
    </w:p>
    <w:p>
      <w:r>
        <w:t>Bunların hepsi din anlatır. Hepsi size veriden başka bir şey yoktur, siz bir verisiniz, Tanrı da yoktur, siz de yoksunuz, sorumluluk da yoktur, bunu anlatırlar. Ama bunu film gibi, teknoloji gibi anlatırlar. Bunları görmemiz gerekiyor. Teşekkür ediyorum. Evet, Abdurrahman Bulut Beyefendi'ye yaptıkları bu sından dolayı, enfes sundan dolayı teşekkür ediyoruz. Şimdi soru cevap kısmına geçebiliriz. Aslında bize ayrılan süre bitti. Dışarıda çay, kahve ikramlarımız var. Ama zannediyorum herhalde daha fazla burada kalan insan olacak. Onun için soruları alabiliriz. Buyurun.</w:t>
      </w:r>
    </w:p>
    <w:p>
      <w:pPr>
        <w:keepNext/>
      </w:pPr>
      <w:hyperlink r:id="rId124">
        <w:r>
          <w:rPr>
            <w:color w:val="1155CC"/>
            <w:u w:val="single"/>
          </w:rPr>
          <w:t>01:24:08 – 01:24:49</w:t>
        </w:r>
      </w:hyperlink>
      <w:r>
        <w:rPr>
          <w:b/>
        </w:rPr>
        <w:t xml:space="preserve">  |  Türkçe</w:t>
      </w:r>
      <w:r>
        <w:rPr>
          <w:i/>
        </w:rPr>
        <w:t xml:space="preserve">  • Kontrol</w:t>
      </w:r>
    </w:p>
    <w:p>
      <w:r>
        <w:t>Ben hemen sorayım o zaman. Bu arada yani bu ana salonda yapıl... Şey yapabilirsiniz yani çıkmak isteyen çıkabilir ama biz herhalde daha fazla kalacağız, devam edeceğiz gibi gözüküyoruz. Bu da ana salonda yapılması gereken bir sunumdu bence. Çok önemli bir konu. Teşekkür ederim. Abdurrahman Hocam gerçekten bugüne kadar bu alanda izlediğim en güzel sunumu yaptı. Hemen sorumu sorayım hocam. Bir taraf bir yerde anlayamadım. Sanki ufak bir çelişki geldi bana ama son sözlerinizden çelişki olmaması gerektiğini düşünüyorum. Siz dediniz ya hani teknolojiyi iyilik içinde kullanabiliriz, şer içinde kullanabiliriz. Bunu biraz eleştirdiniz sanki ama sonunda geldiğiniz noktada kendimize ait bir ontoloji dediniz. İşte Haseri Hocamız da aslında biraz bizim projede de tam bu mantıkla yani kendi ontolojimizi kuralım.</w:t>
      </w:r>
    </w:p>
    <w:p>
      <w:pPr>
        <w:keepNext/>
      </w:pPr>
      <w:hyperlink r:id="rId125">
        <w:r>
          <w:rPr>
            <w:color w:val="1155CC"/>
            <w:u w:val="single"/>
          </w:rPr>
          <w:t>01:24:49 – 01:25:31</w:t>
        </w:r>
      </w:hyperlink>
      <w:r>
        <w:rPr>
          <w:b/>
        </w:rPr>
        <w:t xml:space="preserve">  |  Türkçe</w:t>
      </w:r>
      <w:r>
        <w:rPr>
          <w:i/>
        </w:rPr>
        <w:t xml:space="preserve">  • Kontrol</w:t>
      </w:r>
    </w:p>
    <w:p>
      <w:r>
        <w:t>O bazı modeller bizim hakikatlerimizi, ahlakımızı, fıtrat merkezli kainat ve insan tasavvurumuzu ezmesin diye yola çıktık. Yani bu tabii ki biz el elem düzeyinde de bu verileri keşke kendi inançlarımıza, kendi ilmi müktesebatımıza göre kurabilseydik. Ama o çok maliyetli bir şey. Ve siz Microsoft'ta çalışıyorsunuz ama hali hazırda ontolojilerle biz gerçekten çok iyi bir düzeye getirebiliyoruz yani aldığımız cevapları. Kısmen yaparsınız. Kısmen evet ama yani bir adımdır. Sizin söylediklerinizden şöyle bir hissiyata kapılanlar olabilir size bunu sormak istiyorum. Yani bunu böyle çok idealist bir noktada kurarsak oraya varana kadar gerçekten çok şey kaybedebiliriz. Elimizden geldiğince bugün atabildiğimiz adımları atarak dediğiniz yönden.</w:t>
      </w:r>
    </w:p>
    <w:p>
      <w:pPr>
        <w:keepNext/>
      </w:pPr>
      <w:hyperlink r:id="rId126">
        <w:r>
          <w:rPr>
            <w:color w:val="1155CC"/>
            <w:u w:val="single"/>
          </w:rPr>
          <w:t>01:25:31 – 01:26:11</w:t>
        </w:r>
      </w:hyperlink>
      <w:r>
        <w:rPr>
          <w:b/>
        </w:rPr>
        <w:t xml:space="preserve">  |  Türkçe</w:t>
      </w:r>
    </w:p>
    <w:p>
      <w:r>
        <w:t>Ben ona karşı değilim hocam. Ben hibrit modeli savunuyorum. Ben burada işin ideal kısmını konuştum. Çünkü öbür tarafı çok fazla konuşuluyor. Yani ben şunu demiyorum. Yani idealizmle realizm dengesi tartışılmaz. Yani sahada ne yapabiliriz? Bir an evvel bu ayrı bir şey. Ama bunu yapmanın bir problemi var. Sahaya tapmaya başlıyoruz. Yapmayacağının tek bir yolu var. Farkındalığını koruyacaksın. Öyle yarın bu işte iki tarafa da çalışır demeye başladın mı hocam? Öyle giderek yüzeyde yüzeyde bu da uğraşılmaz, bununla da baş edemeyiz, bu çok pahalı bir iş.</w:t>
      </w:r>
    </w:p>
    <w:p>
      <w:pPr>
        <w:keepNext/>
      </w:pPr>
      <w:hyperlink r:id="rId127">
        <w:r>
          <w:rPr>
            <w:color w:val="1155CC"/>
            <w:u w:val="single"/>
          </w:rPr>
          <w:t>01:26:11 – 01:26:54</w:t>
        </w:r>
      </w:hyperlink>
      <w:r>
        <w:rPr>
          <w:b/>
        </w:rPr>
        <w:t xml:space="preserve">  |  Türkçe</w:t>
      </w:r>
    </w:p>
    <w:p>
      <w:r>
        <w:t>Pahalı olan onların yaptığı yoldur. Siz çok daha farklı bir şey bulabilirsiniz hocam. Hocam bakın paradigmanın dışına çıkmayı göze alamıyorsanız, denizin yarılacağına inanmıyorsanız inancınızı gözden geçirin. Bunların yaptıkları ipleri bize yılan diye gösteriyorlar. Orada canlı bir şey yok. Tamam. Biz bu büyüğü kaldırmak zorundayız. Bütün nübüvvetin söylediği budur zaten. Tamam. Yani onlar, şimdi işin kolayı nedir biliyor musun? Bizim Müslümanların en çok kaydıkları yer şurası.</w:t>
      </w:r>
    </w:p>
    <w:p>
      <w:pPr>
        <w:keepNext/>
      </w:pPr>
      <w:hyperlink r:id="rId128">
        <w:r>
          <w:rPr>
            <w:color w:val="1155CC"/>
            <w:u w:val="single"/>
          </w:rPr>
          <w:t>01:26:55 – 01:27:33</w:t>
        </w:r>
      </w:hyperlink>
      <w:r>
        <w:rPr>
          <w:b/>
        </w:rPr>
        <w:t xml:space="preserve">  |  Türkçe</w:t>
      </w:r>
    </w:p>
    <w:p>
      <w:r>
        <w:t>Problemi çok büyük görünce problem yoka geliyor iş. Denizin yarılacağına, bakın Kur'an-ı Kerim'i açın. Bize verilen örneklikler. Hiçbir işi rasyonel şeyler değildir. Akıl işi değildir. Yani din budur zaten. Dinin bütün bize söylediği sizin bu gördüğünüzün dışında bir gerçeklik var. Tuttuğunuz, dokunduğunuzdan ibaret değildir bu varlık. Bunu böyle kabul ettiğinizde secde de etseniz materyalist olursunuz.</w:t>
      </w:r>
    </w:p>
    <w:p>
      <w:pPr>
        <w:keepNext/>
      </w:pPr>
      <w:hyperlink r:id="rId129">
        <w:r>
          <w:rPr>
            <w:color w:val="1155CC"/>
            <w:u w:val="single"/>
          </w:rPr>
          <w:t>01:27:35 – 01:28:16</w:t>
        </w:r>
      </w:hyperlink>
      <w:r>
        <w:rPr>
          <w:b/>
        </w:rPr>
        <w:t xml:space="preserve">  |  Türkçe</w:t>
      </w:r>
    </w:p>
    <w:p>
      <w:r>
        <w:t>Biz bir gerçeklik algısı satın alıyoruz bu sistemde. milim milim, santim santim, gram gram fark etmeden oluyor. İslam'la İslam'dan uzaklaşıyoruz. Bütün gerçeklik algımız gittiğinde, size söyleyeyim bakın, yani bir şeyler elde etmek için öyle bir şeyi veriyoruz ki elimizde hiçbir şey kalmıyor. Ben pazarlığa karşı değilim. Ama neyi verdiğine dikkat etmen gerekir. Tevhidin ve nübüvvetin bütün temeli budur. Dolayısıyla bu paradigmalar camdan tavandır.</w:t>
      </w:r>
    </w:p>
    <w:p>
      <w:pPr>
        <w:keepNext/>
      </w:pPr>
      <w:hyperlink r:id="rId130">
        <w:r>
          <w:rPr>
            <w:color w:val="1155CC"/>
            <w:u w:val="single"/>
          </w:rPr>
          <w:t>01:28:17 – 01:29:00</w:t>
        </w:r>
      </w:hyperlink>
      <w:r>
        <w:rPr>
          <w:b/>
        </w:rPr>
        <w:t xml:space="preserve">  |  Türkçe</w:t>
      </w:r>
    </w:p>
    <w:p>
      <w:r>
        <w:t>Bunun dışında bir yol mümkün değildir dediğimiz anda bu imanı sorgulamaktır. Her zaman bir yol vardır. Onların peşinden giderek bir yol bulamazsınız onların yaptığından başka. Çünkü aynı yolu geliyorsunuz. Adam backbone propagation yapıyor, sen de alıyorsun backbone propagation'ı, öteden model getiriyorsun. Biraz daha farklı bak. Bak, backbone propagation'ın alternatifini yazın. Dünya değişir. Bütün hardware değişir. Kendileri bak uğraşıyorlar. Bu problemin temelinde yine backbone propagation var. Teknik olarak da konuşabiliriz. Yani RHLF sistemi temelde felsefi bir tercihtir.</w:t>
      </w:r>
    </w:p>
    <w:p>
      <w:pPr>
        <w:keepNext/>
      </w:pPr>
      <w:hyperlink r:id="rId131">
        <w:r>
          <w:rPr>
            <w:color w:val="1155CC"/>
            <w:u w:val="single"/>
          </w:rPr>
          <w:t>01:29:02 – 01:29:45</w:t>
        </w:r>
      </w:hyperlink>
      <w:r>
        <w:rPr>
          <w:b/>
        </w:rPr>
        <w:t xml:space="preserve">  |  Türkçe</w:t>
      </w:r>
    </w:p>
    <w:p>
      <w:r>
        <w:t>Bakın, yapay zeka şirketlerinin hepsi felsefecileri almaya başladılar. Geçenlerde her dinden adamlar çağırdılar. Bu işi onlar çözemez, Müslümanlar çözebilir. Ama taklitçi Müslümanlar değil. Anlatabiliyor muyum? Kusura bakmayın biraz sert konuşuyorum çünkü gerçekten üzülüyorum yani. Elimizdekinin ne olduğunu bilmiyoruz. Biz büyüsüne kapılıyoruz bu işin. Onlar birer ip. Sizin elinizde bir asa varsa o büyüyü bozabilirsiniz. Gerçeklik algısını değiştirebilirsiniz. Denizde yarılabilir paradigmayı aşabilirsiniz</w:t>
      </w:r>
    </w:p>
    <w:p>
      <w:pPr>
        <w:keepNext/>
      </w:pPr>
      <w:hyperlink r:id="rId132">
        <w:r>
          <w:rPr>
            <w:color w:val="1155CC"/>
            <w:u w:val="single"/>
          </w:rPr>
          <w:t>01:29:45 – 01:30:28</w:t>
        </w:r>
      </w:hyperlink>
      <w:r>
        <w:rPr>
          <w:b/>
        </w:rPr>
        <w:t xml:space="preserve">  |  Türkçe</w:t>
      </w:r>
      <w:r>
        <w:rPr>
          <w:i/>
        </w:rPr>
        <w:t xml:space="preserve">  • Kontrol</w:t>
      </w:r>
    </w:p>
    <w:p>
      <w:r>
        <w:t>Bu örneklikler bugün için geçerlidir Tarih basalları değildir bunlar Ama derseniz ki kardeşim bu kadar şey bununla buradan hepsi de değişir mi? O zaman bir cümleyle bitireyim En büyük problemimiz ne biliyor musunuz? İnni küntümüne zalimin diyemiyoruz Diyemiyoruz Çok zor geliyor bize Çocuklarımız gidiyor Nesillerimiz gitti Hala teknolojinin altındaki ana girdik kodların ne yaptığını anlamıyoruz</w:t>
      </w:r>
    </w:p>
    <w:p>
      <w:pPr>
        <w:keepNext/>
      </w:pPr>
      <w:hyperlink r:id="rId133">
        <w:r>
          <w:rPr>
            <w:color w:val="1155CC"/>
            <w:u w:val="single"/>
          </w:rPr>
          <w:t>01:30:28 – 01:31:10</w:t>
        </w:r>
      </w:hyperlink>
      <w:r>
        <w:rPr>
          <w:b/>
        </w:rPr>
        <w:t xml:space="preserve">  |  Türkçe</w:t>
      </w:r>
      <w:r>
        <w:rPr>
          <w:i/>
        </w:rPr>
        <w:t xml:space="preserve">  • Kontrol</w:t>
      </w:r>
    </w:p>
    <w:p>
      <w:r>
        <w:t>Bu bir medeniyet savaşıdır Teknoloji savaşı değil Para savaşı yapmıyoruz Silah savaşı yapmıyoruz Kavramlar savaşı yapıyoruz Allah İbrahim Aleyhisselam'ı neyle imtihan etti? Kelimelerle Kazanınca ne ne oldu? İnsanlığa önder oldu. Teknoloji sora gelir. Bakın, hakikatle gerçek arasındaki farkı söyleyeyim size. Bakın, Tarık buraya diyorlar ki, hakikat yerine gerçek kullansak ne olur? Diyor ki, hakikati kaybederiz. Hakikat, varlığı hak ile bilmektir.</w:t>
      </w:r>
    </w:p>
    <w:p>
      <w:pPr>
        <w:keepNext/>
      </w:pPr>
      <w:hyperlink r:id="rId134">
        <w:r>
          <w:rPr>
            <w:color w:val="1155CC"/>
            <w:u w:val="single"/>
          </w:rPr>
          <w:t>01:31:12 – 01:31:52</w:t>
        </w:r>
      </w:hyperlink>
      <w:r>
        <w:rPr>
          <w:b/>
        </w:rPr>
        <w:t xml:space="preserve">  |  Türkçe</w:t>
      </w:r>
    </w:p>
    <w:p>
      <w:r>
        <w:t>Germek ve çekmekle bir ilgisi yoktur. Hiçbir ilgisi yoktur. Bir soru daha alalım. Soru değil de bir ufak bir katkı olsun diye şey yapayım diyorum. Sempozyum konusu aslında Bediüzzaman Said Nursi başlığında. Her üç hocamın anlattıklarından özellikle Abdurrahman hocamın anlatışından Said Nursi diyor ki bütün öğrendiklerimi dört kelimeyle özetliyorum. Bütün hepsini bu aslında onun paradigmasının ne temelinde olduğunu söylüyor. Manayi ismi, manayi harfi meselesi. Zannediyorum anlattığınız tam bu.</w:t>
      </w:r>
    </w:p>
    <w:p>
      <w:pPr>
        <w:keepNext/>
      </w:pPr>
      <w:hyperlink r:id="rId135">
        <w:r>
          <w:rPr>
            <w:color w:val="1155CC"/>
            <w:u w:val="single"/>
          </w:rPr>
          <w:t>01:31:53 – 01:32:35</w:t>
        </w:r>
      </w:hyperlink>
      <w:r>
        <w:rPr>
          <w:b/>
        </w:rPr>
        <w:t xml:space="preserve">  |  Türkçe</w:t>
      </w:r>
    </w:p>
    <w:p>
      <w:r>
        <w:t>Yani arkada yatan şey ne zamanki manayi harfi bakış tarzı olursa o zaman bunu kazanabiliriz. Bir de bir şey sormak istiyorum. Bu ayrılanlar sizin endişelerinizden dolayı mı ayrıldılar? Gelecekteki öngörünüz ne? Yani yapay zekalar savaşı mı olacak? Mesela diyelim ki bugün bu yapay zeka çok artık hakim pozisyonuna geldi. Sizin dediğiniz ontolojiye dayalı yapay zekaları ürettik. Bunun neticesinde gelecekte ne olacak? Bundan alakalı. Bir de ben tefsir hocasıyım. Bir şey söyleyeyim. وَمَا ظَلَمَهُمُ اللّٰهُ وَلَكِنْ كَانُوا اَنْفُسَهُمْ يَظْلِمُوا</w:t>
      </w:r>
    </w:p>
    <w:p>
      <w:pPr>
        <w:keepNext/>
      </w:pPr>
      <w:hyperlink r:id="rId136">
        <w:r>
          <w:rPr>
            <w:color w:val="1155CC"/>
            <w:u w:val="single"/>
          </w:rPr>
          <w:t>01:32:35 – 01:33:18</w:t>
        </w:r>
      </w:hyperlink>
      <w:r>
        <w:rPr>
          <w:b/>
        </w:rPr>
        <w:t xml:space="preserve">  |  Türkçe</w:t>
      </w:r>
      <w:r>
        <w:rPr>
          <w:i/>
        </w:rPr>
        <w:t xml:space="preserve">  • Kontrol</w:t>
      </w:r>
    </w:p>
    <w:p>
      <w:r>
        <w:t>Bir, ikincisi ظَهَرَ الْفَسَادُ فِي الْبَرِّ وَالْبَحْرِ بِمَا كَسَبَتْ اَيْدِ النَّاسِ Rum Suresi 41. Bir tane de ben söyleyeyim. Başınıza gelen bütün kötülükler kendi ellerinizle kazandıklarınızdan dolayıdır. Allah çoğunu affettiğine. Gelecek öngörünüzü kısaca söyleyin. Nedir? Savaş olacak bu yapay zekalar arasında. Ben Microsoft'ta 12 yıl çalıştım. 6 yıl önce ayrıldım. Ayrılanlar politik tarafı olabilir bu sahaya yansıyanın. Biz teknik tarafını biliyoruz. Yani bu söylediklerini, açıkladıklarına inararak kabul ediyoruz. Kesinlikle erdemli bir şekilde ayrılıklarını söylüyorlar.</w:t>
      </w:r>
    </w:p>
    <w:p>
      <w:pPr>
        <w:keepNext/>
      </w:pPr>
      <w:hyperlink r:id="rId137">
        <w:r>
          <w:rPr>
            <w:color w:val="1155CC"/>
            <w:u w:val="single"/>
          </w:rPr>
          <w:t>01:33:18 – 01:34:03</w:t>
        </w:r>
      </w:hyperlink>
      <w:r>
        <w:rPr>
          <w:b/>
        </w:rPr>
        <w:t xml:space="preserve">  |  Türkçe</w:t>
      </w:r>
    </w:p>
    <w:p>
      <w:r>
        <w:t>Çok büyük bir risk olduğunu söylüyorlar ve insanlığı yok ediyoruz diyorlar. Gelecekte ne olacak bilmiyorum, Allah bilir. Yani ben şöyle söyleyeyim. Bugüne biz ya da erdemli... Bakın dünyada bu endişeyi en az Müslümanlarsa... Bak ben bunu ateistlerle dünyada konuştum. Hristiyanlarla, Yahudilerle onlar çok daha fazla bu problemi anlıyorlar. Biz teknoloji hayranıyız. Bunu bir tarafa bırakmamız lazım. Yani gelecekle ilgili bence şu anda eğer Allah müdahale edebilir, onu bilmiyorum ne yapacağını,</w:t>
      </w:r>
    </w:p>
    <w:p>
      <w:pPr>
        <w:keepNext/>
      </w:pPr>
      <w:hyperlink r:id="rId138">
        <w:r>
          <w:rPr>
            <w:color w:val="1155CC"/>
            <w:u w:val="single"/>
          </w:rPr>
          <w:t>01:34:03 – 01:34:44</w:t>
        </w:r>
      </w:hyperlink>
      <w:r>
        <w:rPr>
          <w:b/>
        </w:rPr>
        <w:t xml:space="preserve">  |  Türkçe</w:t>
      </w:r>
    </w:p>
    <w:p>
      <w:r>
        <w:t>biz eğer Müslümanlar olarak bu diğer erdemli insanlarla beraber buna bir çözüm getirmesek, Bence büyük bir distopyaya doğru gidiyoruz Aslında biz o distopyanın içindeyiz İnsanlık yok oluyor Ben şöyle bir cümle kullanıyorum Bugün Müslümanın biricik salih ameli insanlığın erdemi ve vicdanı olmaktır İnsanlık yok oluyor Yaptıkları iş insanlığı yok ediyorlar Teknolojinin kontrol ettiği, cinsiyetin olmadığı, ahlakın, erdemin hiçbir şeyin olmadığı bir dünyaya doğru gidiyoruz Ve bunu başarıyorlar Başarıyorlar, başarıyorlar.</w:t>
      </w:r>
    </w:p>
    <w:p>
      <w:pPr>
        <w:keepNext/>
      </w:pPr>
      <w:hyperlink r:id="rId139">
        <w:r>
          <w:rPr>
            <w:color w:val="1155CC"/>
            <w:u w:val="single"/>
          </w:rPr>
          <w:t>01:34:45 – 01:35:25</w:t>
        </w:r>
      </w:hyperlink>
      <w:r>
        <w:rPr>
          <w:b/>
        </w:rPr>
        <w:t xml:space="preserve">  |  Türkçe</w:t>
      </w:r>
    </w:p>
    <w:p>
      <w:r>
        <w:t>Eğer biz bir şey yapmazsak, ha problem çok büyük ama ecri de çok büyük yani. Gelecekte eğer ben ona diyor, bunu benim Hanif Teknoloji programlarım var, ben yeni bir teknoloji modelini, ben ona Hanif Teknoloji diyorum. İnsan insan savaşı bu büyük bir ihtimalle bitiyor. Biz, geleceğin tevhid mücadelesi şöyle olmalı diyorum ben. Onlar bunu teknolojiyle yapıyorlar, bunun karşısına hanif bir teknoloji çıkartmamız gerekir. Ahlakı bizim ontolojimizden alan bir teknoloji, o teknolojinin zararlarını telafi edebilmeli. Tek tek insanla olmaz bu iş.</w:t>
      </w:r>
    </w:p>
    <w:p>
      <w:pPr>
        <w:keepNext/>
      </w:pPr>
      <w:hyperlink r:id="rId140">
        <w:r>
          <w:rPr>
            <w:color w:val="1155CC"/>
            <w:u w:val="single"/>
          </w:rPr>
          <w:t>01:35:26 – 01:36:10</w:t>
        </w:r>
      </w:hyperlink>
      <w:r>
        <w:rPr>
          <w:b/>
        </w:rPr>
        <w:t xml:space="preserve">  |  Türkçe</w:t>
      </w:r>
    </w:p>
    <w:p>
      <w:r>
        <w:t>Ama bu paradigma değişikliği gerektiriyor, bir ufuk gerektiriyor. 15 kişi bakın dünya, çok adama gerek yok yani. 20 yazılımcı dünyayı değiştirebilir, sandığınız kadar zor değil o işler. Ama çok para gerekiyor. Evet, o yoldan yaparsan çok para gerekiyor. Hala şartlı düşünüyorsun. Belki başka yolu var. Varlık, fıtrat bizden mi yana onlardan mı yana? Onlar akıntıya kürek çekiyorlar. Bakın, ayette diyor ki, her zorluk bir kolaylıkla gelir değil mi?</w:t>
      </w:r>
    </w:p>
    <w:p>
      <w:pPr>
        <w:keepNext/>
      </w:pPr>
      <w:hyperlink r:id="rId141">
        <w:r>
          <w:rPr>
            <w:color w:val="1155CC"/>
            <w:u w:val="single"/>
          </w:rPr>
          <w:t>01:36:11 – 01:36:51</w:t>
        </w:r>
      </w:hyperlink>
      <w:r>
        <w:rPr>
          <w:b/>
        </w:rPr>
        <w:t xml:space="preserve">  |  Türkçe</w:t>
      </w:r>
    </w:p>
    <w:p>
      <w:r>
        <w:t>Bu bir müjdedir. Yani bu kadar negatif şey oluyor ama aslında bir şey de söylüyor bize bu değil mi? Bunun bir de kolay tarafı var yani. Allah aslında yarattığını bize öğretiyor. Mutlaka bir açığı vardır. Hiçbir güç zafiyetsiz gelmez. Gelmez. O sadece Allah'a aittir. Onun dışındaki bütün güçler zafiyetle gelir. O zafiyet size bir kolaylık getirir. Bütün dünya bir noktadan ifsad ediliyorsa, bütün dünya bir noktadan inşa edilebilir. Şu 400-500 yılın aydınlanma sonrasının bizi öğrettiği en önemli ders budur.</w:t>
      </w:r>
    </w:p>
    <w:p>
      <w:pPr>
        <w:keepNext/>
      </w:pPr>
      <w:hyperlink r:id="rId142">
        <w:r>
          <w:rPr>
            <w:color w:val="1155CC"/>
            <w:u w:val="single"/>
          </w:rPr>
          <w:t>01:36:51 – 01:37:36</w:t>
        </w:r>
      </w:hyperlink>
      <w:r>
        <w:rPr>
          <w:b/>
        </w:rPr>
        <w:t xml:space="preserve">  |  Türkçe</w:t>
      </w:r>
      <w:r>
        <w:rPr>
          <w:i/>
        </w:rPr>
        <w:t xml:space="preserve">  • Kontrol</w:t>
      </w:r>
    </w:p>
    <w:p>
      <w:r>
        <w:t>Zorla olarak öğrensek bile biz yeni bir medeniyet kurarsak bizim kuracağımız teknolojinin, bilimin, hukukun, ekonominin tamir ediciliği onların tahrip ediciliğinden çok yukarıdadır. Çünkü fıtrat bizden yanadır. Asıl olan hayırdır. Onların 500 yılda yaptığını 50 yılda silebiliriz ama buna inanmak gerekiyor. Ben gelecekte böyle idealist Müslümanların dünyayı değiştirebileceğini düşünüyorum. Bu kalabalıkların işi değil. Ben bu programlarda birine çarpar da aklına bir şey gelirse o çocukların gider bir şey yapar diye konuşuyorum.</w:t>
      </w:r>
    </w:p>
    <w:p>
      <w:pPr>
        <w:keepNext/>
      </w:pPr>
      <w:hyperlink r:id="rId143">
        <w:r>
          <w:rPr>
            <w:color w:val="1155CC"/>
            <w:u w:val="single"/>
          </w:rPr>
          <w:t>01:37:37 – 01:38:21</w:t>
        </w:r>
      </w:hyperlink>
      <w:r>
        <w:rPr>
          <w:b/>
        </w:rPr>
        <w:t xml:space="preserve">  |  Türkçe</w:t>
      </w:r>
    </w:p>
    <w:p>
      <w:r>
        <w:t>Bu şey bir mesele değil yani. Bir vakıf kuralım şurada yapalım böyle bir iş değil bu. İstisna, normal adamlar yapmaz bu işi. Özür dileyerek söylüyorum. Sıra dışı olması lazım değil mi? Sıra dışı olması lazım. Dünyayı delilerle veliler değiştirir. Öbürleri peşlerinden gider hocam. Çok teşekkür ediyoruz. Hakikaten çok istifadeli oldu. Küçük bir soru. Bugünkü yapay zekaya sorsam. Ben İstanbul'dayım. Kendimi çok iyi hissetmiyorum. İntihar etmek istiyorum. Bana uygun bir yer söyler misin desek? Ne der acaba? İlk başta intihar et demez. Ama yavaş yavaş gelebilir oraya. Evet, teşekkür ederiz. Abdurrahman Hocam'a katılımından dolayı çok teşekkür ediyoruz. Bir katılım belgemiz var.</w:t>
      </w:r>
    </w:p>
    <w:p>
      <w:pPr>
        <w:keepNext/>
      </w:pPr>
      <w:hyperlink r:id="rId144">
        <w:r>
          <w:rPr>
            <w:color w:val="1155CC"/>
            <w:u w:val="single"/>
          </w:rPr>
          <w:t>01:38:22 – 01:39:03</w:t>
        </w:r>
      </w:hyperlink>
      <w:r>
        <w:rPr>
          <w:b/>
        </w:rPr>
        <w:t xml:space="preserve">  |  Türkçe</w:t>
      </w:r>
      <w:r>
        <w:rPr>
          <w:i/>
        </w:rPr>
        <w:t xml:space="preserve">  • Kontrol</w:t>
      </w:r>
    </w:p>
    <w:p>
      <w:r>
        <w:t>Eyvallah. Evet, Osman Hocam. Osman Hocam bir müsaade ederseniz fotoğraf için. Teşekkürler. Ben teşekkür ediyorum. Hocam ayaklarınızı sağlık. Kuşura bakmayın. sorularınız varsa dışarıda belki sorulabilir programımız bitti çünkü yeni program başlayacak evet vakit müsaitse hocama herkesin istifadesine sebep olacak söylediği bir şeyin bir hikmetli bir meseleyle tamamlanması</w:t>
      </w:r>
    </w:p>
    <w:p>
      <w:pPr>
        <w:keepNext/>
      </w:pPr>
      <w:hyperlink r:id="rId145">
        <w:r>
          <w:rPr>
            <w:color w:val="1155CC"/>
            <w:u w:val="single"/>
          </w:rPr>
          <w:t>01:39:03 – 01:39:45</w:t>
        </w:r>
      </w:hyperlink>
      <w:r>
        <w:rPr>
          <w:b/>
        </w:rPr>
        <w:t xml:space="preserve">  |  Türkçe</w:t>
      </w:r>
      <w:r>
        <w:rPr>
          <w:i/>
        </w:rPr>
        <w:t xml:space="preserve">  • Kontrol</w:t>
      </w:r>
    </w:p>
    <w:p>
      <w:r>
        <w:t>söz konusu hocam müsaade ederse sormak istiyorum Buyurun hocam. Sevgili hocam, sayılar her şeydir, daha sonra veriler her şeydir oldu. Bu imtihan İmtihan Hazreti Adem ile iblis hikayesinde başladı. İblis sayılar dedi. Adem veri dedi. Bu veriydi. Ama veri de yetmedi Adem'e. Yeryüzüne indi. Ve orada hikmetle La İlahe İllallah Muhammeden Resulullah'ı bulduktan sonra necat oldu.</w:t>
      </w:r>
    </w:p>
    <w:p>
      <w:pPr>
        <w:keepNext/>
      </w:pPr>
      <w:hyperlink r:id="rId146">
        <w:r>
          <w:rPr>
            <w:color w:val="1155CC"/>
            <w:u w:val="single"/>
          </w:rPr>
          <w:t>01:39:45 – 01:40:26</w:t>
        </w:r>
      </w:hyperlink>
      <w:r>
        <w:rPr>
          <w:b/>
        </w:rPr>
        <w:t xml:space="preserve">  |  Türkçe</w:t>
      </w:r>
    </w:p>
    <w:p>
      <w:r>
        <w:t>oldu. Le ilahe illallah Muhammed'e Resulullah'ın sırrı neydi? Tevhid ve halakayı bulma meselesiydi. O da ahlaktı hocam. Problem veride değil hocam. İmansız veride. Tanrısız veri yakar insanı. Bugün yakan odur. Ahlaksız, erdemsiz veridir. Veri Tanrı oldu bugün. Sekülerliktir bu. Sekülerlik Fransız ihtilaliyle filan başlamadı Aydınlanmayla modern bilimle başladı Buna Seyit Hüseyin Nasır</w:t>
      </w:r>
    </w:p>
    <w:p>
      <w:pPr>
        <w:keepNext/>
      </w:pPr>
      <w:hyperlink r:id="rId147">
        <w:r>
          <w:rPr>
            <w:color w:val="1155CC"/>
            <w:u w:val="single"/>
          </w:rPr>
          <w:t>01:40:27 – 01:40:44</w:t>
        </w:r>
      </w:hyperlink>
      <w:r>
        <w:rPr>
          <w:b/>
        </w:rPr>
        <w:t xml:space="preserve">  |  Türkçe</w:t>
      </w:r>
    </w:p>
    <w:p>
      <w:r>
        <w:t>Desacralization Bilginin Kutsallıktan ayrılmasıdır bu Kopardık biz Erdem'le bir rasyonalizm Bunu getirdi işte yani Materyal bir hayat yaşıyoruz Bu hayatı yaşadıkça Materyalistleşiyoruz Teşekkür ediyoruz</w:t>
      </w:r>
    </w:p>
    <w:p>
      <w:pPr>
        <w:pStyle w:val="Heading1"/>
      </w:pPr>
      <w:r>
        <w:t>Kontrol notları</w:t>
      </w:r>
    </w:p>
    <w:p>
      <w:r>
        <w:t>47 cümlede otomatik güven/parça sınırı uyarısı, 0 metin boşluğu bulunuyor. Bu işaretler ön inceleme içindir; konuşmacının ne söylediğini kesinleştirmez. Metne dayanarak bir alıntı seçmeden önce bağlantılı video aralığını dinleyin.</w:t>
      </w:r>
    </w:p>
    <w:p>
      <w:hyperlink r:id="rId148">
        <w:r>
          <w:rPr>
            <w:color w:val="1155CC"/>
            <w:u w:val="single"/>
          </w:rPr>
          <w:t>00:03:23</w:t>
        </w:r>
      </w:hyperlink>
      <w:r>
        <w:t xml:space="preserve"> — Düşük güvenli sözcük</w:t>
        <w:br/>
        <w:t>Tamam.</w:t>
      </w:r>
    </w:p>
    <w:p>
      <w:hyperlink r:id="rId149">
        <w:r>
          <w:rPr>
            <w:color w:val="1155CC"/>
            <w:u w:val="single"/>
          </w:rPr>
          <w:t>00:03:44</w:t>
        </w:r>
      </w:hyperlink>
      <w:r>
        <w:t xml:space="preserve"> — Konuşma algısı belirsiz</w:t>
        <w:br/>
        <w:t>tabi ki şey yapıyor, o milletin, o devrin gücüne göre donatıp gönderiyor.</w:t>
      </w:r>
    </w:p>
    <w:p>
      <w:hyperlink r:id="rId150">
        <w:r>
          <w:rPr>
            <w:color w:val="1155CC"/>
            <w:u w:val="single"/>
          </w:rPr>
          <w:t>00:03:50</w:t>
        </w:r>
      </w:hyperlink>
      <w:r>
        <w:t xml:space="preserve"> — Konuşma algısı belirsiz</w:t>
        <w:br/>
        <w:t>Hz. İsa döneminde malumunuz tıp ilmi, o devrin gücü.</w:t>
      </w:r>
    </w:p>
    <w:p>
      <w:hyperlink r:id="rId15">
        <w:r>
          <w:rPr>
            <w:color w:val="1155CC"/>
            <w:u w:val="single"/>
          </w:rPr>
          <w:t>00:03:56</w:t>
        </w:r>
      </w:hyperlink>
      <w:r>
        <w:t xml:space="preserve"> — Konuşma algısı belirsiz</w:t>
        <w:br/>
        <w:t>Dolayısıyla Allah-u Teala Hz. İsa'yı tıp ilmiyle donatıp gönderiyor.</w:t>
      </w:r>
    </w:p>
    <w:p>
      <w:hyperlink r:id="rId151">
        <w:r>
          <w:rPr>
            <w:color w:val="1155CC"/>
            <w:u w:val="single"/>
          </w:rPr>
          <w:t>00:04:01</w:t>
        </w:r>
      </w:hyperlink>
      <w:r>
        <w:t xml:space="preserve"> — Konuşma algısı belirsiz</w:t>
        <w:br/>
        <w:t>Hz. Musa dönemine baktığımız zaman yine aynı şekilde o devrin gücü sihir ilmi oluyor.</w:t>
      </w:r>
    </w:p>
    <w:p>
      <w:hyperlink r:id="rId152">
        <w:r>
          <w:rPr>
            <w:color w:val="1155CC"/>
            <w:u w:val="single"/>
          </w:rPr>
          <w:t>00:04:08</w:t>
        </w:r>
      </w:hyperlink>
      <w:r>
        <w:t xml:space="preserve"> — Düşük güvenli sözcük</w:t>
        <w:br/>
        <w:t>oluyor. Allah-u Teala yine peygamberini sihir ilmiyle donatıp onlara galip gelsin</w:t>
      </w:r>
    </w:p>
    <w:p>
      <w:hyperlink r:id="rId153">
        <w:r>
          <w:rPr>
            <w:color w:val="1155CC"/>
            <w:u w:val="single"/>
          </w:rPr>
          <w:t>00:04:55</w:t>
        </w:r>
      </w:hyperlink>
      <w:r>
        <w:t xml:space="preserve"> — Düşük güvenli sözcük</w:t>
        <w:br/>
        <w:t>Tabii Risale-i Nur'un neşriyatına baktığımız zaman ilk yıllarda biliyorsunuz o zamanki ağabeyler kalemden, ellen, günlerce, aylarca, yıllarca ne yaptılar?</w:t>
      </w:r>
    </w:p>
    <w:p>
      <w:hyperlink r:id="rId154">
        <w:r>
          <w:rPr>
            <w:color w:val="1155CC"/>
            <w:u w:val="single"/>
          </w:rPr>
          <w:t>00:10:10</w:t>
        </w:r>
      </w:hyperlink>
      <w:r>
        <w:t xml:space="preserve"> — Düşük güvenli sözcük</w:t>
        <w:br/>
        <w:t>ve bunu</w:t>
      </w:r>
    </w:p>
    <w:p>
      <w:hyperlink r:id="rId155">
        <w:r>
          <w:rPr>
            <w:color w:val="1155CC"/>
            <w:u w:val="single"/>
          </w:rPr>
          <w:t>00:11:35</w:t>
        </w:r>
      </w:hyperlink>
      <w:r>
        <w:t xml:space="preserve"> — Düşük güvenli sözcük</w:t>
        <w:br/>
        <w:t>Üçüncüsü hayat ve şuur yani insanla makineyi ayırt etmemiz lazım</w:t>
      </w:r>
    </w:p>
    <w:p>
      <w:hyperlink r:id="rId156">
        <w:r>
          <w:rPr>
            <w:color w:val="1155CC"/>
            <w:u w:val="single"/>
          </w:rPr>
          <w:t>00:13:19</w:t>
        </w:r>
      </w:hyperlink>
      <w:r>
        <w:t xml:space="preserve"> — Düşük güvenli sözcük</w:t>
        <w:br/>
        <w:t>Tamam işte bazıları haşa özellikle batı medeniyeti bunu bir tanrı seviyesine kadar çıkartabilecek kadar yüceltebiliyor, hayranlık duyabiliyor.</w:t>
      </w:r>
    </w:p>
    <w:p>
      <w:hyperlink r:id="rId157">
        <w:r>
          <w:rPr>
            <w:color w:val="1155CC"/>
            <w:u w:val="single"/>
          </w:rPr>
          <w:t>00:14:00</w:t>
        </w:r>
      </w:hyperlink>
      <w:r>
        <w:t xml:space="preserve"> — Düşük güvenli sözcük</w:t>
        <w:br/>
        <w:t>Yok. Kullanımı da yani helal ve haram dairesine dikkat ederek, sorumlulukla ne yapmak lazım?</w:t>
      </w:r>
    </w:p>
    <w:p>
      <w:hyperlink r:id="rId33">
        <w:r>
          <w:rPr>
            <w:color w:val="1155CC"/>
            <w:u w:val="single"/>
          </w:rPr>
          <w:t>00:17:13</w:t>
        </w:r>
      </w:hyperlink>
      <w:r>
        <w:t xml:space="preserve"> — Düşük güvenli sözcük</w:t>
        <w:br/>
        <w:t>Tabii bu epistemolojiye birazdan ontolojiye geçmeden önce epistemoloji kısmını biraz kapatalım.</w:t>
      </w:r>
    </w:p>
    <w:p>
      <w:hyperlink r:id="rId158">
        <w:r>
          <w:rPr>
            <w:color w:val="1155CC"/>
            <w:u w:val="single"/>
          </w:rPr>
          <w:t>00:19:04</w:t>
        </w:r>
      </w:hyperlink>
      <w:r>
        <w:t xml:space="preserve"> — Düşük güvenli sözcük</w:t>
        <w:br/>
        <w:t>Birinci adım okuma yani ontoloji oluşturabilen okuma arayüzü, diğeri sohbet insanların bir araya gelip tartışması için bu kavramları, bu ilişkileri, bu ontolojiyi sohbetteki nüktelerin ontolojiye girişini sağlayacak sohbet ortamı, chat ortamı.</w:t>
      </w:r>
    </w:p>
    <w:p>
      <w:hyperlink r:id="rId159">
        <w:r>
          <w:rPr>
            <w:color w:val="1155CC"/>
            <w:u w:val="single"/>
          </w:rPr>
          <w:t>00:27:19</w:t>
        </w:r>
      </w:hyperlink>
      <w:r>
        <w:t xml:space="preserve"> — Düşük güvenli sözcük</w:t>
        <w:br/>
        <w:t>Teşekkür ederim. Söz sizin hocam. Bir 15 dakika sunarsanız ondan sonra yine belki soru cevap kısmı da olabilir. Teşekkürler. Buyurun.</w:t>
      </w:r>
    </w:p>
    <w:p>
      <w:hyperlink r:id="rId160">
        <w:r>
          <w:rPr>
            <w:color w:val="1155CC"/>
            <w:u w:val="single"/>
          </w:rPr>
          <w:t>00:30:53</w:t>
        </w:r>
      </w:hyperlink>
      <w:r>
        <w:t xml:space="preserve"> — Parça birleşimi veya kayıt sonu</w:t>
        <w:br/>
        <w:t>Hatta belki duydunuz veya biliyorsunuz, çok zengin olan insanların çocuklarını gönderdikleri özel okullar tamamen dijital</w:t>
      </w:r>
    </w:p>
    <w:p>
      <w:hyperlink r:id="rId161">
        <w:r>
          <w:rPr>
            <w:color w:val="1155CC"/>
            <w:u w:val="single"/>
          </w:rPr>
          <w:t>00:32:51</w:t>
        </w:r>
      </w:hyperlink>
      <w:r>
        <w:t xml:space="preserve"> — Düşük güvenli sözcük</w:t>
        <w:br/>
        <w:t>Dikkat ettiğiniz gibi çok net bir şekilde okuldaki işlemci kullanımı yani herhangi bir makinayı, bilgisayar ya da bir sistemi kullanan öğrencilerin kullanım dakikaları arttıkça okuma skorlarının net bir şekilde düştüğünü görebiliyoruz.</w:t>
      </w:r>
    </w:p>
    <w:p>
      <w:hyperlink r:id="rId162">
        <w:r>
          <w:rPr>
            <w:color w:val="1155CC"/>
            <w:u w:val="single"/>
          </w:rPr>
          <w:t>00:38:23</w:t>
        </w:r>
      </w:hyperlink>
      <w:r>
        <w:t xml:space="preserve"> — Düşük güvenli sözcük</w:t>
        <w:br/>
        <w:t>ekranlar arasında sürekli geçişler yani bu task switchingler zaman kaybını ve zihinsel yorgunluğu çok yüksek seviyelere çıkarıyor.</w:t>
      </w:r>
    </w:p>
    <w:p>
      <w:hyperlink r:id="rId163">
        <w:r>
          <w:rPr>
            <w:color w:val="1155CC"/>
            <w:u w:val="single"/>
          </w:rPr>
          <w:t>00:40:54</w:t>
        </w:r>
      </w:hyperlink>
      <w:r>
        <w:t xml:space="preserve"> — Parça birleşimi veya kayıt sonu</w:t>
        <w:br/>
        <w:t>Yine Risale-i Nur'da da bu manada imanın kalpten selvedilememesinin ancak</w:t>
      </w:r>
    </w:p>
    <w:p>
      <w:hyperlink r:id="rId164">
        <w:r>
          <w:rPr>
            <w:color w:val="1155CC"/>
            <w:u w:val="single"/>
          </w:rPr>
          <w:t>00:42:32</w:t>
        </w:r>
      </w:hyperlink>
      <w:r>
        <w:t xml:space="preserve"> — Düşük güvenli sözcük</w:t>
        <w:br/>
        <w:t>Ve o günkü en büyük gelişim radyoydu</w:t>
      </w:r>
    </w:p>
    <w:p>
      <w:hyperlink r:id="rId165">
        <w:r>
          <w:rPr>
            <w:color w:val="1155CC"/>
            <w:u w:val="single"/>
          </w:rPr>
          <w:t>00:49:58</w:t>
        </w:r>
      </w:hyperlink>
      <w:r>
        <w:t xml:space="preserve"> — Düşük güvenli sözcük</w:t>
        <w:br/>
        <w:t>Ben şu, ben kendim yaptığım diğer birçok sunumda ya da konferansta şunu söylüyorum.</w:t>
      </w:r>
    </w:p>
    <w:p>
      <w:hyperlink r:id="rId78">
        <w:r>
          <w:rPr>
            <w:color w:val="1155CC"/>
            <w:u w:val="single"/>
          </w:rPr>
          <w:t>00:50:55</w:t>
        </w:r>
      </w:hyperlink>
      <w:r>
        <w:t xml:space="preserve"> — Parça birleşimi veya kayıt sonu</w:t>
        <w:br/>
        <w:t>Hatta sosyal medyayı yasakladılar</w:t>
      </w:r>
    </w:p>
    <w:p>
      <w:hyperlink r:id="rId166">
        <w:r>
          <w:rPr>
            <w:color w:val="1155CC"/>
            <w:u w:val="single"/>
          </w:rPr>
          <w:t>00:53:53</w:t>
        </w:r>
      </w:hyperlink>
      <w:r>
        <w:t xml:space="preserve"> — Düşük güvenli sözcük</w:t>
        <w:br/>
        <w:t>olacak Abdurrahman Bulut 1990 Orta Doğu Teknik Üniversitesi elektronik mühendisliğinden mezun</w:t>
      </w:r>
    </w:p>
    <w:p>
      <w:hyperlink r:id="rId167">
        <w:r>
          <w:rPr>
            <w:color w:val="1155CC"/>
            <w:u w:val="single"/>
          </w:rPr>
          <w:t>00:54:15</w:t>
        </w:r>
      </w:hyperlink>
      <w:r>
        <w:t xml:space="preserve"> — Düşük güvenli sözcük</w:t>
        <w:br/>
        <w:t>Bir yıl Kanada'da farklı şirketlerde, sonra 12 yılda Suudi Arabistan'ın Batı bölgesinde özellikle Microsoft projeler koordinatörlüğünde bulundu.</w:t>
      </w:r>
    </w:p>
    <w:p>
      <w:hyperlink r:id="rId168">
        <w:r>
          <w:rPr>
            <w:color w:val="1155CC"/>
            <w:u w:val="single"/>
          </w:rPr>
          <w:t>00:55:39</w:t>
        </w:r>
      </w:hyperlink>
      <w:r>
        <w:t xml:space="preserve"> — Düşük güvenli sözcük</w:t>
        <w:br/>
        <w:t>de duymuşsunuzdur.</w:t>
      </w:r>
    </w:p>
    <w:p>
      <w:hyperlink r:id="rId169">
        <w:r>
          <w:rPr>
            <w:color w:val="1155CC"/>
            <w:u w:val="single"/>
          </w:rPr>
          <w:t>01:00:54</w:t>
        </w:r>
      </w:hyperlink>
      <w:r>
        <w:t xml:space="preserve"> — Parça birleşimi veya kayıt sonu</w:t>
        <w:br/>
        <w:t>Bizim</w:t>
      </w:r>
    </w:p>
    <w:p>
      <w:hyperlink r:id="rId170">
        <w:r>
          <w:rPr>
            <w:color w:val="1155CC"/>
            <w:u w:val="single"/>
          </w:rPr>
          <w:t>01:06:21</w:t>
        </w:r>
      </w:hyperlink>
      <w:r>
        <w:t xml:space="preserve"> — Düşük güvenli sözcük</w:t>
        <w:br/>
        <w:t>Ve bizim verilerimizden başka hiçbir şeyle haberi yok ve ilgilenmiyor</w:t>
      </w:r>
    </w:p>
    <w:p>
      <w:hyperlink r:id="rId171">
        <w:r>
          <w:rPr>
            <w:color w:val="1155CC"/>
            <w:u w:val="single"/>
          </w:rPr>
          <w:t>01:08:15</w:t>
        </w:r>
      </w:hyperlink>
      <w:r>
        <w:t xml:space="preserve"> — Düşük güvenli sözcük</w:t>
        <w:br/>
        <w:t>Bu teknolojinin bir ontolojisi var</w:t>
      </w:r>
    </w:p>
    <w:p>
      <w:hyperlink r:id="rId172">
        <w:r>
          <w:rPr>
            <w:color w:val="1155CC"/>
            <w:u w:val="single"/>
          </w:rPr>
          <w:t>01:10:48</w:t>
        </w:r>
      </w:hyperlink>
      <w:r>
        <w:t xml:space="preserve"> — Parça birleşimi veya kayıt sonu</w:t>
        <w:br/>
        <w:t>Şimdi onlar bunu bilerek yapmıyor olabilirler.</w:t>
      </w:r>
    </w:p>
    <w:p>
      <w:hyperlink r:id="rId173">
        <w:r>
          <w:rPr>
            <w:color w:val="1155CC"/>
            <w:u w:val="single"/>
          </w:rPr>
          <w:t>01:13:20</w:t>
        </w:r>
      </w:hyperlink>
      <w:r>
        <w:t xml:space="preserve"> — Düşük güvenli sözcük</w:t>
        <w:br/>
        <w:t>Bu ayrı bir konu</w:t>
      </w:r>
    </w:p>
    <w:p>
      <w:hyperlink r:id="rId174">
        <w:r>
          <w:rPr>
            <w:color w:val="1155CC"/>
            <w:u w:val="single"/>
          </w:rPr>
          <w:t>01:39:16</w:t>
        </w:r>
      </w:hyperlink>
      <w:r>
        <w:t xml:space="preserve"> — Konuşma algısı belirsiz, Parça birleşimi veya kayıt sonu</w:t>
        <w:br/>
        <w:t>Bu imtihan</w:t>
      </w:r>
    </w:p>
    <w:p>
      <w:r>
        <w:t>Diğer işaretli pasajlar metin akışında “Kontrol” etiketiyle gösterilir.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UpeAuc95Kt0" TargetMode="External"/><Relationship Id="rId10" Type="http://schemas.openxmlformats.org/officeDocument/2006/relationships/hyperlink" Target="https://youtu.be/UpeAuc95Kt0?t=10" TargetMode="External"/><Relationship Id="rId11" Type="http://schemas.openxmlformats.org/officeDocument/2006/relationships/hyperlink" Target="https://youtu.be/UpeAuc95Kt0?t=54" TargetMode="External"/><Relationship Id="rId12" Type="http://schemas.openxmlformats.org/officeDocument/2006/relationships/hyperlink" Target="https://youtu.be/UpeAuc95Kt0?t=106" TargetMode="External"/><Relationship Id="rId13" Type="http://schemas.openxmlformats.org/officeDocument/2006/relationships/hyperlink" Target="https://youtu.be/UpeAuc95Kt0?t=151" TargetMode="External"/><Relationship Id="rId14" Type="http://schemas.openxmlformats.org/officeDocument/2006/relationships/hyperlink" Target="https://youtu.be/UpeAuc95Kt0?t=191" TargetMode="External"/><Relationship Id="rId15" Type="http://schemas.openxmlformats.org/officeDocument/2006/relationships/hyperlink" Target="https://youtu.be/UpeAuc95Kt0?t=236" TargetMode="External"/><Relationship Id="rId16" Type="http://schemas.openxmlformats.org/officeDocument/2006/relationships/hyperlink" Target="https://youtu.be/UpeAuc95Kt0?t=279" TargetMode="External"/><Relationship Id="rId17" Type="http://schemas.openxmlformats.org/officeDocument/2006/relationships/hyperlink" Target="https://youtu.be/UpeAuc95Kt0?t=320" TargetMode="External"/><Relationship Id="rId18" Type="http://schemas.openxmlformats.org/officeDocument/2006/relationships/hyperlink" Target="https://youtu.be/UpeAuc95Kt0?t=361" TargetMode="External"/><Relationship Id="rId19" Type="http://schemas.openxmlformats.org/officeDocument/2006/relationships/hyperlink" Target="https://youtu.be/UpeAuc95Kt0?t=405" TargetMode="External"/><Relationship Id="rId20" Type="http://schemas.openxmlformats.org/officeDocument/2006/relationships/hyperlink" Target="https://youtu.be/UpeAuc95Kt0?t=450" TargetMode="External"/><Relationship Id="rId21" Type="http://schemas.openxmlformats.org/officeDocument/2006/relationships/hyperlink" Target="https://youtu.be/UpeAuc95Kt0?t=512" TargetMode="External"/><Relationship Id="rId22" Type="http://schemas.openxmlformats.org/officeDocument/2006/relationships/hyperlink" Target="https://youtu.be/UpeAuc95Kt0?t=556" TargetMode="External"/><Relationship Id="rId23" Type="http://schemas.openxmlformats.org/officeDocument/2006/relationships/hyperlink" Target="https://youtu.be/UpeAuc95Kt0?t=596" TargetMode="External"/><Relationship Id="rId24" Type="http://schemas.openxmlformats.org/officeDocument/2006/relationships/hyperlink" Target="https://youtu.be/UpeAuc95Kt0?t=639" TargetMode="External"/><Relationship Id="rId25" Type="http://schemas.openxmlformats.org/officeDocument/2006/relationships/hyperlink" Target="https://youtu.be/UpeAuc95Kt0?t=685" TargetMode="External"/><Relationship Id="rId26" Type="http://schemas.openxmlformats.org/officeDocument/2006/relationships/hyperlink" Target="https://youtu.be/UpeAuc95Kt0?t=727" TargetMode="External"/><Relationship Id="rId27" Type="http://schemas.openxmlformats.org/officeDocument/2006/relationships/hyperlink" Target="https://youtu.be/UpeAuc95Kt0?t=769" TargetMode="External"/><Relationship Id="rId28" Type="http://schemas.openxmlformats.org/officeDocument/2006/relationships/hyperlink" Target="https://youtu.be/UpeAuc95Kt0?t=812" TargetMode="External"/><Relationship Id="rId29" Type="http://schemas.openxmlformats.org/officeDocument/2006/relationships/hyperlink" Target="https://youtu.be/UpeAuc95Kt0?t=856" TargetMode="External"/><Relationship Id="rId30" Type="http://schemas.openxmlformats.org/officeDocument/2006/relationships/hyperlink" Target="https://youtu.be/UpeAuc95Kt0?t=903" TargetMode="External"/><Relationship Id="rId31" Type="http://schemas.openxmlformats.org/officeDocument/2006/relationships/hyperlink" Target="https://youtu.be/UpeAuc95Kt0?t=944" TargetMode="External"/><Relationship Id="rId32" Type="http://schemas.openxmlformats.org/officeDocument/2006/relationships/hyperlink" Target="https://youtu.be/UpeAuc95Kt0?t=988" TargetMode="External"/><Relationship Id="rId33" Type="http://schemas.openxmlformats.org/officeDocument/2006/relationships/hyperlink" Target="https://youtu.be/UpeAuc95Kt0?t=1033" TargetMode="External"/><Relationship Id="rId34" Type="http://schemas.openxmlformats.org/officeDocument/2006/relationships/hyperlink" Target="https://youtu.be/UpeAuc95Kt0?t=1076" TargetMode="External"/><Relationship Id="rId35" Type="http://schemas.openxmlformats.org/officeDocument/2006/relationships/hyperlink" Target="https://youtu.be/UpeAuc95Kt0?t=1118" TargetMode="External"/><Relationship Id="rId36" Type="http://schemas.openxmlformats.org/officeDocument/2006/relationships/hyperlink" Target="https://youtu.be/UpeAuc95Kt0?t=1166" TargetMode="External"/><Relationship Id="rId37" Type="http://schemas.openxmlformats.org/officeDocument/2006/relationships/hyperlink" Target="https://youtu.be/UpeAuc95Kt0?t=1218" TargetMode="External"/><Relationship Id="rId38" Type="http://schemas.openxmlformats.org/officeDocument/2006/relationships/hyperlink" Target="https://youtu.be/UpeAuc95Kt0?t=1259" TargetMode="External"/><Relationship Id="rId39" Type="http://schemas.openxmlformats.org/officeDocument/2006/relationships/hyperlink" Target="https://youtu.be/UpeAuc95Kt0?t=1307" TargetMode="External"/><Relationship Id="rId40" Type="http://schemas.openxmlformats.org/officeDocument/2006/relationships/hyperlink" Target="https://youtu.be/UpeAuc95Kt0?t=1352" TargetMode="External"/><Relationship Id="rId41" Type="http://schemas.openxmlformats.org/officeDocument/2006/relationships/hyperlink" Target="https://youtu.be/UpeAuc95Kt0?t=1393" TargetMode="External"/><Relationship Id="rId42" Type="http://schemas.openxmlformats.org/officeDocument/2006/relationships/hyperlink" Target="https://youtu.be/UpeAuc95Kt0?t=1435" TargetMode="External"/><Relationship Id="rId43" Type="http://schemas.openxmlformats.org/officeDocument/2006/relationships/hyperlink" Target="https://youtu.be/UpeAuc95Kt0?t=1476" TargetMode="External"/><Relationship Id="rId44" Type="http://schemas.openxmlformats.org/officeDocument/2006/relationships/hyperlink" Target="https://youtu.be/UpeAuc95Kt0?t=1523" TargetMode="External"/><Relationship Id="rId45" Type="http://schemas.openxmlformats.org/officeDocument/2006/relationships/hyperlink" Target="https://youtu.be/UpeAuc95Kt0?t=1564" TargetMode="External"/><Relationship Id="rId46" Type="http://schemas.openxmlformats.org/officeDocument/2006/relationships/hyperlink" Target="https://youtu.be/UpeAuc95Kt0?t=1605" TargetMode="External"/><Relationship Id="rId47" Type="http://schemas.openxmlformats.org/officeDocument/2006/relationships/hyperlink" Target="https://youtu.be/UpeAuc95Kt0?t=1649" TargetMode="External"/><Relationship Id="rId48" Type="http://schemas.openxmlformats.org/officeDocument/2006/relationships/hyperlink" Target="https://youtu.be/UpeAuc95Kt0?t=1697" TargetMode="External"/><Relationship Id="rId49" Type="http://schemas.openxmlformats.org/officeDocument/2006/relationships/hyperlink" Target="https://youtu.be/UpeAuc95Kt0?t=1740" TargetMode="External"/><Relationship Id="rId50" Type="http://schemas.openxmlformats.org/officeDocument/2006/relationships/hyperlink" Target="https://youtu.be/UpeAuc95Kt0?t=1782" TargetMode="External"/><Relationship Id="rId51" Type="http://schemas.openxmlformats.org/officeDocument/2006/relationships/hyperlink" Target="https://youtu.be/UpeAuc95Kt0?t=1828" TargetMode="External"/><Relationship Id="rId52" Type="http://schemas.openxmlformats.org/officeDocument/2006/relationships/hyperlink" Target="https://youtu.be/UpeAuc95Kt0?t=1872" TargetMode="External"/><Relationship Id="rId53" Type="http://schemas.openxmlformats.org/officeDocument/2006/relationships/hyperlink" Target="https://youtu.be/UpeAuc95Kt0?t=1914" TargetMode="External"/><Relationship Id="rId54" Type="http://schemas.openxmlformats.org/officeDocument/2006/relationships/hyperlink" Target="https://youtu.be/UpeAuc95Kt0?t=1965" TargetMode="External"/><Relationship Id="rId55" Type="http://schemas.openxmlformats.org/officeDocument/2006/relationships/hyperlink" Target="https://youtu.be/UpeAuc95Kt0?t=2028" TargetMode="External"/><Relationship Id="rId56" Type="http://schemas.openxmlformats.org/officeDocument/2006/relationships/hyperlink" Target="https://youtu.be/UpeAuc95Kt0?t=2086" TargetMode="External"/><Relationship Id="rId57" Type="http://schemas.openxmlformats.org/officeDocument/2006/relationships/hyperlink" Target="https://youtu.be/UpeAuc95Kt0?t=2129" TargetMode="External"/><Relationship Id="rId58" Type="http://schemas.openxmlformats.org/officeDocument/2006/relationships/hyperlink" Target="https://youtu.be/UpeAuc95Kt0?t=2176" TargetMode="External"/><Relationship Id="rId59" Type="http://schemas.openxmlformats.org/officeDocument/2006/relationships/hyperlink" Target="https://youtu.be/UpeAuc95Kt0?t=2219" TargetMode="External"/><Relationship Id="rId60" Type="http://schemas.openxmlformats.org/officeDocument/2006/relationships/hyperlink" Target="https://youtu.be/UpeAuc95Kt0?t=2269" TargetMode="External"/><Relationship Id="rId61" Type="http://schemas.openxmlformats.org/officeDocument/2006/relationships/hyperlink" Target="https://youtu.be/UpeAuc95Kt0?t=2311" TargetMode="External"/><Relationship Id="rId62" Type="http://schemas.openxmlformats.org/officeDocument/2006/relationships/hyperlink" Target="https://youtu.be/UpeAuc95Kt0?t=2352" TargetMode="External"/><Relationship Id="rId63" Type="http://schemas.openxmlformats.org/officeDocument/2006/relationships/hyperlink" Target="https://youtu.be/UpeAuc95Kt0?t=2397" TargetMode="External"/><Relationship Id="rId64" Type="http://schemas.openxmlformats.org/officeDocument/2006/relationships/hyperlink" Target="https://youtu.be/UpeAuc95Kt0?t=2445" TargetMode="External"/><Relationship Id="rId65" Type="http://schemas.openxmlformats.org/officeDocument/2006/relationships/hyperlink" Target="https://youtu.be/UpeAuc95Kt0?t=2486" TargetMode="External"/><Relationship Id="rId66" Type="http://schemas.openxmlformats.org/officeDocument/2006/relationships/hyperlink" Target="https://youtu.be/UpeAuc95Kt0?t=2530" TargetMode="External"/><Relationship Id="rId67" Type="http://schemas.openxmlformats.org/officeDocument/2006/relationships/hyperlink" Target="https://youtu.be/UpeAuc95Kt0?t=2571" TargetMode="External"/><Relationship Id="rId68" Type="http://schemas.openxmlformats.org/officeDocument/2006/relationships/hyperlink" Target="https://youtu.be/UpeAuc95Kt0?t=2621" TargetMode="External"/><Relationship Id="rId69" Type="http://schemas.openxmlformats.org/officeDocument/2006/relationships/hyperlink" Target="https://youtu.be/UpeAuc95Kt0?t=2663" TargetMode="External"/><Relationship Id="rId70" Type="http://schemas.openxmlformats.org/officeDocument/2006/relationships/hyperlink" Target="https://youtu.be/UpeAuc95Kt0?t=2710" TargetMode="External"/><Relationship Id="rId71" Type="http://schemas.openxmlformats.org/officeDocument/2006/relationships/hyperlink" Target="https://youtu.be/UpeAuc95Kt0?t=2752" TargetMode="External"/><Relationship Id="rId72" Type="http://schemas.openxmlformats.org/officeDocument/2006/relationships/hyperlink" Target="https://youtu.be/UpeAuc95Kt0?t=2798" TargetMode="External"/><Relationship Id="rId73" Type="http://schemas.openxmlformats.org/officeDocument/2006/relationships/hyperlink" Target="https://youtu.be/UpeAuc95Kt0?t=2840" TargetMode="External"/><Relationship Id="rId74" Type="http://schemas.openxmlformats.org/officeDocument/2006/relationships/hyperlink" Target="https://youtu.be/UpeAuc95Kt0?t=2883" TargetMode="External"/><Relationship Id="rId75" Type="http://schemas.openxmlformats.org/officeDocument/2006/relationships/hyperlink" Target="https://youtu.be/UpeAuc95Kt0?t=2928" TargetMode="External"/><Relationship Id="rId76" Type="http://schemas.openxmlformats.org/officeDocument/2006/relationships/hyperlink" Target="https://youtu.be/UpeAuc95Kt0?t=2970" TargetMode="External"/><Relationship Id="rId77" Type="http://schemas.openxmlformats.org/officeDocument/2006/relationships/hyperlink" Target="https://youtu.be/UpeAuc95Kt0?t=3012" TargetMode="External"/><Relationship Id="rId78" Type="http://schemas.openxmlformats.org/officeDocument/2006/relationships/hyperlink" Target="https://youtu.be/UpeAuc95Kt0?t=3055" TargetMode="External"/><Relationship Id="rId79" Type="http://schemas.openxmlformats.org/officeDocument/2006/relationships/hyperlink" Target="https://youtu.be/UpeAuc95Kt0?t=3097" TargetMode="External"/><Relationship Id="rId80" Type="http://schemas.openxmlformats.org/officeDocument/2006/relationships/hyperlink" Target="https://youtu.be/UpeAuc95Kt0?t=3141" TargetMode="External"/><Relationship Id="rId81" Type="http://schemas.openxmlformats.org/officeDocument/2006/relationships/hyperlink" Target="https://youtu.be/UpeAuc95Kt0?t=3181" TargetMode="External"/><Relationship Id="rId82" Type="http://schemas.openxmlformats.org/officeDocument/2006/relationships/hyperlink" Target="https://youtu.be/UpeAuc95Kt0?t=3225" TargetMode="External"/><Relationship Id="rId83" Type="http://schemas.openxmlformats.org/officeDocument/2006/relationships/hyperlink" Target="https://youtu.be/UpeAuc95Kt0?t=3270" TargetMode="External"/><Relationship Id="rId84" Type="http://schemas.openxmlformats.org/officeDocument/2006/relationships/hyperlink" Target="https://youtu.be/UpeAuc95Kt0?t=3312" TargetMode="External"/><Relationship Id="rId85" Type="http://schemas.openxmlformats.org/officeDocument/2006/relationships/hyperlink" Target="https://youtu.be/UpeAuc95Kt0?t=3353" TargetMode="External"/><Relationship Id="rId86" Type="http://schemas.openxmlformats.org/officeDocument/2006/relationships/hyperlink" Target="https://youtu.be/UpeAuc95Kt0?t=3393" TargetMode="External"/><Relationship Id="rId87" Type="http://schemas.openxmlformats.org/officeDocument/2006/relationships/hyperlink" Target="https://youtu.be/UpeAuc95Kt0?t=3435" TargetMode="External"/><Relationship Id="rId88" Type="http://schemas.openxmlformats.org/officeDocument/2006/relationships/hyperlink" Target="https://youtu.be/UpeAuc95Kt0?t=3479" TargetMode="External"/><Relationship Id="rId89" Type="http://schemas.openxmlformats.org/officeDocument/2006/relationships/hyperlink" Target="https://youtu.be/UpeAuc95Kt0?t=3522" TargetMode="External"/><Relationship Id="rId90" Type="http://schemas.openxmlformats.org/officeDocument/2006/relationships/hyperlink" Target="https://youtu.be/UpeAuc95Kt0?t=3564" TargetMode="External"/><Relationship Id="rId91" Type="http://schemas.openxmlformats.org/officeDocument/2006/relationships/hyperlink" Target="https://youtu.be/UpeAuc95Kt0?t=3605" TargetMode="External"/><Relationship Id="rId92" Type="http://schemas.openxmlformats.org/officeDocument/2006/relationships/hyperlink" Target="https://youtu.be/UpeAuc95Kt0?t=3646" TargetMode="External"/><Relationship Id="rId93" Type="http://schemas.openxmlformats.org/officeDocument/2006/relationships/hyperlink" Target="https://youtu.be/UpeAuc95Kt0?t=3692" TargetMode="External"/><Relationship Id="rId94" Type="http://schemas.openxmlformats.org/officeDocument/2006/relationships/hyperlink" Target="https://youtu.be/UpeAuc95Kt0?t=3737" TargetMode="External"/><Relationship Id="rId95" Type="http://schemas.openxmlformats.org/officeDocument/2006/relationships/hyperlink" Target="https://youtu.be/UpeAuc95Kt0?t=3778" TargetMode="External"/><Relationship Id="rId96" Type="http://schemas.openxmlformats.org/officeDocument/2006/relationships/hyperlink" Target="https://youtu.be/UpeAuc95Kt0?t=3820" TargetMode="External"/><Relationship Id="rId97" Type="http://schemas.openxmlformats.org/officeDocument/2006/relationships/hyperlink" Target="https://youtu.be/UpeAuc95Kt0?t=3868" TargetMode="External"/><Relationship Id="rId98" Type="http://schemas.openxmlformats.org/officeDocument/2006/relationships/hyperlink" Target="https://youtu.be/UpeAuc95Kt0?t=3908" TargetMode="External"/><Relationship Id="rId99" Type="http://schemas.openxmlformats.org/officeDocument/2006/relationships/hyperlink" Target="https://youtu.be/UpeAuc95Kt0?t=3960" TargetMode="External"/><Relationship Id="rId100" Type="http://schemas.openxmlformats.org/officeDocument/2006/relationships/hyperlink" Target="https://youtu.be/UpeAuc95Kt0?t=4003" TargetMode="External"/><Relationship Id="rId101" Type="http://schemas.openxmlformats.org/officeDocument/2006/relationships/hyperlink" Target="https://youtu.be/UpeAuc95Kt0?t=4046" TargetMode="External"/><Relationship Id="rId102" Type="http://schemas.openxmlformats.org/officeDocument/2006/relationships/hyperlink" Target="https://youtu.be/UpeAuc95Kt0?t=4089" TargetMode="External"/><Relationship Id="rId103" Type="http://schemas.openxmlformats.org/officeDocument/2006/relationships/hyperlink" Target="https://youtu.be/UpeAuc95Kt0?t=4130" TargetMode="External"/><Relationship Id="rId104" Type="http://schemas.openxmlformats.org/officeDocument/2006/relationships/hyperlink" Target="https://youtu.be/UpeAuc95Kt0?t=4173" TargetMode="External"/><Relationship Id="rId105" Type="http://schemas.openxmlformats.org/officeDocument/2006/relationships/hyperlink" Target="https://youtu.be/UpeAuc95Kt0?t=4216" TargetMode="External"/><Relationship Id="rId106" Type="http://schemas.openxmlformats.org/officeDocument/2006/relationships/hyperlink" Target="https://youtu.be/UpeAuc95Kt0?t=4256" TargetMode="External"/><Relationship Id="rId107" Type="http://schemas.openxmlformats.org/officeDocument/2006/relationships/hyperlink" Target="https://youtu.be/UpeAuc95Kt0?t=4299" TargetMode="External"/><Relationship Id="rId108" Type="http://schemas.openxmlformats.org/officeDocument/2006/relationships/hyperlink" Target="https://youtu.be/UpeAuc95Kt0?t=4342" TargetMode="External"/><Relationship Id="rId109" Type="http://schemas.openxmlformats.org/officeDocument/2006/relationships/hyperlink" Target="https://youtu.be/UpeAuc95Kt0?t=4385" TargetMode="External"/><Relationship Id="rId110" Type="http://schemas.openxmlformats.org/officeDocument/2006/relationships/hyperlink" Target="https://youtu.be/UpeAuc95Kt0?t=4432" TargetMode="External"/><Relationship Id="rId111" Type="http://schemas.openxmlformats.org/officeDocument/2006/relationships/hyperlink" Target="https://youtu.be/UpeAuc95Kt0?t=4473" TargetMode="External"/><Relationship Id="rId112" Type="http://schemas.openxmlformats.org/officeDocument/2006/relationships/hyperlink" Target="https://youtu.be/UpeAuc95Kt0?t=4515" TargetMode="External"/><Relationship Id="rId113" Type="http://schemas.openxmlformats.org/officeDocument/2006/relationships/hyperlink" Target="https://youtu.be/UpeAuc95Kt0?t=4562" TargetMode="External"/><Relationship Id="rId114" Type="http://schemas.openxmlformats.org/officeDocument/2006/relationships/hyperlink" Target="https://youtu.be/UpeAuc95Kt0?t=4603" TargetMode="External"/><Relationship Id="rId115" Type="http://schemas.openxmlformats.org/officeDocument/2006/relationships/hyperlink" Target="https://youtu.be/UpeAuc95Kt0?t=4647" TargetMode="External"/><Relationship Id="rId116" Type="http://schemas.openxmlformats.org/officeDocument/2006/relationships/hyperlink" Target="https://youtu.be/UpeAuc95Kt0?t=4688" TargetMode="External"/><Relationship Id="rId117" Type="http://schemas.openxmlformats.org/officeDocument/2006/relationships/hyperlink" Target="https://youtu.be/UpeAuc95Kt0?t=4736" TargetMode="External"/><Relationship Id="rId118" Type="http://schemas.openxmlformats.org/officeDocument/2006/relationships/hyperlink" Target="https://youtu.be/UpeAuc95Kt0?t=4778" TargetMode="External"/><Relationship Id="rId119" Type="http://schemas.openxmlformats.org/officeDocument/2006/relationships/hyperlink" Target="https://youtu.be/UpeAuc95Kt0?t=4821" TargetMode="External"/><Relationship Id="rId120" Type="http://schemas.openxmlformats.org/officeDocument/2006/relationships/hyperlink" Target="https://youtu.be/UpeAuc95Kt0?t=4869" TargetMode="External"/><Relationship Id="rId121" Type="http://schemas.openxmlformats.org/officeDocument/2006/relationships/hyperlink" Target="https://youtu.be/UpeAuc95Kt0?t=4913" TargetMode="External"/><Relationship Id="rId122" Type="http://schemas.openxmlformats.org/officeDocument/2006/relationships/hyperlink" Target="https://youtu.be/UpeAuc95Kt0?t=4953" TargetMode="External"/><Relationship Id="rId123" Type="http://schemas.openxmlformats.org/officeDocument/2006/relationships/hyperlink" Target="https://youtu.be/UpeAuc95Kt0?t=4994" TargetMode="External"/><Relationship Id="rId124" Type="http://schemas.openxmlformats.org/officeDocument/2006/relationships/hyperlink" Target="https://youtu.be/UpeAuc95Kt0?t=5048" TargetMode="External"/><Relationship Id="rId125" Type="http://schemas.openxmlformats.org/officeDocument/2006/relationships/hyperlink" Target="https://youtu.be/UpeAuc95Kt0?t=5089" TargetMode="External"/><Relationship Id="rId126" Type="http://schemas.openxmlformats.org/officeDocument/2006/relationships/hyperlink" Target="https://youtu.be/UpeAuc95Kt0?t=5131" TargetMode="External"/><Relationship Id="rId127" Type="http://schemas.openxmlformats.org/officeDocument/2006/relationships/hyperlink" Target="https://youtu.be/UpeAuc95Kt0?t=5171" TargetMode="External"/><Relationship Id="rId128" Type="http://schemas.openxmlformats.org/officeDocument/2006/relationships/hyperlink" Target="https://youtu.be/UpeAuc95Kt0?t=5215" TargetMode="External"/><Relationship Id="rId129" Type="http://schemas.openxmlformats.org/officeDocument/2006/relationships/hyperlink" Target="https://youtu.be/UpeAuc95Kt0?t=5255" TargetMode="External"/><Relationship Id="rId130" Type="http://schemas.openxmlformats.org/officeDocument/2006/relationships/hyperlink" Target="https://youtu.be/UpeAuc95Kt0?t=5297" TargetMode="External"/><Relationship Id="rId131" Type="http://schemas.openxmlformats.org/officeDocument/2006/relationships/hyperlink" Target="https://youtu.be/UpeAuc95Kt0?t=5342" TargetMode="External"/><Relationship Id="rId132" Type="http://schemas.openxmlformats.org/officeDocument/2006/relationships/hyperlink" Target="https://youtu.be/UpeAuc95Kt0?t=5385" TargetMode="External"/><Relationship Id="rId133" Type="http://schemas.openxmlformats.org/officeDocument/2006/relationships/hyperlink" Target="https://youtu.be/UpeAuc95Kt0?t=5428" TargetMode="External"/><Relationship Id="rId134" Type="http://schemas.openxmlformats.org/officeDocument/2006/relationships/hyperlink" Target="https://youtu.be/UpeAuc95Kt0?t=5472" TargetMode="External"/><Relationship Id="rId135" Type="http://schemas.openxmlformats.org/officeDocument/2006/relationships/hyperlink" Target="https://youtu.be/UpeAuc95Kt0?t=5513" TargetMode="External"/><Relationship Id="rId136" Type="http://schemas.openxmlformats.org/officeDocument/2006/relationships/hyperlink" Target="https://youtu.be/UpeAuc95Kt0?t=5555" TargetMode="External"/><Relationship Id="rId137" Type="http://schemas.openxmlformats.org/officeDocument/2006/relationships/hyperlink" Target="https://youtu.be/UpeAuc95Kt0?t=5598" TargetMode="External"/><Relationship Id="rId138" Type="http://schemas.openxmlformats.org/officeDocument/2006/relationships/hyperlink" Target="https://youtu.be/UpeAuc95Kt0?t=5643" TargetMode="External"/><Relationship Id="rId139" Type="http://schemas.openxmlformats.org/officeDocument/2006/relationships/hyperlink" Target="https://youtu.be/UpeAuc95Kt0?t=5685" TargetMode="External"/><Relationship Id="rId140" Type="http://schemas.openxmlformats.org/officeDocument/2006/relationships/hyperlink" Target="https://youtu.be/UpeAuc95Kt0?t=5726" TargetMode="External"/><Relationship Id="rId141" Type="http://schemas.openxmlformats.org/officeDocument/2006/relationships/hyperlink" Target="https://youtu.be/UpeAuc95Kt0?t=5771" TargetMode="External"/><Relationship Id="rId142" Type="http://schemas.openxmlformats.org/officeDocument/2006/relationships/hyperlink" Target="https://youtu.be/UpeAuc95Kt0?t=5811" TargetMode="External"/><Relationship Id="rId143" Type="http://schemas.openxmlformats.org/officeDocument/2006/relationships/hyperlink" Target="https://youtu.be/UpeAuc95Kt0?t=5857" TargetMode="External"/><Relationship Id="rId144" Type="http://schemas.openxmlformats.org/officeDocument/2006/relationships/hyperlink" Target="https://youtu.be/UpeAuc95Kt0?t=5902" TargetMode="External"/><Relationship Id="rId145" Type="http://schemas.openxmlformats.org/officeDocument/2006/relationships/hyperlink" Target="https://youtu.be/UpeAuc95Kt0?t=5943" TargetMode="External"/><Relationship Id="rId146" Type="http://schemas.openxmlformats.org/officeDocument/2006/relationships/hyperlink" Target="https://youtu.be/UpeAuc95Kt0?t=5985" TargetMode="External"/><Relationship Id="rId147" Type="http://schemas.openxmlformats.org/officeDocument/2006/relationships/hyperlink" Target="https://youtu.be/UpeAuc95Kt0?t=6027" TargetMode="External"/><Relationship Id="rId148" Type="http://schemas.openxmlformats.org/officeDocument/2006/relationships/hyperlink" Target="https://youtu.be/UpeAuc95Kt0?t=203" TargetMode="External"/><Relationship Id="rId149" Type="http://schemas.openxmlformats.org/officeDocument/2006/relationships/hyperlink" Target="https://youtu.be/UpeAuc95Kt0?t=224" TargetMode="External"/><Relationship Id="rId150" Type="http://schemas.openxmlformats.org/officeDocument/2006/relationships/hyperlink" Target="https://youtu.be/UpeAuc95Kt0?t=230" TargetMode="External"/><Relationship Id="rId151" Type="http://schemas.openxmlformats.org/officeDocument/2006/relationships/hyperlink" Target="https://youtu.be/UpeAuc95Kt0?t=241" TargetMode="External"/><Relationship Id="rId152" Type="http://schemas.openxmlformats.org/officeDocument/2006/relationships/hyperlink" Target="https://youtu.be/UpeAuc95Kt0?t=248" TargetMode="External"/><Relationship Id="rId153" Type="http://schemas.openxmlformats.org/officeDocument/2006/relationships/hyperlink" Target="https://youtu.be/UpeAuc95Kt0?t=295" TargetMode="External"/><Relationship Id="rId154" Type="http://schemas.openxmlformats.org/officeDocument/2006/relationships/hyperlink" Target="https://youtu.be/UpeAuc95Kt0?t=610" TargetMode="External"/><Relationship Id="rId155" Type="http://schemas.openxmlformats.org/officeDocument/2006/relationships/hyperlink" Target="https://youtu.be/UpeAuc95Kt0?t=695" TargetMode="External"/><Relationship Id="rId156" Type="http://schemas.openxmlformats.org/officeDocument/2006/relationships/hyperlink" Target="https://youtu.be/UpeAuc95Kt0?t=799" TargetMode="External"/><Relationship Id="rId157" Type="http://schemas.openxmlformats.org/officeDocument/2006/relationships/hyperlink" Target="https://youtu.be/UpeAuc95Kt0?t=840" TargetMode="External"/><Relationship Id="rId158" Type="http://schemas.openxmlformats.org/officeDocument/2006/relationships/hyperlink" Target="https://youtu.be/UpeAuc95Kt0?t=1144" TargetMode="External"/><Relationship Id="rId159" Type="http://schemas.openxmlformats.org/officeDocument/2006/relationships/hyperlink" Target="https://youtu.be/UpeAuc95Kt0?t=1639" TargetMode="External"/><Relationship Id="rId160" Type="http://schemas.openxmlformats.org/officeDocument/2006/relationships/hyperlink" Target="https://youtu.be/UpeAuc95Kt0?t=1853" TargetMode="External"/><Relationship Id="rId161" Type="http://schemas.openxmlformats.org/officeDocument/2006/relationships/hyperlink" Target="https://youtu.be/UpeAuc95Kt0?t=1971" TargetMode="External"/><Relationship Id="rId162" Type="http://schemas.openxmlformats.org/officeDocument/2006/relationships/hyperlink" Target="https://youtu.be/UpeAuc95Kt0?t=2303" TargetMode="External"/><Relationship Id="rId163" Type="http://schemas.openxmlformats.org/officeDocument/2006/relationships/hyperlink" Target="https://youtu.be/UpeAuc95Kt0?t=2454" TargetMode="External"/><Relationship Id="rId164" Type="http://schemas.openxmlformats.org/officeDocument/2006/relationships/hyperlink" Target="https://youtu.be/UpeAuc95Kt0?t=2552" TargetMode="External"/><Relationship Id="rId165" Type="http://schemas.openxmlformats.org/officeDocument/2006/relationships/hyperlink" Target="https://youtu.be/UpeAuc95Kt0?t=2998" TargetMode="External"/><Relationship Id="rId166" Type="http://schemas.openxmlformats.org/officeDocument/2006/relationships/hyperlink" Target="https://youtu.be/UpeAuc95Kt0?t=3233" TargetMode="External"/><Relationship Id="rId167" Type="http://schemas.openxmlformats.org/officeDocument/2006/relationships/hyperlink" Target="https://youtu.be/UpeAuc95Kt0?t=3255" TargetMode="External"/><Relationship Id="rId168" Type="http://schemas.openxmlformats.org/officeDocument/2006/relationships/hyperlink" Target="https://youtu.be/UpeAuc95Kt0?t=3339" TargetMode="External"/><Relationship Id="rId169" Type="http://schemas.openxmlformats.org/officeDocument/2006/relationships/hyperlink" Target="https://youtu.be/UpeAuc95Kt0?t=3654" TargetMode="External"/><Relationship Id="rId170" Type="http://schemas.openxmlformats.org/officeDocument/2006/relationships/hyperlink" Target="https://youtu.be/UpeAuc95Kt0?t=3981" TargetMode="External"/><Relationship Id="rId171" Type="http://schemas.openxmlformats.org/officeDocument/2006/relationships/hyperlink" Target="https://youtu.be/UpeAuc95Kt0?t=4095" TargetMode="External"/><Relationship Id="rId172" Type="http://schemas.openxmlformats.org/officeDocument/2006/relationships/hyperlink" Target="https://youtu.be/UpeAuc95Kt0?t=4248" TargetMode="External"/><Relationship Id="rId173" Type="http://schemas.openxmlformats.org/officeDocument/2006/relationships/hyperlink" Target="https://youtu.be/UpeAuc95Kt0?t=4400" TargetMode="External"/><Relationship Id="rId174" Type="http://schemas.openxmlformats.org/officeDocument/2006/relationships/hyperlink" Target="https://youtu.be/UpeAuc95Kt0?t=59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2 — 52. Oturum — Özgün deşifre</dc:title>
  <dc:subject>Reels seçimi için özgün dillerde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