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1 — 32. Oturum — Özgün deşifre</w:t>
      </w:r>
    </w:p>
    <w:p>
      <w:r>
        <w:t>06.10.2026 • Küresel ve Dijital Krizlere Karşı Risale-i Nur’un Anlam ve Değer Önerileri</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Türkçe. Video süresi: 01:42:30.</w:t>
      </w:r>
    </w:p>
    <w:p>
      <w:pPr>
        <w:keepNext/>
      </w:pPr>
      <w:hyperlink r:id="rId10">
        <w:r>
          <w:rPr>
            <w:color w:val="1155CC"/>
            <w:u w:val="single"/>
          </w:rPr>
          <w:t>00:00:03 – 00:00:43</w:t>
        </w:r>
      </w:hyperlink>
      <w:r>
        <w:rPr>
          <w:b/>
        </w:rPr>
        <w:t xml:space="preserve">  |  Türkçe</w:t>
      </w:r>
      <w:r>
        <w:rPr>
          <w:i/>
        </w:rPr>
        <w:t xml:space="preserve">  • Kontrol</w:t>
      </w:r>
    </w:p>
    <w:p>
      <w:r>
        <w:t>Kıymetli hanımefendiler, beyefendiler, küresel ve dijital krizlere karşı Risale-i Nur'un anlam ve değer önerileri başlıklı 32. oturumumuza hoş geldiniz diyorum. Bediüzzaman Hazretleri, bugünü değil 50 sene sonra gelecek nesli atiyi düşündüğünü ifade eder ve plan projelerini hep buna göre değerlendirir. Bu noktadan günümüzün belki de geleceğin en büyük krizlerinin başında, belki de dijitalleşme ve teknoloji nimetinin bize getirdiği külfetleri söyleyebiliriz. Bugün bu konuyu alanında uzman hocalarımızla birlikte değerlendireceğiz.</w:t>
      </w:r>
    </w:p>
    <w:p>
      <w:pPr>
        <w:keepNext/>
      </w:pPr>
      <w:hyperlink r:id="rId11">
        <w:r>
          <w:rPr>
            <w:color w:val="1155CC"/>
            <w:u w:val="single"/>
          </w:rPr>
          <w:t>00:00:45 – 00:01:26</w:t>
        </w:r>
      </w:hyperlink>
      <w:r>
        <w:rPr>
          <w:b/>
        </w:rPr>
        <w:t xml:space="preserve">  |  Türkçe</w:t>
      </w:r>
    </w:p>
    <w:p>
      <w:r>
        <w:t>Çok kıymetli dört tane hocamız aramızda. İlk olarak İstanbul Rumeli Üniversitesi'nden Prof. Dr. Osman Çakmak hocamızla başlıyoruz. Hocam kürsüye takip etmenizi istihdam ediyorum. Selamun Aleyküm, hayırlı sabahlar. Sayın Başkan, Sayın Değerli Hocalarımız, kıymetli katılımcılar, hepinizi hürmetle selamlıyorum, hoş geldiniz.</w:t>
      </w:r>
    </w:p>
    <w:p>
      <w:pPr>
        <w:keepNext/>
      </w:pPr>
      <w:hyperlink r:id="rId12">
        <w:r>
          <w:rPr>
            <w:color w:val="1155CC"/>
            <w:u w:val="single"/>
          </w:rPr>
          <w:t>00:01:27 – 00:02:11</w:t>
        </w:r>
      </w:hyperlink>
      <w:r>
        <w:rPr>
          <w:b/>
        </w:rPr>
        <w:t xml:space="preserve">  |  Türkçe</w:t>
      </w:r>
    </w:p>
    <w:p>
      <w:r>
        <w:t>Bu anlamlı sempozyumu düzenleyen İstanbul İlim Kültür Vakfı ve diğer destekleyenlere teşekkür ediyoruz. Bugün ne konuşacağız? Bugün teknolojiyi değil, teknolojiye bakan gözü konuşmak istiyoruz. Tebliğimizin başlığını görüyorsunuz. Zamanımız da çok sınırlı olduğu için dikkatli kullanmak durumundayız. Şimdi hemen başlayalım. Teknoloji tarafsız mıdır? Yani şimdi bizim nötr müdür?</w:t>
      </w:r>
    </w:p>
    <w:p>
      <w:pPr>
        <w:keepNext/>
      </w:pPr>
      <w:hyperlink r:id="rId13">
        <w:r>
          <w:rPr>
            <w:color w:val="1155CC"/>
            <w:u w:val="single"/>
          </w:rPr>
          <w:t>00:02:11 – 00:02:54</w:t>
        </w:r>
      </w:hyperlink>
      <w:r>
        <w:rPr>
          <w:b/>
        </w:rPr>
        <w:t xml:space="preserve">  |  Türkçe</w:t>
      </w:r>
    </w:p>
    <w:p>
      <w:r>
        <w:t>Bizim anlayışımıza göre, tatil bir bakışla teknoloji tarafsız zannediyoruz. Biz tabii bu sunumda onu öyle düşünmüyoruz. Yani bıçak ekmeği de keser, eli de keser. Yani şöyle bir metaforla başladık, teknoloji bir çözücüdür diye. Şimdi öncelikle sunumun yol haritasından başlamak istiyorum. Problem, nötr bilim yansıması. Bilim nötr değildir. İnsan ve makine farkından söz edeceğiz.</w:t>
      </w:r>
    </w:p>
    <w:p>
      <w:pPr>
        <w:keepNext/>
      </w:pPr>
      <w:hyperlink r:id="rId14">
        <w:r>
          <w:rPr>
            <w:color w:val="1155CC"/>
            <w:u w:val="single"/>
          </w:rPr>
          <w:t>00:02:55 – 00:03:40</w:t>
        </w:r>
      </w:hyperlink>
      <w:r>
        <w:rPr>
          <w:b/>
        </w:rPr>
        <w:t xml:space="preserve">  |  Türkçe</w:t>
      </w:r>
    </w:p>
    <w:p>
      <w:r>
        <w:t>Yani altı durak, manayi harfi bakışını dile getireceğiz. Ve yapay zekanın ilahlaştırılmasına biraz kısa değineceğiz tabii. Şimdi üçüncü durakta çözüm çerçevesi olarak manayi harfiyi sunacağız. Dördüncü durakta teknolojinin çözücü etkisinin izini evde, şehirde ve okulda süreceğiz. Beşinci durakta kalkınmanın manasını, yani hormonlu kalkınma. Kalkınırken niye geriliyoruz mesela ahlaken, kültürel olarak niye yozlaşıyoruz? İşte teknolojinin nötr olmamasından dolayı. Ve son olarak da öneriler ve sonuçlar üzerinde duracağız.</w:t>
      </w:r>
    </w:p>
    <w:p>
      <w:pPr>
        <w:keepNext/>
      </w:pPr>
      <w:hyperlink r:id="rId15">
        <w:r>
          <w:rPr>
            <w:color w:val="1155CC"/>
            <w:u w:val="single"/>
          </w:rPr>
          <w:t>00:03:41 – 00:04:25</w:t>
        </w:r>
      </w:hyperlink>
      <w:r>
        <w:rPr>
          <w:b/>
        </w:rPr>
        <w:t xml:space="preserve">  |  Türkçe</w:t>
      </w:r>
    </w:p>
    <w:p>
      <w:r>
        <w:t>Sadece de nasıl çalıştık yönteme bakıyoruz. Bunlarla fazla üzerinde durmayacağım okuduğunuzdan dolayı. Çünkü on yedi dakika zamanınız var. Evet, şimdi sunumun bazı soruları, şunlar manayi harfi, ev, şehir ve okulda teknolojinin çözücü etkisini ve dünyevileşmeyi nasıl görünür kılar? Yani çözücü ile çekil, çözücü ben kimya hocasıyım, çözücünün içine bir şey attığınız zaman o erir, kaybolur, görünmez hale gelir.</w:t>
      </w:r>
    </w:p>
    <w:p>
      <w:pPr>
        <w:keepNext/>
      </w:pPr>
      <w:hyperlink r:id="rId16">
        <w:r>
          <w:rPr>
            <w:color w:val="1155CC"/>
            <w:u w:val="single"/>
          </w:rPr>
          <w:t>00:04:25 – 00:05:10</w:t>
        </w:r>
      </w:hyperlink>
      <w:r>
        <w:rPr>
          <w:b/>
        </w:rPr>
        <w:t xml:space="preserve">  |  Türkçe</w:t>
      </w:r>
    </w:p>
    <w:p>
      <w:r>
        <w:t>Teknoloji de öyle, çözücü etkisi var. Yani gündelik hayatta yeme, içmeden, giyinmeden başlayarak adet ve görenekler, sünnet-i seneye kusurları kayboluyor. Onun yerine kendi değerlerim dünyamızdan beslenmeyen başka kültürlerin şekil ve sembolleri dolduruyor. İbni Haldun da öyle demiştir. Yani üstün olan kültürler orayı doldurur. Boşluk boş kalmıyor. Şimdi, evet, sunumun bazı sorularını anlattık. Kimliksizlik ve aşağılık kompleksi. Yani kimliksizlik, aşağılık kompleksini ve o da taklidi doğuyor.</w:t>
      </w:r>
    </w:p>
    <w:p>
      <w:pPr>
        <w:keepNext/>
      </w:pPr>
      <w:hyperlink r:id="rId17">
        <w:r>
          <w:rPr>
            <w:color w:val="1155CC"/>
            <w:u w:val="single"/>
          </w:rPr>
          <w:t>00:05:11 – 00:06:05</w:t>
        </w:r>
      </w:hyperlink>
      <w:r>
        <w:rPr>
          <w:b/>
        </w:rPr>
        <w:t xml:space="preserve">  |  Türkçe</w:t>
      </w:r>
      <w:r>
        <w:rPr>
          <w:i/>
        </w:rPr>
        <w:t xml:space="preserve">  • Kontrol</w:t>
      </w:r>
    </w:p>
    <w:p>
      <w:r>
        <w:t>Tevremizde gördüğümüz, mesela aşırı açılma diyelim. Bunlar ahlaki bozulmadan ziyade kimliksizlikten kaynaklanıyor. Kimliksizlik taklidi doğuruyor. Evet, şimdi ne amaçlandı, ne olundu? İşte kimliksizliğin maliyeti, aşağılık kompleksi, boşluk taklidi doğurur dedik. Burada da bu taklit teknolojinin ve hayat tarzının dönüştürdüklerini, yani dünyevileşme ve taklide zemin hazırlayan unsurları ele aldık. Yani tüketim kültürü ve gösteriş, burada medya ve sosyal medyanın yönlendirilmesi, okulda kimliğini öğrenemeyen insanlar medya dolduruyor ve yozlaşıyorsunuz.</w:t>
      </w:r>
    </w:p>
    <w:p>
      <w:pPr>
        <w:keepNext/>
      </w:pPr>
      <w:hyperlink r:id="rId18">
        <w:r>
          <w:rPr>
            <w:color w:val="1155CC"/>
            <w:u w:val="single"/>
          </w:rPr>
          <w:t>00:06:06 – 00:06:47</w:t>
        </w:r>
      </w:hyperlink>
      <w:r>
        <w:rPr>
          <w:b/>
        </w:rPr>
        <w:t xml:space="preserve">  |  Türkçe</w:t>
      </w:r>
    </w:p>
    <w:p>
      <w:r>
        <w:t>Değer boyutunun zayıflama, dilin yozlaşması, hazzın ve anlık mutluluğun merkeze yerleşmesi. Evet, onlardan bazıları. Şimdi kısaca nötr bilim. Bilim nötr müdür? Bizim en büyük yanılgımız bu. Dünyayı böyle aldatıyorlar. Modern paradigmanın temel iddiası nedir? Bilim nesnedir. Teknoloji değerlerden bağımsız, tarafsız bir. Temel iddia bu. Tarafsızdır. Halbuki bizim tezimiz şu, bu iddia materyalist bir varlık felsefesinin rasyonalize edilmiş halidir.</w:t>
      </w:r>
    </w:p>
    <w:p>
      <w:pPr>
        <w:keepNext/>
      </w:pPr>
      <w:hyperlink r:id="rId19">
        <w:r>
          <w:rPr>
            <w:color w:val="1155CC"/>
            <w:u w:val="single"/>
          </w:rPr>
          <w:t>00:06:47 – 00:07:27</w:t>
        </w:r>
      </w:hyperlink>
      <w:r>
        <w:rPr>
          <w:b/>
        </w:rPr>
        <w:t xml:space="preserve">  |  Türkçe</w:t>
      </w:r>
    </w:p>
    <w:p>
      <w:r>
        <w:t>Yani bir epistemolojik kılıf, pamukla şurada görüyorsunuz, yani bir maske geçirmiş, bilimsel tarafsızdır, nötr'dür diye. Halbuki tarafsız değil. Bir matematikçi bile aslında, matematik yapıyorum diyen bir bilim insanı bile, Mesela kainatın tesadüfen mi var olduğunu yoksa bir nizamın eseri mi olduğu sorusuna örtük bir cevap taşır. Yani orada bir felsefe var. Yani felsefesiz bilim demek ki yok. Hatta da bir felsefe var.</w:t>
      </w:r>
    </w:p>
    <w:p>
      <w:pPr>
        <w:keepNext/>
      </w:pPr>
      <w:hyperlink r:id="rId20">
        <w:r>
          <w:rPr>
            <w:color w:val="1155CC"/>
            <w:u w:val="single"/>
          </w:rPr>
          <w:t>00:07:27 – 00:08:10</w:t>
        </w:r>
      </w:hyperlink>
      <w:r>
        <w:rPr>
          <w:b/>
        </w:rPr>
        <w:t xml:space="preserve">  |  Türkçe</w:t>
      </w:r>
    </w:p>
    <w:p>
      <w:r>
        <w:t>İşte mesela aydınlanma. Ne zaman başladı? Aydınlanma deniyor. Aslında karanlığa gömülmedir yani 18. yüzyıldan itibaren. 18. yüzyıla kadar Batı dünyası ve dünya İslam ülkelerine tabiydi. Mesela 18. yüzyılda baktığınız zaman onların 60 çiftlik bir ansiklopedisi var, devletin, kraliyetin desteğiyle çıkan. Orada yarısı İslam tarihine ayrılmış, yarıdan fazlası. Hz. Adem'den başlıyor ve örnek ve referanslar hep İslam dünyası, orta çağda bilimi kuranlar, Müslümanlar.</w:t>
      </w:r>
    </w:p>
    <w:p>
      <w:pPr>
        <w:keepNext/>
      </w:pPr>
      <w:hyperlink r:id="rId21">
        <w:r>
          <w:rPr>
            <w:color w:val="1155CC"/>
            <w:u w:val="single"/>
          </w:rPr>
          <w:t>00:08:10 – 00:09:01</w:t>
        </w:r>
      </w:hyperlink>
      <w:r>
        <w:rPr>
          <w:b/>
        </w:rPr>
        <w:t xml:space="preserve">  |  Türkçe</w:t>
      </w:r>
    </w:p>
    <w:p>
      <w:r>
        <w:t>Ama 18. yüzyılda karar veriyorlar, diyorlar ki biz bunu tersine çevireceğiz. Bunun adına da tarihsellik denildi ve işte ne yaptık? Fazilet yerine menfaat, hak yerine kuvveti, ihlas yerine dünyevileşmeyi alan, hedefi alan bir medeniyet anlayışı. Daha doğrusu materyalizm, evrim ve bütün neredeyse izimler 18. yüzyılda doğdu. Aydınlık, yani dün de geçen günde Aydınlık gazetesi bir şey yapmıştı. İşte devlet himayesinde kongre düzenleniyor falan diye boydan boya bir haber yapmıştı. İşte adı aydınlık ama aslında karartan, onu arkasında başka şeyler, fırıldaklar çeviren şey haline geldi.</w:t>
      </w:r>
    </w:p>
    <w:p>
      <w:pPr>
        <w:keepNext/>
      </w:pPr>
      <w:hyperlink r:id="rId22">
        <w:r>
          <w:rPr>
            <w:color w:val="1155CC"/>
            <w:u w:val="single"/>
          </w:rPr>
          <w:t>00:09:01 – 00:09:43</w:t>
        </w:r>
      </w:hyperlink>
      <w:r>
        <w:rPr>
          <w:b/>
        </w:rPr>
        <w:t xml:space="preserve">  |  Türkçe</w:t>
      </w:r>
    </w:p>
    <w:p>
      <w:r>
        <w:t>Yani bilim 18. yüzyıldan itibaren sömürge aracı haline geldi. Eğitim ve bilim. Yani şu anda ülkemizde de zaten böyle bir sömürge eğitimi hakim. Yani ondan çıkma çabaları var. Nasıl yapılıyor? Bilim işte bu şekilde dünyeviliğe alet ediliyor. Ateizme, materyalizme alet ediliyor. Yani sahibinden kaçırılan hırsız muamelesine tabi tutuluyor. Yani sahibi olan Allah yerine başka tabiat, tesadüf ve sebepler dediğimiz bir üçleme, bir tanrı ikame ediliyor. Şimdi, evet şimdi çekiçme çözücü mü dedik?</w:t>
      </w:r>
    </w:p>
    <w:p>
      <w:pPr>
        <w:keepNext/>
      </w:pPr>
      <w:hyperlink r:id="rId23">
        <w:r>
          <w:rPr>
            <w:color w:val="1155CC"/>
            <w:u w:val="single"/>
          </w:rPr>
          <w:t>00:09:43 – 00:10:34</w:t>
        </w:r>
      </w:hyperlink>
      <w:r>
        <w:rPr>
          <w:b/>
        </w:rPr>
        <w:t xml:space="preserve">  |  Türkçe</w:t>
      </w:r>
    </w:p>
    <w:p>
      <w:r>
        <w:t>Bunu bakın çözücü ne yapar? Bundan bahsetmiştim fazla durmayacağım. Çekiş değildir, bir alet değildir bilim teknoloji. İnsanı dönüştüren bir çözücüdür. Peki, şimdi siz burada görüldüğü gibi bu literatürde ortaya konmuş bir şeydir.</w:t>
      </w:r>
    </w:p>
    <w:p>
      <w:pPr>
        <w:keepNext/>
      </w:pPr>
      <w:hyperlink r:id="rId24">
        <w:r>
          <w:rPr>
            <w:color w:val="1155CC"/>
            <w:u w:val="single"/>
          </w:rPr>
          <w:t>00:10:34 – 00:11:15</w:t>
        </w:r>
      </w:hyperlink>
      <w:r>
        <w:rPr>
          <w:b/>
        </w:rPr>
        <w:t xml:space="preserve">  |  Türkçe</w:t>
      </w:r>
      <w:r>
        <w:rPr>
          <w:i/>
        </w:rPr>
        <w:t xml:space="preserve">  • Kontrol</w:t>
      </w:r>
    </w:p>
    <w:p>
      <w:r>
        <w:t>Yani teknik kendi mantığını dayatır. Kültür, teknolojiye teslim olur. Bunun bilimsel postman, Haydegar bu konuda literatürde konuya dair argümanlarını sunmuşlar. Evet, Evet, yemeğe tatlandırıcı katmak.</w:t>
      </w:r>
    </w:p>
    <w:p>
      <w:pPr>
        <w:keepNext/>
      </w:pPr>
      <w:hyperlink r:id="rId25">
        <w:r>
          <w:rPr>
            <w:color w:val="1155CC"/>
            <w:u w:val="single"/>
          </w:rPr>
          <w:t>00:11:15 – 00:11:56</w:t>
        </w:r>
      </w:hyperlink>
      <w:r>
        <w:rPr>
          <w:b/>
        </w:rPr>
        <w:t xml:space="preserve">  |  Türkçe</w:t>
      </w:r>
    </w:p>
    <w:p>
      <w:r>
        <w:t>Hani bugün biz işte teknoloji ne yapıyoruz? Mesela okullardan örnek verin, din dersi koyuyoruz, siyer dersi koyuyoruz falan. Veya işte İmam Hatip'i düşünelim. İmam Hatip'te dersleri nasıl görüyor öğrenci? İşte tesadüf, tabiat ve materyalist bir anlayışla, indirgeci bir anlayışla şey yapıyor. Öbür tarafta din dersleri Allah'ın varlığını şey yapıyor. Şimdi öğrenci ikilemde kalıyor. Dindersin'e mi inanacak? Fen'e mi inanacak? İşte çağımız bilim çağı diyoruz. O zaman bakın sonunda bir tuz katmak, zehirli bir yemeğe ne yapmıyor? O zehiri almıyor. O zehiri içinden almanız lazım.</w:t>
      </w:r>
    </w:p>
    <w:p>
      <w:pPr>
        <w:keepNext/>
      </w:pPr>
      <w:hyperlink r:id="rId26">
        <w:r>
          <w:rPr>
            <w:color w:val="1155CC"/>
            <w:u w:val="single"/>
          </w:rPr>
          <w:t>00:11:56 – 00:12:41</w:t>
        </w:r>
      </w:hyperlink>
      <w:r>
        <w:rPr>
          <w:b/>
        </w:rPr>
        <w:t xml:space="preserve">  |  Türkçe</w:t>
      </w:r>
      <w:r>
        <w:rPr>
          <w:i/>
        </w:rPr>
        <w:t xml:space="preserve">  • Kontrol</w:t>
      </w:r>
    </w:p>
    <w:p>
      <w:r>
        <w:t>İşte biz bu zehir nasıl alınır? Bu sunumda onun üzerinde duracağız. Şimdi hiçbir nesne boşlukta durmaz. Şeyimizde neyi anlatmak istiyoruz? Bir evin mimarisi, okulun tasarımı falan bir varlık anlayışını ortaya koyar. Yani siz materyalist bir anlayıştaki bir hava, atmosfer olan bir yere girdiğiniz zaman o sizi etkiliyor. Geçen benim emekli olduğum üniversiteye, Yıldız Teknik Üniversitesi'ne gittim baktım, o havayı gördüm. Anadolu'dan gelen bir çocuk oradaki işte böyle kibirli öğrencilerdeki kendilerini bir şey zanneden hava içinde o atmosfer onları etkiliyor.</w:t>
      </w:r>
    </w:p>
    <w:p>
      <w:pPr>
        <w:keepNext/>
      </w:pPr>
      <w:hyperlink r:id="rId27">
        <w:r>
          <w:rPr>
            <w:color w:val="1155CC"/>
            <w:u w:val="single"/>
          </w:rPr>
          <w:t>00:12:41 – 00:13:23</w:t>
        </w:r>
      </w:hyperlink>
      <w:r>
        <w:rPr>
          <w:b/>
        </w:rPr>
        <w:t xml:space="preserve">  |  Türkçe</w:t>
      </w:r>
    </w:p>
    <w:p>
      <w:r>
        <w:t>Yani anlatmak istediğimizin bir şeyi de atmosfer. Evet şimdi sunumun sorularına gelelim. Manayı harfi ev, şehir ve okulda teknolojinin çözücü etkisini ve dünyevileşmeyi nasıl görünüklüyor? Yani işte görüyoruz Türkiye'de de son 20 yıl içinde, özellikle 1982'de bir dönemde teknoloji gelişti, insanlar dünyevileşti. 2003'den sonra da çok dünyevileşti değil mi? Bunlar ve ateizm, materyalizm falan şeyinde artış oldu öğrencilerde. Bunlar hepsi de teknolojinin felsefesiz olarak ithal ve taklitten kaynaklanıyor. Yani teknolojiyi de kendimiz üretmemiz lazım.</w:t>
      </w:r>
    </w:p>
    <w:p>
      <w:pPr>
        <w:keepNext/>
      </w:pPr>
      <w:hyperlink r:id="rId28">
        <w:r>
          <w:rPr>
            <w:color w:val="1155CC"/>
            <w:u w:val="single"/>
          </w:rPr>
          <w:t>00:13:24 – 00:14:10</w:t>
        </w:r>
      </w:hyperlink>
      <w:r>
        <w:rPr>
          <w:b/>
        </w:rPr>
        <w:t xml:space="preserve">  |  Türkçe</w:t>
      </w:r>
      <w:r>
        <w:rPr>
          <w:i/>
        </w:rPr>
        <w:t xml:space="preserve">  • Kontrol</w:t>
      </w:r>
    </w:p>
    <w:p>
      <w:r>
        <w:t>Bir kahve, kafeye gidiyorsunuz, hani bizim kahve, geçen sordum, yani bu ne diyor, işte latek mi diyorlar? Bunlarını bile şey yapamıyorum. Ya bu sütlü kahve değil mi? İtalya'dan, Canda'dan, evet sütlü kahve, niye sütlü kahve demiyoruz? Yani bir kahve içme bile bizim havamızı bozuyor. Yani kahve içme bile, yemek kendi geleneğimize, göreneğimize, kültürümüze yani sünnet-i seniyye, fıtrata uygun olması gerekiyor. Oradan alınan, o isimle alınan bir şey, tarz bizi teknolojik olarak bozuyor. Yani teknoloji transferi ve taklide dayalı kalkınma, maddi büyümeyle birlikte ahlaki gerilemeyi, kimliksizliği getiriyor.</w:t>
      </w:r>
    </w:p>
    <w:p>
      <w:pPr>
        <w:keepNext/>
      </w:pPr>
      <w:hyperlink r:id="rId29">
        <w:r>
          <w:rPr>
            <w:color w:val="1155CC"/>
            <w:u w:val="single"/>
          </w:rPr>
          <w:t>00:14:10 – 00:14:56</w:t>
        </w:r>
      </w:hyperlink>
      <w:r>
        <w:rPr>
          <w:b/>
        </w:rPr>
        <w:t xml:space="preserve">  |  Türkçe</w:t>
      </w:r>
      <w:r>
        <w:rPr>
          <w:i/>
        </w:rPr>
        <w:t xml:space="preserve">  • Kontrol</w:t>
      </w:r>
    </w:p>
    <w:p>
      <w:r>
        <w:t>Şimdi Türkiye'de buna çözüm olarak, işte milli eğitimin bazı çabaları var. Mesela mağrih modeli, biz de o modelin gelişimi için çaba gösteriyoruz. Aynı zamanda bir mağrih platformu var, onun yürütücülüğün koordinasyonunu yapıyoruz. Bu anlamda ümit vaat ediyor. Çünkü köklere bağlanmamız gerekiyor ve bizim kavramlarımızla, çünkü insanlar kavramlarla düşünüyor. Kavramları kaybedince başkalarının kavramlarıyla düşünürsünüz ve kendiniz olamazsınız. ÇEDES diye bir program var mesela, bu da programımızın makalemizin içinde yerleşiyor. MESEM, mesela Meslek Eğitim, Ahilik Sistemi, sadece meslek öğretme değil de ahlak öğretmeyi de içeri alıyordu.</w:t>
      </w:r>
    </w:p>
    <w:p>
      <w:pPr>
        <w:keepNext/>
      </w:pPr>
      <w:hyperlink r:id="rId30">
        <w:r>
          <w:rPr>
            <w:color w:val="1155CC"/>
            <w:u w:val="single"/>
          </w:rPr>
          <w:t>00:14:56 – 00:15:36</w:t>
        </w:r>
      </w:hyperlink>
      <w:r>
        <w:rPr>
          <w:b/>
        </w:rPr>
        <w:t xml:space="preserve">  |  Türkçe</w:t>
      </w:r>
    </w:p>
    <w:p>
      <w:r>
        <w:t>Evet, bu sunumda tabii zamanımız yeter mi bilemiyorum. Yapay zekanın dönüştürücü etkisini de, yani onun kurucusu olmamız lazım, öznesi olmamız lazım, nesnesi olduğunuz zaman o sizi değiştiriyor. Zaten yapay zekaya falan ilahlık gibi ileride ilaha, Allah'a ait sıfatlar veriliyor ki bu dinin yerini alma şeyini gösteriyor. Yani ateizm, materyalistler tarafından öyle sunuluyor. Ona karşı bizim vapay zeka ile ilgili temelleri bizim oluşturmamız lazım, bize mal etmemiz lazım.</w:t>
      </w:r>
    </w:p>
    <w:p>
      <w:pPr>
        <w:keepNext/>
      </w:pPr>
      <w:hyperlink r:id="rId31">
        <w:r>
          <w:rPr>
            <w:color w:val="1155CC"/>
            <w:u w:val="single"/>
          </w:rPr>
          <w:t>00:15:36 – 00:16:16</w:t>
        </w:r>
      </w:hyperlink>
      <w:r>
        <w:rPr>
          <w:b/>
        </w:rPr>
        <w:t xml:space="preserve">  |  Türkçe</w:t>
      </w:r>
    </w:p>
    <w:p>
      <w:r>
        <w:t>Bunun bir örneği nedir? Savunma sanayinde değil mi? Savunma sanayinde işte İHA'lar, SİHA'lar bizim diyoruz. Neden? Biz ürettik çünkü. Amerika'daki İHA, SİHA aynı teknolojiyi kullanabilir ama Ama oradan aldığınız zaman siz kendiniz mal etmediğiniz sürece siz onun bir nevi esiri kölesisiniz, mahkumsunuz. Evet, şimdi sunumun sorularını da durduktan sonra dört kelime var Üstad Hazretlerinin. Kırk sene ömrümde, otuz sene tahsilimde yalnız dört kelimeyle dört kelam öğrendim. Kelimelerden maksat manayi harfi, manayi ismi, niyet nazar.</w:t>
      </w:r>
    </w:p>
    <w:p>
      <w:pPr>
        <w:keepNext/>
      </w:pPr>
      <w:hyperlink r:id="rId32">
        <w:r>
          <w:rPr>
            <w:color w:val="1155CC"/>
            <w:u w:val="single"/>
          </w:rPr>
          <w:t>00:16:17 – 00:17:01</w:t>
        </w:r>
      </w:hyperlink>
      <w:r>
        <w:rPr>
          <w:b/>
        </w:rPr>
        <w:t xml:space="preserve">  |  Türkçe</w:t>
      </w:r>
      <w:r>
        <w:rPr>
          <w:i/>
        </w:rPr>
        <w:t xml:space="preserve">  • Kontrol</w:t>
      </w:r>
    </w:p>
    <w:p>
      <w:r>
        <w:t>Yani bu ayrım görüldüğü gibi, yani kırk yıllık ömrün özeti, dört kelime ise bu ayrım külliyatta talibi teşvik değil. Yani bilgi anlayışının kurucu terimleri bunlar. Yani çalışmamızın çıkış noktası da burası, manayi harfi, manayi ismi. Bakış, niyet, nazarla mahiyet değiştiriyor. Yani insanlar gafletle ve satihi nazarla baktığı için ve görgü mahkumu olduğundan teknoloji işte tarafsız değildir. Size empoze ettiği bir fikir ve felsefe vardır. Siz manayi harfi bakışı yoksa ve ona ilahi bir nimet olarak insanlar eliyle yaratılan.</w:t>
      </w:r>
    </w:p>
    <w:p>
      <w:pPr>
        <w:keepNext/>
      </w:pPr>
      <w:hyperlink r:id="rId33">
        <w:r>
          <w:rPr>
            <w:color w:val="1155CC"/>
            <w:u w:val="single"/>
          </w:rPr>
          <w:t>00:17:01 – 00:17:51</w:t>
        </w:r>
      </w:hyperlink>
      <w:r>
        <w:rPr>
          <w:b/>
        </w:rPr>
        <w:t xml:space="preserve">  |  Türkçe</w:t>
      </w:r>
      <w:r>
        <w:rPr>
          <w:i/>
        </w:rPr>
        <w:t xml:space="preserve">  • Kontrol</w:t>
      </w:r>
    </w:p>
    <w:p>
      <w:r>
        <w:t>Çünkü bu da Allah'ın eseridir. Yani hayvan niye yapamıyor? Mesela kedilerin niye medeniyeti, tarihi kültürü yok yani değil mi? Onlara Allah o beyni vermemiş. Beyine o özelliği vermiş ki bunu yapabiliyoruz. O halde manayi harfi nazarı yerleşirse teknoloji insanı dönüştürmez. Biz onu dönüştürürüz. Demek ki önemli olan bakış ve nazar. İşte Bezir Zuman Hazretleri bu metodu insana, mümine kazandırıyor. Dolayısıyla teknolojinin ve gelen şeyin kölesi ve edilgen nesnesi değil, kurucu, faili ve öznesi oluyorsunuz. Evet, manayi harfi bakışı, varlığı biliyorsunuz kendi adına kendinden menkul bir gerçeklik olarak değil, yaratıcı Allah'ı gösteren bir işaret olarak bakmak.</w:t>
      </w:r>
    </w:p>
    <w:p>
      <w:pPr>
        <w:keepNext/>
      </w:pPr>
      <w:hyperlink r:id="rId34">
        <w:r>
          <w:rPr>
            <w:color w:val="1155CC"/>
            <w:u w:val="single"/>
          </w:rPr>
          <w:t>00:17:51 – 00:18:31</w:t>
        </w:r>
      </w:hyperlink>
      <w:r>
        <w:rPr>
          <w:b/>
        </w:rPr>
        <w:t xml:space="preserve">  |  Türkçe</w:t>
      </w:r>
    </w:p>
    <w:p>
      <w:r>
        <w:t>Yani bir harf kendini değil, kelimeyi gösterir. Yani ayna kendini değil, yansıttığını gösterir. Ayna çiçekte bakan iki kişiden biri, şurada bir çiçek var, oradan ne yapar? Kırk elli tane esma okuyabilir yani. Aynaya ayna olduğu için değil, onu yansıttığı şey için kullanılan bir alettir yani. Bu da ilahi isme, oradan geliyor yani. Aynaya ve gölge, gölgeye aşık olmak, aynaya aşık olmak anlamlı değil. Bugünkü insanların şeyi, bu materyalizmin şeyi aynaya, sebeplere dikkati gösteriyor, hasrediyor.</w:t>
      </w:r>
    </w:p>
    <w:p>
      <w:pPr>
        <w:keepNext/>
      </w:pPr>
      <w:hyperlink r:id="rId35">
        <w:r>
          <w:rPr>
            <w:color w:val="1155CC"/>
            <w:u w:val="single"/>
          </w:rPr>
          <w:t>00:18:33 – 00:19:13</w:t>
        </w:r>
      </w:hyperlink>
      <w:r>
        <w:rPr>
          <w:b/>
        </w:rPr>
        <w:t xml:space="preserve">  |  Türkçe</w:t>
      </w:r>
      <w:r>
        <w:rPr>
          <w:i/>
        </w:rPr>
        <w:t xml:space="preserve">  • Kontrol</w:t>
      </w:r>
    </w:p>
    <w:p>
      <w:r>
        <w:t>Şimdi demek, bakın şurada da şu ifade var. Ene çok önemli, ene anahtar. Eneni açmakla kainatın miftahı insanın elinde. Bakın eneyi istimal etmediğiniz zaman, kullanmadığınız zaman, mahiyetini bilmediğiniz zaman Ama kainat kapıları kapalı. Bugün Müslümanlara bakın çoğunda kainat kapıları kapalı. Yani Müslüman olmak problemi çözmüyor yani. Eneyi fethetmeniz ve kullanmanız gerekiyor. Yani bu kadar esma-i ilahiyenin tecellisi var. Kainat kitabı asıl okumamız gereken ilk ayette oku. Benim anladığım kadarıyla kainat kitabını okumak, kendini okumak,</w:t>
      </w:r>
    </w:p>
    <w:p>
      <w:pPr>
        <w:keepNext/>
      </w:pPr>
      <w:hyperlink r:id="rId36">
        <w:r>
          <w:rPr>
            <w:color w:val="1155CC"/>
            <w:u w:val="single"/>
          </w:rPr>
          <w:t>00:19:13 – 00:19:56</w:t>
        </w:r>
      </w:hyperlink>
      <w:r>
        <w:rPr>
          <w:b/>
        </w:rPr>
        <w:t xml:space="preserve">  |  Türkçe</w:t>
      </w:r>
      <w:r>
        <w:rPr>
          <w:i/>
        </w:rPr>
        <w:t xml:space="preserve">  • Kontrol</w:t>
      </w:r>
    </w:p>
    <w:p>
      <w:r>
        <w:t>yeryüzünü okuyacak başka varlık var mı? Biz de hayvandan en önemli farkımız okumak, düşünmek, tefekkür etmek. Yani bunu dünyayı, kainatın merkezi yapan, başkenti adeta yapan, tüm kainatla dünyayı eşdeğer yapan dünyanın bu esma-i ilahiyenin merkez olması, tecelliler. Evet, şimdi dünyanın üç yüzü var. Bu neden önemli? Şimdi, dediği zaman Hazretleri yeni bir şey keşfediyor. Yani genelde dünya ahiret şeyi vardır. Halbuki dünya hani cife kötüdür denilmiş. Halbuki esma-i ilahiye bakan, ahirete bakan yönü dünyanın bunu okumak insanın vasfesi.</w:t>
      </w:r>
    </w:p>
    <w:p>
      <w:pPr>
        <w:keepNext/>
      </w:pPr>
      <w:hyperlink r:id="rId37">
        <w:r>
          <w:rPr>
            <w:color w:val="1155CC"/>
            <w:u w:val="single"/>
          </w:rPr>
          <w:t>00:19:56 – 00:20:41</w:t>
        </w:r>
      </w:hyperlink>
      <w:r>
        <w:rPr>
          <w:b/>
        </w:rPr>
        <w:t xml:space="preserve">  |  Türkçe</w:t>
      </w:r>
    </w:p>
    <w:p>
      <w:r>
        <w:t>Risale-i Nurlar bunu gösteriyor, bunu bize öğretiyor. Ve insanlar bu okumaya sahip olduğu zaman kesrete, vahdete şey yapıyorlar. Günümüz insanı kesrete müptela. Yani zihni dağılmış. Çünkü kalp bir şeye bağlanmak istiyor. Kalbi gerçek, tehkiki imanı bulmadığı zaman dünyevileşme başlıyor. Yani kalp neye önem veriyorsa bir noktada onun ilahı oluyor. Yani günümüz kadar putu olan bir devir olmadı belki de. Çünkü teknoloji bugün bir put gibi yani insanların. Mesela adamlar yine bir marka telefon çıkınca sıraya giriyorlar.</w:t>
      </w:r>
    </w:p>
    <w:p>
      <w:pPr>
        <w:keepNext/>
      </w:pPr>
      <w:hyperlink r:id="rId38">
        <w:r>
          <w:rPr>
            <w:color w:val="1155CC"/>
            <w:u w:val="single"/>
          </w:rPr>
          <w:t>00:20:41 – 00:21:22</w:t>
        </w:r>
      </w:hyperlink>
      <w:r>
        <w:rPr>
          <w:b/>
        </w:rPr>
        <w:t xml:space="preserve">  |  Türkçe</w:t>
      </w:r>
      <w:r>
        <w:rPr>
          <w:i/>
        </w:rPr>
        <w:t xml:space="preserve">  • Kontrol</w:t>
      </w:r>
    </w:p>
    <w:p>
      <w:r>
        <w:t>Değil mi? Yani bir ihtiyacı olmadığı halde bu empoze ediliyor. İşte AVM'ler falan, bu tüketim şeyi sanki mabet gibi çağımızın. Evet, burada insanın dünyevileşmemesi ve o teknoloji karşısında erimemesi için, bir çözücü içerisindeki şeker gibi erimemesi için, ya Bediüzzaman Hazretleri'nin Risale-i Nur'dan Kur'an'dan aldığı bir metot, kesmen terk edin. Etmemek, kalben bağlanmamak. Bakın iki tane etmemek, bağlanmamak var. Evet, teknolojiyi kullanacağız.</w:t>
      </w:r>
    </w:p>
    <w:p>
      <w:pPr>
        <w:keepNext/>
      </w:pPr>
      <w:hyperlink r:id="rId39">
        <w:r>
          <w:rPr>
            <w:color w:val="1155CC"/>
            <w:u w:val="single"/>
          </w:rPr>
          <w:t>00:21:23 – 00:22:00</w:t>
        </w:r>
      </w:hyperlink>
      <w:r>
        <w:rPr>
          <w:b/>
        </w:rPr>
        <w:t xml:space="preserve">  |  Türkçe</w:t>
      </w:r>
      <w:r>
        <w:rPr>
          <w:i/>
        </w:rPr>
        <w:t xml:space="preserve">  • Kontrol</w:t>
      </w:r>
    </w:p>
    <w:p>
      <w:r>
        <w:t>İhtiyacın istene, israfa girmeden ama kalben bağlanmamak. Bu da nasıl olabilir? Eşyanın mahiyetini bilmekle, tahkiki imanla olabilir, kainat kitabını okumakla, sırlarını bilmekle olabilir. İşte Risalelerden çok okunması sürekli. Çünkü insan dünyası değişken bunu kendini yenilemesi aynen bedene nasıl ekmek, yemek, su, hava nasıl her an ihtiyaç varsa ruhunda sır, kalp, ruh ve taifler var. Bunların gıdası da manevi ilim, başta ilim, ibadet hakikatler.</w:t>
      </w:r>
    </w:p>
    <w:p>
      <w:pPr>
        <w:keepNext/>
      </w:pPr>
      <w:hyperlink r:id="rId40">
        <w:r>
          <w:rPr>
            <w:color w:val="1155CC"/>
            <w:u w:val="single"/>
          </w:rPr>
          <w:t>00:22:03 – 00:22:45</w:t>
        </w:r>
      </w:hyperlink>
      <w:r>
        <w:rPr>
          <w:b/>
        </w:rPr>
        <w:t xml:space="preserve">  |  Türkçe</w:t>
      </w:r>
      <w:r>
        <w:rPr>
          <w:i/>
        </w:rPr>
        <w:t xml:space="preserve">  • Kontrol</w:t>
      </w:r>
    </w:p>
    <w:p>
      <w:r>
        <w:t>Kullanıyor değil mi? Evet. Korktuğumuz başımıza geliyor. O zaman şöyle, dijitalizm bir inanç, din akımı olarak sunulduğunu, işte hepimiz bir yazılımımız, işte silikon vadisinde böyle teoriler var. İşte burada dinin yerine alınmak isteniyor. Yani mahiyeti bilinmezse, şimdi yapay zeka ile ortaya çıkan teknolojiler insanların başını döndürüyor. Şimdi, bu imajoloji var. Bir arkadaşın çalışmasıyla yalancı bir imaj oluşuyor. Yani köpük bilinç deniyor. Sanalite, bilinç yabancılaşması. Bunu anlatıyor.</w:t>
      </w:r>
    </w:p>
    <w:p>
      <w:pPr>
        <w:keepNext/>
      </w:pPr>
      <w:hyperlink r:id="rId41">
        <w:r>
          <w:rPr>
            <w:color w:val="1155CC"/>
            <w:u w:val="single"/>
          </w:rPr>
          <w:t>00:22:45 – 00:23:26</w:t>
        </w:r>
      </w:hyperlink>
      <w:r>
        <w:rPr>
          <w:b/>
        </w:rPr>
        <w:t xml:space="preserve">  |  Türkçe</w:t>
      </w:r>
    </w:p>
    <w:p>
      <w:r>
        <w:t>Ali Öztürk diye bir arkadaşımız, profesör, medya uzmanı bu konuda 2003'te bu teoriyi oluşturdu. Bizim manayı, ismi dediğimiz şeyi anlatıyor aslında. Onu da geçiyorum. Tarihsel kökü, biliyorsunuz bilimle din başlangıçta beraberdi. İlk beş asır Müslümanların bilimle teraki etmesinin de şeyi, Kur'an'dan aldıkları, sahabelerden itibaren, ilk beş asır Kainat Kitabı ile Kur'an-ı Kerim birlikte okuluyor. 12. yüzyılda bir ayrılma oldu. Bunun sebeplerine girmeyeceğim. Yani bir noktada bilim ve dinin layıklığı orada başladı.</w:t>
      </w:r>
    </w:p>
    <w:p>
      <w:pPr>
        <w:keepNext/>
      </w:pPr>
      <w:hyperlink r:id="rId42">
        <w:r>
          <w:rPr>
            <w:color w:val="1155CC"/>
            <w:u w:val="single"/>
          </w:rPr>
          <w:t>00:23:27 – 00:24:10</w:t>
        </w:r>
      </w:hyperlink>
      <w:r>
        <w:rPr>
          <w:b/>
        </w:rPr>
        <w:t xml:space="preserve">  |  Türkçe</w:t>
      </w:r>
    </w:p>
    <w:p>
      <w:r>
        <w:t>Yani işte dünyevi ve dini diye ayrıldı ve gerileme başladı. Şimdi Bediüzzaman Hazretleri o ayrılan şeyi yeniden orijinal hale getirdi. Kainat kitabıyla, Kur'an-ı Kerim'e ve dolayısıyla bu manayi harfi bakışı yeniden. Yani bu bakış olmadığı sürece de Müslümanlar da bu dünyevili teknoloji karşısında edilgendir. Ve dünyevileşme mahkum. Hani şöyle bir söz, burada söylemek doğru mu bilmiyorum da, mücahitler müteahhit oldu falan diye şeyler, böyle biraz argo tabirler. Yani bunun şeyi, Müslüman'a hakikaten bu çağda tahkik-i iman ve tefekkür bilinci ve kainat kitabını okuma özelliği verilmediği sürece,</w:t>
      </w:r>
    </w:p>
    <w:p>
      <w:pPr>
        <w:keepNext/>
      </w:pPr>
      <w:hyperlink r:id="rId43">
        <w:r>
          <w:rPr>
            <w:color w:val="1155CC"/>
            <w:u w:val="single"/>
          </w:rPr>
          <w:t>00:24:10 – 00:24:50</w:t>
        </w:r>
      </w:hyperlink>
      <w:r>
        <w:rPr>
          <w:b/>
        </w:rPr>
        <w:t xml:space="preserve">  |  Türkçe</w:t>
      </w:r>
      <w:r>
        <w:rPr>
          <w:i/>
        </w:rPr>
        <w:t xml:space="preserve">  • Kontrol</w:t>
      </w:r>
    </w:p>
    <w:p>
      <w:r>
        <w:t>dünyevileşmekten kurtulmak kolay değil. Evet, bunun için tahkik mesleğini anlattık. Taklit, ezber edilgen, taklit, tahkikte özne oluyorsunuz bizzat. Siz hakimsiniz ve gelen şeylerin kölesi ve onu kabul eden olmaktan çıkıyorsunuz. Kullanan haline, ki insanın taklit yapan hayvanlar var yani. İnsana ona gerek yok, evet taklit edeceği şeyler var ama insanın asıl özelliği tahkiktir. Şimdi biraz da kısaca, 5 dakikam var mı?</w:t>
      </w:r>
    </w:p>
    <w:p>
      <w:pPr>
        <w:keepNext/>
      </w:pPr>
      <w:hyperlink r:id="rId44">
        <w:r>
          <w:rPr>
            <w:color w:val="1155CC"/>
            <w:u w:val="single"/>
          </w:rPr>
          <w:t>00:24:50 – 00:25:44</w:t>
        </w:r>
      </w:hyperlink>
      <w:r>
        <w:rPr>
          <w:b/>
        </w:rPr>
        <w:t xml:space="preserve">  |  Türkçe</w:t>
      </w:r>
      <w:r>
        <w:rPr>
          <w:i/>
        </w:rPr>
        <w:t xml:space="preserve">  • Kontrol</w:t>
      </w:r>
    </w:p>
    <w:p>
      <w:r>
        <w:t>Açtık hocam, açtık süreyi. 15 dakika, evet 2-3 dakikada bitirelim o zaman. 1 dakikada bitirelim. Ev, şehir, okul. Meskenlerimizin falan değil, şehirden kente geçmemiz. Geçmemiz, modern kentler, bunlar köyü kaybetmemiz, tarımı kaybetmemiz hep bu dünyevi teknolojinin eseridir. Mahalleyi kaybetmemiz, bir apartmanda gay birisi de gelebilir, hırsız biri de oturabilir. Değil mi? Birbirini tanımıyorlar. Bunlar hep dünyevileşmenin eseri, mahalleyi, okulun zamanı 12 yıl bakın, işte sınav, merkezi sınav olmaz, hep mekanikleşmiş yani, ruh kaybolmuş.</w:t>
      </w:r>
    </w:p>
    <w:p>
      <w:pPr>
        <w:keepNext/>
      </w:pPr>
      <w:hyperlink r:id="rId45">
        <w:r>
          <w:rPr>
            <w:color w:val="1155CC"/>
            <w:u w:val="single"/>
          </w:rPr>
          <w:t>00:25:45 – 00:26:27</w:t>
        </w:r>
      </w:hyperlink>
      <w:r>
        <w:rPr>
          <w:b/>
        </w:rPr>
        <w:t xml:space="preserve">  |  Türkçe</w:t>
      </w:r>
    </w:p>
    <w:p>
      <w:r>
        <w:t>Sonra işte buna mukabil Milli Eğitim'in ÇEDES, mağrih modeli MESEM, bunları desteklemek lazım. Biz de mağrih platformu olarak bunları destekleyip ihya etmeye çalışıyoruz. Darısı yüksek öğretime diyoruz. Şimdi bir de dini, işte vaaz, hutbe dillerinin değişmesi lazım. Yani hutbe ve vaaz dilleri hani reçeteyi sunuyor, ilacı sunmuyor yani. Kainat kitabı yok yani. Bunun için bir nevi boşa çalışan şey gibi oluyor, fabrika gibi oluyor. Yani bugün binlerce, yüz binlerce din dersi, diyanet yetkilileri var.</w:t>
      </w:r>
    </w:p>
    <w:p>
      <w:pPr>
        <w:keepNext/>
      </w:pPr>
      <w:hyperlink r:id="rId46">
        <w:r>
          <w:rPr>
            <w:color w:val="1155CC"/>
            <w:u w:val="single"/>
          </w:rPr>
          <w:t>00:26:27 – 00:27:15</w:t>
        </w:r>
      </w:hyperlink>
      <w:r>
        <w:rPr>
          <w:b/>
        </w:rPr>
        <w:t xml:space="preserve">  |  Türkçe</w:t>
      </w:r>
      <w:r>
        <w:rPr>
          <w:i/>
        </w:rPr>
        <w:t xml:space="preserve">  • Kontrol</w:t>
      </w:r>
    </w:p>
    <w:p>
      <w:r>
        <w:t>Biz bir hutbebaz raporuyla da bunu sunduk. Yani ispat dili kullanılması lazım. Onlar da bunu tabii çok anlayışla karşıladılar yetkili. Biz de önceki Diyanet İşleri Başkanı'na sunmuştuk. Bunda herkese vazife düşüyor. Yani herkes bunu kendi çevresinde gündem yapsa, inanıyorum ki camiler bir okul haline gelir. Evet ve gençler oradan ilacını alır. Reçeteyi zaten biliyor herkes. Şimdi kalkınmanın, hormonlu kalkınma zamanımız bittiyse bu konuya girmeyeceğim. Yani teknik ahlakını alma, yani distribütör ekonomiden kurtulmamız için bu anlayışa geçmemiz lazım.</w:t>
      </w:r>
    </w:p>
    <w:p>
      <w:pPr>
        <w:keepNext/>
      </w:pPr>
      <w:hyperlink r:id="rId47">
        <w:r>
          <w:rPr>
            <w:color w:val="1155CC"/>
            <w:u w:val="single"/>
          </w:rPr>
          <w:t>00:27:15 – 00:27:55</w:t>
        </w:r>
      </w:hyperlink>
      <w:r>
        <w:rPr>
          <w:b/>
        </w:rPr>
        <w:t xml:space="preserve">  |  Türkçe</w:t>
      </w:r>
      <w:r>
        <w:rPr>
          <w:i/>
        </w:rPr>
        <w:t xml:space="preserve">  • Kontrol</w:t>
      </w:r>
    </w:p>
    <w:p>
      <w:r>
        <w:t>Yani üretim, üretimin durması işte 1980-2003 yıllarda falan dış marka şeyler arttı. Yani bu İHA-SİHA savunma sanayinde olan şeyin diğer alanlara da gitmesi lazım. Mesela bir tıp alanında bir yerli ilacımız yok yani. Çünkü dünya küresel şeyler buna müsaade etmiyorlar. Ama Dünya Sağlık Örgütü'ne bağlı olduğunuz sürece size müsaade etmezler. Şimdi Dünya Sağlık Örgütü'dür, Gıda Sağlık Örgütü'dür, NATO falan bunlar küresel kraliyetin ülkelerdeki şeyleridir.</w:t>
      </w:r>
    </w:p>
    <w:p>
      <w:pPr>
        <w:keepNext/>
      </w:pPr>
      <w:hyperlink r:id="rId48">
        <w:r>
          <w:rPr>
            <w:color w:val="1155CC"/>
            <w:u w:val="single"/>
          </w:rPr>
          <w:t>00:27:55 – 00:28:43</w:t>
        </w:r>
      </w:hyperlink>
      <w:r>
        <w:rPr>
          <w:b/>
        </w:rPr>
        <w:t xml:space="preserve">  |  Türkçe</w:t>
      </w:r>
    </w:p>
    <w:p>
      <w:r>
        <w:t>Kendi kodlarını ve şeylerini dayatmak için güya işte bilim ve uluslararası falan maskeyle size dayatırlar. Evet, rahat neden kazanır? Ahlakı, yerli kalkım ahlak, topçu ve belgen. Onlardan örnekler verdik. Diyanetten kainat kitabını okuyan hutbeler talep ediyoruz. Evet, kalkımda üreticiliğe geçiş. Sonuç, çözücüyü tersine çevirmek ve teşekkür ederiz diyoruz. Zaman sınırı dolayısıyla böyle özet anlattık. Osman Çakmak hocamıza konuşmalarından dolayı teşekkür ediyorum.</w:t>
      </w:r>
    </w:p>
    <w:p>
      <w:pPr>
        <w:keepNext/>
      </w:pPr>
      <w:hyperlink r:id="rId49">
        <w:r>
          <w:rPr>
            <w:color w:val="1155CC"/>
            <w:u w:val="single"/>
          </w:rPr>
          <w:t>00:28:45 – 00:29:31</w:t>
        </w:r>
      </w:hyperlink>
      <w:r>
        <w:rPr>
          <w:b/>
        </w:rPr>
        <w:t xml:space="preserve">  |  Türkçe</w:t>
      </w:r>
    </w:p>
    <w:p>
      <w:r>
        <w:t>Hocamız konuşmasında özetle bilimin nötrlüğü, tarafsızlık durumları, manay harfi manay ismi okumaları, kainata bakış açısı noktasına değindi. Özellikle bir kısım çevrelerin yapay zekayı adeta ilahlaştırmasının getirdiği vahim neticelerden bahsetti. Bir Müslüman'ın aklının inhisar altına alınamayacağından bahsetti. Son olarak tahkiki taklidi iman konusuna değindi ve kurumsal çalışmalara destek verilmesi noktasında tavsiyelerde bulundu. İkinci konuşmacımız, modern küresel krizlerin temelinde manevi boşluk Risale-i Nur perspektifinden tevhid merkezli bir çözüm önerisi başlıklı konuşmasıyla</w:t>
      </w:r>
    </w:p>
    <w:p>
      <w:pPr>
        <w:keepNext/>
      </w:pPr>
      <w:hyperlink r:id="rId50">
        <w:r>
          <w:rPr>
            <w:color w:val="1155CC"/>
            <w:u w:val="single"/>
          </w:rPr>
          <w:t>00:29:31 – 00:30:29</w:t>
        </w:r>
      </w:hyperlink>
      <w:r>
        <w:rPr>
          <w:b/>
        </w:rPr>
        <w:t xml:space="preserve">  |  Türkçe</w:t>
      </w:r>
    </w:p>
    <w:p>
      <w:r>
        <w:t>Erciyes Üniversitesi Öğretim Yöneticisi Prof. Dr. Danyal Soybaşı Hocamızı kürsüye davet ediyorum. Sayın Başkanım Muhammed Emre Hocam, Değerli katılımcılar, değerli dinleyiciler, Hepiniz hoş geldiniz. Bismillahirrahmanirrahim. Elhamdülillahi Rabbil alemin. Vessalatu vesselamu ala Resulina Muhammedin ve ala alihi ve sahbihi ecma'in. Ve Rabbi şirahli sadri ve yasirli emri. Ve ahlul uqdetem min lisani yefkahu kavli. Evet, ben bugünkü konuşmamda özetle dünyanın şu anda maruz kalmış olduğu modern krizlerin çözümünün sadece maddi tedbirlerle düşünülmemesi gerektiğini,</w:t>
      </w:r>
    </w:p>
    <w:p>
      <w:pPr>
        <w:keepNext/>
      </w:pPr>
      <w:hyperlink r:id="rId51">
        <w:r>
          <w:rPr>
            <w:color w:val="1155CC"/>
            <w:u w:val="single"/>
          </w:rPr>
          <w:t>00:30:29 – 00:31:10</w:t>
        </w:r>
      </w:hyperlink>
      <w:r>
        <w:rPr>
          <w:b/>
        </w:rPr>
        <w:t xml:space="preserve">  |  Türkçe</w:t>
      </w:r>
    </w:p>
    <w:p>
      <w:r>
        <w:t>Elbette bunların bir yeri olmakla beraber çok boyutlu olduğunu, hususen benim bu çalışmamda vurgulayacağım üzere temelinde insanın yaratılma gayesinden uzak olması, onu yaratan yaratıcısından uzaklaşmasından çıkan bir manevi boşluk olduğunu, dolayısıyla o manevi boşluğun izah edilmesiyle bu sorunların daha rahat halledebileceğini düşünüyorum. Şimdi Müslüman olarak bizim temel kitabımız Kur'an-ı Kerim.</w:t>
      </w:r>
    </w:p>
    <w:p>
      <w:pPr>
        <w:keepNext/>
      </w:pPr>
      <w:hyperlink r:id="rId52">
        <w:r>
          <w:rPr>
            <w:color w:val="1155CC"/>
            <w:u w:val="single"/>
          </w:rPr>
          <w:t>00:31:11 – 00:31:51</w:t>
        </w:r>
      </w:hyperlink>
      <w:r>
        <w:rPr>
          <w:b/>
        </w:rPr>
        <w:t xml:space="preserve">  |  Türkçe</w:t>
      </w:r>
    </w:p>
    <w:p>
      <w:r>
        <w:t>Bu yıl düzenlenen bu sempozyumun temelinde de problemlere Kur'an eksenli çözümler konuşuluyor değil mi? Olması gereken de bu çünkü Allah Kur'an için وَنُنَزِّلُمْ مِنَ الْقُرْآنِ مَا هُوَ شِفَاءٌ وَرَحْمَةٌ لِلْمُؤْمِنِينَ buyuruyor değil mi? Yani müminlerin için bir rahmet, bir şifa olduğunu söylüyor. Bunu dar anlamda düşünmesek, genişletsek, çünkü Kur'an-ı Kerim bütün asırlara ve bütün insanlara göndermiş bir kitap olduğuna göre, bütün asırlara bakan yönü olmalı.</w:t>
      </w:r>
    </w:p>
    <w:p>
      <w:pPr>
        <w:keepNext/>
      </w:pPr>
      <w:hyperlink r:id="rId53">
        <w:r>
          <w:rPr>
            <w:color w:val="1155CC"/>
            <w:u w:val="single"/>
          </w:rPr>
          <w:t>00:31:52 – 00:32:38</w:t>
        </w:r>
      </w:hyperlink>
      <w:r>
        <w:rPr>
          <w:b/>
        </w:rPr>
        <w:t xml:space="preserve">  |  Türkçe</w:t>
      </w:r>
    </w:p>
    <w:p>
      <w:r>
        <w:t>Nitekim Risale-i Nur'da esasen bu asra bakan yönüyle Kur'an'ı tefsir eden bir tefsir. Yani Kur'an-ı Kerim hakkında 300 bin tefsir yazılmış. Bu tefsirlerden biri de asrımızda özellikle asrımızın hastalığı olan materyalizmin çaresi olarak Sâlih-i Nur ihsan edilmiş. Hani Mesnevi'de Üstad Hazretleri Seri-i Seyyur olan şu zamanın evladına kısa ve selametli bir tariki ihsan etmek rahmet-i ilahiyenin şenindendir derken, Kur'an'ın bu cihetinde ümmete olan rahmet leması olarak Salih Nur'a baktırıyor.</w:t>
      </w:r>
    </w:p>
    <w:p>
      <w:pPr>
        <w:keepNext/>
      </w:pPr>
      <w:hyperlink r:id="rId54">
        <w:r>
          <w:rPr>
            <w:color w:val="1155CC"/>
            <w:u w:val="single"/>
          </w:rPr>
          <w:t>00:32:38 – 00:33:23</w:t>
        </w:r>
      </w:hyperlink>
      <w:r>
        <w:rPr>
          <w:b/>
        </w:rPr>
        <w:t xml:space="preserve">  |  Türkçe</w:t>
      </w:r>
    </w:p>
    <w:p>
      <w:r>
        <w:t>Şimdi sevgili Müslümanlar, özellikle Allah'la irtibat olmadan insanların krizlerden kurtuluşu bir kere yok yani. Belki maddi bir krizden kurtuluş olabilir ama insanın saadetini, mutluluğunu yakalaması zor. Şimdi ben şunu bir ifade edeyim. Bu sempozyumda direkt Risale-i Nur'dan metinler okuyanlar da oldu, ondan anladıktan anlatanlar da oldu. Bunların hepsi değerli şeyler. Dün şöyle biraz sosyal medyaya baktım, bazı insanlar işte ya niye Risale-i Nur'dan direkt olduğu gibi okunmuyor falan gibi.</w:t>
      </w:r>
    </w:p>
    <w:p>
      <w:pPr>
        <w:keepNext/>
      </w:pPr>
      <w:hyperlink r:id="rId55">
        <w:r>
          <w:rPr>
            <w:color w:val="1155CC"/>
            <w:u w:val="single"/>
          </w:rPr>
          <w:t>00:33:23 – 00:34:06</w:t>
        </w:r>
      </w:hyperlink>
      <w:r>
        <w:rPr>
          <w:b/>
        </w:rPr>
        <w:t xml:space="preserve">  |  Türkçe</w:t>
      </w:r>
    </w:p>
    <w:p>
      <w:r>
        <w:t>Onun da yeri var, bunun da yeri var. Yani bu tür faaliyetlerdeki maksat bizim klasik anlamda beraber oturup Risale-i Nur'ları birlikte mütala ettiğimiz, derinlemesini anlamaya çalıştığımız şeylere mani değil. Aksine bu sempozyumlarla insanlar bu Risale-i Nur'dan haberdar oluyor. İçinde neler olduğu konusunda böyle vitrin tarzında ufak işaretlerin olması çoğu insana yetiyor. Devamında insanlar bildiğimiz tarzıyla okumalarını zaten yaparlar. Bilmem ne mani şeyler değiller. Şimdi Risale-i Nur'un perspektifinden tevhid merkezli çözüm dediğimiz zaman bu Kur'an'dan bağımsız bir şey değil.</w:t>
      </w:r>
    </w:p>
    <w:p>
      <w:pPr>
        <w:keepNext/>
      </w:pPr>
      <w:hyperlink r:id="rId56">
        <w:r>
          <w:rPr>
            <w:color w:val="1155CC"/>
            <w:u w:val="single"/>
          </w:rPr>
          <w:t>00:34:06 – 00:34:44</w:t>
        </w:r>
      </w:hyperlink>
      <w:r>
        <w:rPr>
          <w:b/>
        </w:rPr>
        <w:t xml:space="preserve">  |  Türkçe</w:t>
      </w:r>
      <w:r>
        <w:rPr>
          <w:i/>
        </w:rPr>
        <w:t xml:space="preserve">  • Kontrol</w:t>
      </w:r>
    </w:p>
    <w:p>
      <w:r>
        <w:t>Az önce dediğim gibi bir kere Kur'an'ın bir tefsiri olarak Risale-i Nur'a bakmamız gerekiyor. Tabii biz 24 sayfalık bir normal tavizde tam metin bildiri hazırladık. Bunlar, buradaki her şeyi burada bahsedemeyiz. Benim amacım doğrusu, bunlar basıldığında toplu olarak insanlara elinde bir eser olsun arzusu. Niye diyeceksiniz? Üstad Hazretleri, Darül Finu'nun kapısında Arapça olarak yazan</w:t>
      </w:r>
    </w:p>
    <w:p>
      <w:pPr>
        <w:keepNext/>
      </w:pPr>
      <w:hyperlink r:id="rId57">
        <w:r>
          <w:rPr>
            <w:color w:val="1155CC"/>
            <w:u w:val="single"/>
          </w:rPr>
          <w:t>00:34:48 – 00:35:34</w:t>
        </w:r>
      </w:hyperlink>
      <w:r>
        <w:rPr>
          <w:b/>
        </w:rPr>
        <w:t xml:space="preserve">  |  Türkçe</w:t>
      </w:r>
    </w:p>
    <w:p>
      <w:r>
        <w:t>ayetini kaldırdıklarını, sonra tekrar yerine yazıldığını söylediğinde diyor ki, bu inşallah diyor, Darülfün'ün Medrese-i Nuriye'ye çevrileceğine işarettir diyor. Hatırlarsanız bu mektubunda. Şöyle söyleyelim, bu zaman ilim asrı, ilmi taşıyan şey akademi. Yani üniversiteler olmadan ve üniversitede oluşmuş olan mevcut gelenekler de olmadan Risale-i Nur'u asrımızda insanlara doğru olarak anlatmak pek mümkün görünmüyor. O anlamda bu tür tam metinler olsun, yazılacak bununla ilgili kitaplar vs. bunlar da çok önemli. Çünkü şu anda fikri ilerlemeyi taşıyan esas kolu üniversiteler.</w:t>
      </w:r>
    </w:p>
    <w:p>
      <w:pPr>
        <w:keepNext/>
      </w:pPr>
      <w:hyperlink r:id="rId58">
        <w:r>
          <w:rPr>
            <w:color w:val="1155CC"/>
            <w:u w:val="single"/>
          </w:rPr>
          <w:t>00:35:35 – 00:36:19</w:t>
        </w:r>
      </w:hyperlink>
      <w:r>
        <w:rPr>
          <w:b/>
        </w:rPr>
        <w:t xml:space="preserve">  |  Türkçe</w:t>
      </w:r>
    </w:p>
    <w:p>
      <w:r>
        <w:t>O açıdan bu tür faaliyetler zannettiğimizden çok daha önemli. Bunu özellikle söylemek istedim. Tabii o talebi olan samimi insanlara da, doğrudan Risale-i Nur'dan da hitap etmek, Risale-i Nur'u okumak istiyorum. Şimdi insanla ilgili, insanın vazifesiyle ilgili birçok şeyler söylenmiş. Zaman kısımdan dolayı ben onlardan bahsedemeyeceğim. Ama İslami düşünceden baktığımda bir kere insanı وَمَا خَلَقْتُ الْجِنَّ وَالْاِنْسَ اِلَّا لِيَعْبُدُونَ ayet-i kerimesine göre insanların ve cinlerin yaratılmasının gayesi nedir?</w:t>
      </w:r>
    </w:p>
    <w:p>
      <w:pPr>
        <w:keepNext/>
      </w:pPr>
      <w:hyperlink r:id="rId59">
        <w:r>
          <w:rPr>
            <w:color w:val="1155CC"/>
            <w:u w:val="single"/>
          </w:rPr>
          <w:t>00:36:20 – 00:37:00</w:t>
        </w:r>
      </w:hyperlink>
      <w:r>
        <w:rPr>
          <w:b/>
        </w:rPr>
        <w:t xml:space="preserve">  |  Türkçe</w:t>
      </w:r>
      <w:r>
        <w:rPr>
          <w:i/>
        </w:rPr>
        <w:t xml:space="preserve">  • Kontrol</w:t>
      </w:r>
    </w:p>
    <w:p>
      <w:r>
        <w:t>Allah kendi buyuruyor, sizi ibadet için yarattım diyor yani. Hatta İbni Abbas diyor ki, liyabudun manası aslında liyarifundur, yani tanısınlar diye. Bizim hılkatımızın gayesi, bizi ve içinde bulunduğumuz evreni yaratan Allah'ı yarattığı bu sanat eserleriyle tanımak, kainatta tecelli eden esma-i ilahiyenin cilvelerini bütün letaifimizle, tüm cihazatlarımızla tartmak, anlamak ve neticesinde Allah'a karşı bir hayranlıkla, ona karşı bir sevgiyle, muhabbetle dolmak ki biz buna muhabbetullah diyoruz.</w:t>
      </w:r>
    </w:p>
    <w:p>
      <w:pPr>
        <w:keepNext/>
      </w:pPr>
      <w:hyperlink r:id="rId60">
        <w:r>
          <w:rPr>
            <w:color w:val="1155CC"/>
            <w:u w:val="single"/>
          </w:rPr>
          <w:t>00:37:01 – 00:37:52</w:t>
        </w:r>
      </w:hyperlink>
      <w:r>
        <w:rPr>
          <w:b/>
        </w:rPr>
        <w:t xml:space="preserve">  |  Türkçe</w:t>
      </w:r>
    </w:p>
    <w:p>
      <w:r>
        <w:t>Dolayısıyla bütün hakiki saadet ve halis sürur ve şirin nimet ve safi lezzet nerede bulunuyor arkadaşlar? Marifetullah ve muhabbetullah'tadır. Onlar onsuz olamaz. Bu Bu, Bediüzzaman Hazretleri'nin bütün Müslümanların ortak kanaati olarak tekraren bize hatırlattığı bir husus. Bu iki şart olmadan insanın saadetini kazanma imkanı yok. Bunları detaylı bir şekilde Risale-i Nur'un birçok yerlerinde anlatan Hazreti Üstad, Bu sözün devamında diyor ki, Cenab-ı Hakk'ı tanıyan ve seven nihayetsiz saadete, nimete, envara, esrara ya bil kuvve veya bil fiil mazhardır.</w:t>
      </w:r>
    </w:p>
    <w:p>
      <w:pPr>
        <w:keepNext/>
      </w:pPr>
      <w:hyperlink r:id="rId61">
        <w:r>
          <w:rPr>
            <w:color w:val="1155CC"/>
            <w:u w:val="single"/>
          </w:rPr>
          <w:t>00:37:53 – 00:38:34</w:t>
        </w:r>
      </w:hyperlink>
      <w:r>
        <w:rPr>
          <w:b/>
        </w:rPr>
        <w:t xml:space="preserve">  |  Türkçe</w:t>
      </w:r>
    </w:p>
    <w:p>
      <w:r>
        <w:t>Onu hakiki tanımayan, burada çok önemli bak, hakiki tanımak, az önce Allah razı olsun Osman Hocam tahkiki imana işareten güzel şeyler söyledi. Şimdi tanımak da yetmiyor Cenab-ı Hakk'ı, hakiki tanımak lazım, hakiki sevmek lazım. Onu hakiki tanımayan ve sevmeyen nasıl bir hayat bekliyor onu? Nihayetsiz şekavete, alama, evhama, manen ve maddeten müptela olur. Şimdi biz ilim noktasında mesela düşünelim, Allah'ı tanımayan bir insan ilmini detaylandırdıkça bir korku ve vahşet içerisinde kalıyor. Çünkü ona göre eşya ve mevcudat kendi başına hareket ediyor</w:t>
      </w:r>
    </w:p>
    <w:p>
      <w:pPr>
        <w:keepNext/>
      </w:pPr>
      <w:hyperlink r:id="rId62">
        <w:r>
          <w:rPr>
            <w:color w:val="1155CC"/>
            <w:u w:val="single"/>
          </w:rPr>
          <w:t>00:38:34 – 00:39:15</w:t>
        </w:r>
      </w:hyperlink>
      <w:r>
        <w:rPr>
          <w:b/>
        </w:rPr>
        <w:t xml:space="preserve">  |  Türkçe</w:t>
      </w:r>
      <w:r>
        <w:rPr>
          <w:i/>
        </w:rPr>
        <w:t xml:space="preserve">  • Kontrol</w:t>
      </w:r>
    </w:p>
    <w:p>
      <w:r>
        <w:t>Herhangi bir kontrol edenin yok Her an her şey olabilir Şimdi ben bir zamanlar bir yabancı arkadaşımı buraya Türkiye'ye davet ettim Geldi sağolsun çok değerli bir insan Meğer böyle inancı yokmuş ben tabi bilmiyordum Ona böyle bir konu açılır diye İkinci sözün İngilizcesini verdim hocam dedim siz çok zekisiniz gerçekten çok zeki şurayı dedim bana bir okuyup anlatabilir misiniz sizi daha iyi anlıyorsunuzdur falan dedim başladı ikinci sözü okumaya öyle kaptırdı ki kendini o işte şeye geldi dağlar ve</w:t>
      </w:r>
    </w:p>
    <w:p>
      <w:pPr>
        <w:keepNext/>
      </w:pPr>
      <w:hyperlink r:id="rId63">
        <w:r>
          <w:rPr>
            <w:color w:val="1155CC"/>
            <w:u w:val="single"/>
          </w:rPr>
          <w:t>00:39:16 – 00:39:58</w:t>
        </w:r>
      </w:hyperlink>
      <w:r>
        <w:rPr>
          <w:b/>
        </w:rPr>
        <w:t xml:space="preserve">  |  Türkçe</w:t>
      </w:r>
      <w:r>
        <w:rPr>
          <w:i/>
        </w:rPr>
        <w:t xml:space="preserve">  • Kontrol</w:t>
      </w:r>
    </w:p>
    <w:p>
      <w:r>
        <w:t>mevcudat hani dağlar ve ne diyor büyük mevcudattan bahsediyor onları büyük cenazeler hükmünde görür diye oraya gelince dedi ki ya öyle değil mi dedi ya ben öyle değil mi sen Cedi? Zaten öyle değil mi? Dedi. Sen korkmuyor musun? Dedi böyle hanım. Birden dağlar patlasa, infilak etse dedi. Her an dedi herhangi bir şey patlayabilir, dünyaya bir şey çarpabilir falan. Ben ona dedim ki ya dedim bak şimdi sen dedim bir köpek görsen ama sahibi onu tutmuş ipinden artık neyse tasmasından korkuyor musun? Yok dedi. Tasmasını tutmasa korkar mısın dedim. Dedi ki çok korkarım dedi. İşte dedim bak sen şimdi dedim onu tasmasını</w:t>
      </w:r>
    </w:p>
    <w:p>
      <w:pPr>
        <w:keepNext/>
      </w:pPr>
      <w:hyperlink r:id="rId64">
        <w:r>
          <w:rPr>
            <w:color w:val="1155CC"/>
            <w:u w:val="single"/>
          </w:rPr>
          <w:t>00:39:58 – 00:40:38</w:t>
        </w:r>
      </w:hyperlink>
      <w:r>
        <w:rPr>
          <w:b/>
        </w:rPr>
        <w:t xml:space="preserve">  |  Türkçe</w:t>
      </w:r>
    </w:p>
    <w:p>
      <w:r>
        <w:t>tutan yok zannediyorsun. Ben biliyorum ki atomlardan yıldızlara kadar her şey emir tahtlı hareket eder. Onun bir sahibi var. Kendi başına bir hareketi yok. O dilemezse hiçbir şey sana zarar veremez. Çok hoşuna gitti. Dedi ki bu gerçekten güzel dedi. Güzel bir mantık dedi. Neyse biz sohbetmeye başladık. İşte ölüm devam ediyoruz. Ölüm, hiçlik, yokluk falan deyince orada da dedi ki ya insan dedi hani sen dedi zaten yok olmuyoruz mu dedi. Mesela dedi muz yiyorsun dedi bitiyor işte dedi. Muzu yedin bitti artık muzu yok dedi. Tabii çok basit düşünüyor. Dedim ki hocam sen hiç yap bozu yapıyor musun dedim.</w:t>
      </w:r>
    </w:p>
    <w:p>
      <w:pPr>
        <w:keepNext/>
      </w:pPr>
      <w:hyperlink r:id="rId65">
        <w:r>
          <w:rPr>
            <w:color w:val="1155CC"/>
            <w:u w:val="single"/>
          </w:rPr>
          <w:t>00:40:39 – 00:41:18</w:t>
        </w:r>
      </w:hyperlink>
      <w:r>
        <w:rPr>
          <w:b/>
        </w:rPr>
        <w:t xml:space="preserve">  |  Türkçe</w:t>
      </w:r>
      <w:r>
        <w:rPr>
          <w:i/>
        </w:rPr>
        <w:t xml:space="preserve">  • Kontrol</w:t>
      </w:r>
    </w:p>
    <w:p>
      <w:r>
        <w:t>Dedi yapıyorum. Yap bozu bozunca geri yapabiliyor musun dedim. Tabii yaparım dedi yani. E dedim şimdi sen önceden biliyorsun sen önceden var mıydın yok. Hani o temel mantık sanatından anlatılan manada. Seni evrenin kainatı her tarafından bir şekilde Allah toplamış. O molekülleri getirmiş, dizayn etmiş, senin gibi bina ortaya çıkarmış. Vefat ettiğin zaman tekrar geri dağılıyorsun. atomlar zaten Allah'ın emrini dinleyen varlıklar onun komutası direkt onun elinde kendi başına bir varlıklar değiller ki asker gibi emir gelecek tekrar gir toplanırlar dedi ki harika bir mantık dedi biz o elhamdülillah o arkadaşımız şimdi imanı var biz bazen onunla görüşüyoruz</w:t>
      </w:r>
    </w:p>
    <w:p>
      <w:pPr>
        <w:keepNext/>
      </w:pPr>
      <w:hyperlink r:id="rId66">
        <w:r>
          <w:rPr>
            <w:color w:val="1155CC"/>
            <w:u w:val="single"/>
          </w:rPr>
          <w:t>00:41:20 – 00:42:02</w:t>
        </w:r>
      </w:hyperlink>
      <w:r>
        <w:rPr>
          <w:b/>
        </w:rPr>
        <w:t xml:space="preserve">  |  Türkçe</w:t>
      </w:r>
      <w:r>
        <w:rPr>
          <w:i/>
        </w:rPr>
        <w:t xml:space="preserve">  • Kontrol</w:t>
      </w:r>
    </w:p>
    <w:p>
      <w:r>
        <w:t>bana geçenlerde bir mesaj atmış diyor ki you are my best friend onun dünyasında böyle bir noktayı nazar kazandırdığımız için Adam bana teşekkür ediyor Evvelden kendi kendine olduğunu Kainatın bir sahibi olmadığını Dolayısıyla onun manevi elemini hisseden bir insan Üstadımızın ifadesiyle Eğer insan sahibini bulsa Maliki tanısa O vakit rahmetine iltica eder Kudretine istinad eder O vahşetkâh dünya bir tenezzükâhı döner Ve bir ticaretkâh olur Böyle deyince Anlıyoruz ki insan ancak yaratılış kayasını kavrayarak Allah ile olan bağını güçlendirerek ve şu gördüğümüz</w:t>
      </w:r>
    </w:p>
    <w:p>
      <w:pPr>
        <w:keepNext/>
      </w:pPr>
      <w:hyperlink r:id="rId67">
        <w:r>
          <w:rPr>
            <w:color w:val="1155CC"/>
            <w:u w:val="single"/>
          </w:rPr>
          <w:t>00:42:02 – 00:42:45</w:t>
        </w:r>
      </w:hyperlink>
      <w:r>
        <w:rPr>
          <w:b/>
        </w:rPr>
        <w:t xml:space="preserve">  |  Türkçe</w:t>
      </w:r>
    </w:p>
    <w:p>
      <w:r>
        <w:t>bütün varlık alemini Allah'ın Esma-i Üstasının tecellileri olarak okuduğunda gerçek mutluluğa kavuşacak arkadaşlar. Şimdi dediğim gibi hani çok şeylerden bahsettik. Hepsinden bahsedemeyiz. Çok şey yazdık ama inşallah siz onu tam metninde okuyabilirsiniz. Yine insan yani insan mesela şu anda Dünya Sağlık Örgütü'nün yaptığı araştırmalara göre ruh sağlığı sorunları küresel ölçekte inanılmaz bir artış gösteriyor. Şimdi arkadaşlar şurada eee mesela kriz alanları görüyorsunuz. Işte bireyselleşme ve anlam krizi. Ona karşılık mesela Risale-i</w:t>
      </w:r>
    </w:p>
    <w:p>
      <w:pPr>
        <w:keepNext/>
      </w:pPr>
      <w:hyperlink r:id="rId68">
        <w:r>
          <w:rPr>
            <w:color w:val="1155CC"/>
            <w:u w:val="single"/>
          </w:rPr>
          <w:t>00:42:45 – 00:43:24</w:t>
        </w:r>
      </w:hyperlink>
      <w:r>
        <w:rPr>
          <w:b/>
        </w:rPr>
        <w:t xml:space="preserve">  |  Türkçe</w:t>
      </w:r>
    </w:p>
    <w:p>
      <w:r>
        <w:t>Nur'da karşılığı Ene Risalesi, Ene'nin ne olduğu, mahiyetinin anlaşılmasıyla beraber bu krizi hallediyor. E çevresel sorunlar dediğin zaman yine Kur'an'ın verdiği derste mevcudata emanet nazarıyla bakıldığında yani bunlar bize hizmetimize verilmiş, emaneten verilmiş. Dolayısıyla biz bunları kıramayız, dökemeyiz. Tabiri caizse kafamıza göre kullanamayız. Mantığıyla bakıldığında bu sorundan kurtulmuş oluyor insandık. Şuraya getiriyoruz. Kur'an-ı Kerim'in</w:t>
      </w:r>
    </w:p>
    <w:p>
      <w:pPr>
        <w:keepNext/>
      </w:pPr>
      <w:hyperlink r:id="rId69">
        <w:r>
          <w:rPr>
            <w:color w:val="1155CC"/>
            <w:u w:val="single"/>
          </w:rPr>
          <w:t>00:43:25 – 00:44:10</w:t>
        </w:r>
      </w:hyperlink>
      <w:r>
        <w:rPr>
          <w:b/>
        </w:rPr>
        <w:t xml:space="preserve">  |  Türkçe</w:t>
      </w:r>
    </w:p>
    <w:p>
      <w:r>
        <w:t>insanlığa ders verdiği temel esaslar nazara alınır ve insanlığın ortak bir malı haline gelir. Ortak bir bilinçle bunlar insanlığa mal olursa birçok sorunumuzdan kurtulmuş oluruz. Bu hususu Rabbimiz bizlere ifade ediyor. Yani için içinde Allah'a iman olmayan Allah'ın nazarıyla bakılmayan hiçbir mevzu ve meselenin insanı tatmin edecek bir seviyede çözüme ulaştırılma şansı yoktur arkadaşlar. Mesela ekonomik adaletsizlikler dediğimiz zaman, diyelim ki iktisat sayesini düşünün.</w:t>
      </w:r>
    </w:p>
    <w:p>
      <w:pPr>
        <w:keepNext/>
      </w:pPr>
      <w:hyperlink r:id="rId70">
        <w:r>
          <w:rPr>
            <w:color w:val="1155CC"/>
            <w:u w:val="single"/>
          </w:rPr>
          <w:t>00:44:11 – 00:44:51</w:t>
        </w:r>
      </w:hyperlink>
      <w:r>
        <w:rPr>
          <w:b/>
        </w:rPr>
        <w:t xml:space="preserve">  |  Türkçe</w:t>
      </w:r>
    </w:p>
    <w:p>
      <w:r>
        <w:t>Koca bir eser yazılmış yani. Yani iktisat ve kanaatin insan hayatında saadete ne kadar ne derece medar olacağı hususu sizleri o eserlerin detaylarına havale ediyorum. Mesela toplumsal çatışmalar ve savaşlar dediğimiz zaman arkadaşlar, bunun çaresi uhuvvet risalesinde anlatılan Kur'an-ı düzdürler. Uhuvvet risalesi nasıl başlıyor hatırlayın. وَجَعَلْنَاكُمْ شُعُوبًا وَقَبَىٰ اِلَىٰ لِتَعَارَفُوا اِنَّ اَكْرَمَكُمْ عِنْدَ اللّٰهِ اَتْقَاكُمْ İlahi hatırlarsınız. Onun tefsiri.</w:t>
      </w:r>
    </w:p>
    <w:p>
      <w:pPr>
        <w:keepNext/>
      </w:pPr>
      <w:hyperlink r:id="rId71">
        <w:r>
          <w:rPr>
            <w:color w:val="1155CC"/>
            <w:u w:val="single"/>
          </w:rPr>
          <w:t>00:44:51 – 00:45:27</w:t>
        </w:r>
      </w:hyperlink>
      <w:r>
        <w:rPr>
          <w:b/>
        </w:rPr>
        <w:t xml:space="preserve">  |  Türkçe</w:t>
      </w:r>
      <w:r>
        <w:rPr>
          <w:i/>
        </w:rPr>
        <w:t xml:space="preserve">  • Kontrol</w:t>
      </w:r>
    </w:p>
    <w:p>
      <w:r>
        <w:t>Bunu tekrar söylüyorum. İnsanlar Risale-i Nur'u Kur'an'dan bağımsız bir şey zannediyorlar. Halbuki Risale-i Nur doğrudan doğruya Kur'an'ın bir tefsiridir. Kur'an'ın bu asra bakan veçesini tefsir eder. Yani şöyle diyelim. Mehmet Akif'in doğrudan doğruya Kur'an'lar alıp ilhamı asrın idrakına söyletmeliyiz İslam'ı ifadesinin vücut bulmuş halidir. Dolayısıyla biz İsa Aleyhine Nur'u sena edince Kur'an'ı sena ediyoruz. İsa Aleyhine Nur bir ayna sadece. Uhuvvet meselesi Kur'an'ın bir düsturu. Az önce okuduğum ayet başta</w:t>
      </w:r>
    </w:p>
    <w:p>
      <w:pPr>
        <w:keepNext/>
      </w:pPr>
      <w:hyperlink r:id="rId72">
        <w:r>
          <w:rPr>
            <w:color w:val="1155CC"/>
            <w:u w:val="single"/>
          </w:rPr>
          <w:t>00:45:32 – 00:46:13</w:t>
        </w:r>
      </w:hyperlink>
      <w:r>
        <w:rPr>
          <w:b/>
        </w:rPr>
        <w:t xml:space="preserve">  |  Türkçe</w:t>
      </w:r>
    </w:p>
    <w:p>
      <w:r>
        <w:t>Mesela müminler ancak kardeştirler. Onların arasını, iki kardeşler arasını ıslah edin emri ilahisi. Bireysel iki kişinin mürasebetini tutun dünyadaki bütün mürasebetlerde. Kur'an'ın temel hedefi olan sulhu umumiye hizmet eden bir anlayıştır. İnşallah diyor ya, Kur'an'a hakim istikbalde beşeriyete tam hakim olup sulhu umumiye temin edecek. Buna inanıyoruz. Bunlar olacak. İmanı zayıf insanlar verilen müjdelerin gerçekleşmeyeceğini zannederler. Oysa Allah bir şeyi dilediği zaman sadece ol der ve oluverir. Biz</w:t>
      </w:r>
    </w:p>
    <w:p>
      <w:pPr>
        <w:keepNext/>
      </w:pPr>
      <w:hyperlink r:id="rId73">
        <w:r>
          <w:rPr>
            <w:color w:val="1155CC"/>
            <w:u w:val="single"/>
          </w:rPr>
          <w:t>00:46:13 – 00:46:54</w:t>
        </w:r>
      </w:hyperlink>
      <w:r>
        <w:rPr>
          <w:b/>
        </w:rPr>
        <w:t xml:space="preserve">  |  Türkçe</w:t>
      </w:r>
    </w:p>
    <w:p>
      <w:r>
        <w:t>dünyanın bütün bu krizlere rağmen bir iznillah bu krizlerden tevhidle kurtulacağına inanıyoruz ve bu ümidimizi sürekli diri tutup herkese bunu yaymaya çalışıyoruz. Bizim vazifemiz çalışmaktır. Mesela varoluşsal arayış dediğimiz şey. Mesela hayatın anlamını insanlar bilmiyorlar. Birçok insan herhangi bir sorununla karşısında hemen intihar meyiline giriyor. Bunlar neden oluyor? Bunlar insanın dünyada niye bulunduğunu bilmemekten kaynaklanan şeyler. Dünyada bulunmamızın hikmeti nedir hayatın anlamı?</w:t>
      </w:r>
    </w:p>
    <w:p>
      <w:pPr>
        <w:keepNext/>
      </w:pPr>
      <w:hyperlink r:id="rId74">
        <w:r>
          <w:rPr>
            <w:color w:val="1155CC"/>
            <w:u w:val="single"/>
          </w:rPr>
          <w:t>00:46:54 – 00:47:36</w:t>
        </w:r>
      </w:hyperlink>
      <w:r>
        <w:rPr>
          <w:b/>
        </w:rPr>
        <w:t xml:space="preserve">  |  Türkçe</w:t>
      </w:r>
    </w:p>
    <w:p>
      <w:r>
        <w:t>Kur'an-ı Kerim ne buyuruyor bu işten? Hayatın özeti burada. Ne diyor? Odur ki hanginiz daha güzel işler yapacak diye ölümü ve hayatı yaratmıştır. Bundan daha güzel bir tarif olamaz. Bu kadar güzel tarifi ancak Rabbül Alemin söyler ve söylemiş. O halde hayatın anlamına bu noktadan bakmak gerekiyor. İşte dünyanın bir imtihanı olduğu, insanın bu dünyaya Allah'ı tanımaya gönderildiği,</w:t>
      </w:r>
    </w:p>
    <w:p>
      <w:pPr>
        <w:keepNext/>
      </w:pPr>
      <w:hyperlink r:id="rId75">
        <w:r>
          <w:rPr>
            <w:color w:val="1155CC"/>
            <w:u w:val="single"/>
          </w:rPr>
          <w:t>00:47:36 – 00:48:17</w:t>
        </w:r>
      </w:hyperlink>
      <w:r>
        <w:rPr>
          <w:b/>
        </w:rPr>
        <w:t xml:space="preserve">  |  Türkçe</w:t>
      </w:r>
      <w:r>
        <w:rPr>
          <w:i/>
        </w:rPr>
        <w:t xml:space="preserve">  • Kontrol</w:t>
      </w:r>
    </w:p>
    <w:p>
      <w:r>
        <w:t>Allah'ı tanıdıkça da Allah'ın sahip olduğu mükemmel sıfatlar, o güzel isimlerden dolayı fıtri olarak Allah'a karşı bir meyil ve muhabbetle dolacağı. Devamında da ne diyor? Muhabbetullah'tan sonra ne olur diyor hatırlarsanız. Muhabbetullah'tan sonra sıralama dediği iman-ı billah Allah'a iman. Ardından marifetullah Allah'ı tanımak. Sonra da ne geliyor hatırlıyor musunuz? Muhabbetullah. Allah'ı sevmek. Sonra da Muhabbetullah'tan neşet eden zevki ruhani. İşte insanlar zevki ruhaniyi bilmedikleri için sadece maddi</w:t>
      </w:r>
    </w:p>
    <w:p>
      <w:pPr>
        <w:keepNext/>
      </w:pPr>
      <w:hyperlink r:id="rId76">
        <w:r>
          <w:rPr>
            <w:color w:val="1155CC"/>
            <w:u w:val="single"/>
          </w:rPr>
          <w:t>00:48:17 – 00:49:05</w:t>
        </w:r>
      </w:hyperlink>
      <w:r>
        <w:rPr>
          <w:b/>
        </w:rPr>
        <w:t xml:space="preserve">  |  Türkçe</w:t>
      </w:r>
      <w:r>
        <w:rPr>
          <w:i/>
        </w:rPr>
        <w:t xml:space="preserve">  • Kontrol</w:t>
      </w:r>
    </w:p>
    <w:p>
      <w:r>
        <w:t>zevklerle geçiştirmeye çalışıyorlar. Bunu ders verdiğimizde insanlık bunu anladığında biiznillah varoluşsal arayış noktasındaki krizini de marifetullah ve muhabbetullah denilen bu iki ilaç da inşallah tedavi edecektir. Tabii hocam. Eğitimde de, hani eğitim noktasında da yine bugün eğitim de büyük bir sorun. Yani az önce hocamın anlattığı mevzuları hatırlayın Allah razı olsun. Yani bir kimseyi eğittiğinde beklersin ki daha güzel güzel bir insan olsun, daha faziletli, daha paylaşımcı, daha merhametli ama bugün maalesef eğitimin tezgahına giren bir insan sonuçta hiç istemediğimiz bir şekilde çıkıyor.</w:t>
      </w:r>
    </w:p>
    <w:p>
      <w:pPr>
        <w:keepNext/>
      </w:pPr>
      <w:hyperlink r:id="rId77">
        <w:r>
          <w:rPr>
            <w:color w:val="1155CC"/>
            <w:u w:val="single"/>
          </w:rPr>
          <w:t>00:49:06 – 00:50:07</w:t>
        </w:r>
      </w:hyperlink>
      <w:r>
        <w:rPr>
          <w:b/>
        </w:rPr>
        <w:t xml:space="preserve">  |  Türkçe</w:t>
      </w:r>
    </w:p>
    <w:p>
      <w:r>
        <w:t>Sorun ne peki? Sorun şu, insanın akıl, kalp ve ruh bütünlüğünü nazara almayan bir eğitimin sonucunda maalesef ister istemez böyle sonuç çıkar. Nedir bu? Gözden Hazretleri'nin verdiği misale benzetirsek, diyor ki, talebenin himmetinin pervaz etmesi için, gayrete gelip öğrenmesi için ne yapması lazım? Fen ilimleriyle din ilimlerinin nasıl uyuşturulabileceğinin dersini alması lazım. Yani bir biyologdan ders dinlerken müftüden ders dinliyormuş gibi hatta müftünün anlattığından çok daha fazla istifadeyi mesela diyelim ki bir amünastin kendiliğinden oluşma ihtimalinin matematik olarak sıfıra yakın olduğunu anlayan bir insan oradan iman cihetine daha çok istifade eder.</w:t>
      </w:r>
    </w:p>
    <w:p>
      <w:pPr>
        <w:keepNext/>
      </w:pPr>
      <w:hyperlink r:id="rId78">
        <w:r>
          <w:rPr>
            <w:color w:val="1155CC"/>
            <w:u w:val="single"/>
          </w:rPr>
          <w:t>00:50:07 – 00:50:51</w:t>
        </w:r>
      </w:hyperlink>
      <w:r>
        <w:rPr>
          <w:b/>
        </w:rPr>
        <w:t xml:space="preserve">  |  Türkçe</w:t>
      </w:r>
    </w:p>
    <w:p>
      <w:r>
        <w:t>Yani bu ilimleri ayırmak, akıl ve kalbin bütünlüğünü sağlayamamak günümüzün hastalığı, bunun usulünün millete mağruran ortak bir çözüme ulaştırılması, Risale-i Nur'un gösterdiği formülün eğitimde de yani milli eğitimin tamamında da cesaretle uygulamaya konulması lazım. Yoksa hocamın dediği gibi, yani hep sonuçlar maalesef İslamiyet'in yabanesi olan insanlar istediği gibi olacak yani. Evet, şimdi bu tabi artık giremeyeceğiz. Siz dediğiniz gibi bu çevresel, ekonomik, toplumsal, ruhsal dört boyutlu kriz tablosunu orada bahsettik.</w:t>
      </w:r>
    </w:p>
    <w:p>
      <w:pPr>
        <w:keepNext/>
      </w:pPr>
      <w:hyperlink r:id="rId79">
        <w:r>
          <w:rPr>
            <w:color w:val="1155CC"/>
            <w:u w:val="single"/>
          </w:rPr>
          <w:t>00:50:53 – 00:51:33</w:t>
        </w:r>
      </w:hyperlink>
      <w:r>
        <w:rPr>
          <w:b/>
        </w:rPr>
        <w:t xml:space="preserve">  |  Türkçe</w:t>
      </w:r>
      <w:r>
        <w:rPr>
          <w:i/>
        </w:rPr>
        <w:t xml:space="preserve">  • Kontrol</w:t>
      </w:r>
    </w:p>
    <w:p>
      <w:r>
        <w:t>Kainatla olan münasebeti vesaire ayrı bir şey. Onu da dediğim Dediğim gibi resim çekmek isteyenler bunları çekebilirler. İnanç ilçesinden fazla olarak iman, tevhid, teslim, tevekkül ve neticesinde dünya ve ahiret saadeti anlamına gelen saadeti darein denen bu silsileye dahil olmamızın lüzumundan bahsedecektik. Kainatın Allah'ı tanıtan bir kitap olduğundan kainat bir kitaptır. Her kitabın bir yazarı vardır. O zaman bu kainatın da mutlaka bir yazarı vardır ki o Hz. Allah'tır. Nitekim o zat ilk vahyi indirirken melek ne dedi?</w:t>
      </w:r>
    </w:p>
    <w:p>
      <w:pPr>
        <w:keepNext/>
      </w:pPr>
      <w:hyperlink r:id="rId80">
        <w:r>
          <w:rPr>
            <w:color w:val="1155CC"/>
            <w:u w:val="single"/>
          </w:rPr>
          <w:t>00:51:34 – 00:52:18</w:t>
        </w:r>
      </w:hyperlink>
      <w:r>
        <w:rPr>
          <w:b/>
        </w:rPr>
        <w:t xml:space="preserve">  |  Türkçe</w:t>
      </w:r>
      <w:r>
        <w:rPr>
          <w:i/>
        </w:rPr>
        <w:t xml:space="preserve">  • Kontrol</w:t>
      </w:r>
    </w:p>
    <w:p>
      <w:r>
        <w:t>اِقْرَا بِاسْمِ رَبِّكَ الَّذ۪ي خَلَقَ خَلَقَ الْاِنْسَانَ مِنْ عَلَقَ Yani okumanın, neyi okumanın? Kılkati okumanın. Bazıları oku diyor da öyle direkt oku demiyor bak. Allah اِقْرَا deyip bitirmiyor. اِقْرَا بِاسْمِ ب۪ي Neyle oku? اِقْرَا بِاسْمِ رَبِّكَ الَّذ۪ي خَلَقَ Yaratan Rabbin adıyla oku. Okumalar onun adıyla olmadı mı? Eğitimler onun adıyla olmadığı zaman o insanı ilme değil cehalete götüren bir şey. Ebu Cehil'in evvelden lakabı neydi biliyor musunuz? Ebu'l-Hakem, ilmin babası. O dönemin en bilgin adamıydı. Mevcutların içinde en fazla ilmi olan insandı. Ama neden Ebu Cehil'e dönüştü? Çünkü Allah'ı tanımayan bütün ilimlerin sonu safsatıdır, cehalettir.</w:t>
      </w:r>
    </w:p>
    <w:p>
      <w:pPr>
        <w:keepNext/>
      </w:pPr>
      <w:hyperlink r:id="rId81">
        <w:r>
          <w:rPr>
            <w:color w:val="1155CC"/>
            <w:u w:val="single"/>
          </w:rPr>
          <w:t>00:52:18 – 00:53:01</w:t>
        </w:r>
      </w:hyperlink>
      <w:r>
        <w:rPr>
          <w:b/>
        </w:rPr>
        <w:t xml:space="preserve">  |  Türkçe</w:t>
      </w:r>
      <w:r>
        <w:rPr>
          <w:i/>
        </w:rPr>
        <w:t xml:space="preserve">  • Kontrol</w:t>
      </w:r>
    </w:p>
    <w:p>
      <w:r>
        <w:t>Bütün ilimler Allah'a ulaşmak için sadece vardır. Onunla irtibatını kopardığınızda sizi anca yapsa yapsa Ebu Cehil yapacaktır. Elhamdülillah. Ve inmişenillâhe subhü hamdihi bu Risale-i Nur'un temel ayetlerinden biridir. Bütün külliyat, kainatta her şeyin Allah'ı tespih ettiğini, nasıl olduğunu bize izah eder. Sizin okumanız için tavsiye etmek isterim. Çünkü sanata bakarken sanatkarın nazarıyla, nakşa bakarken nakkaşı gözüyle, hükümlere bakarken onu koyan hakim, kanunlara bakarken onu icra eden kudretin bakışıyla bakmayı ders almamız lazım.</w:t>
      </w:r>
    </w:p>
    <w:p>
      <w:pPr>
        <w:keepNext/>
      </w:pPr>
      <w:hyperlink r:id="rId82">
        <w:r>
          <w:rPr>
            <w:color w:val="1155CC"/>
            <w:u w:val="single"/>
          </w:rPr>
          <w:t>00:53:02 – 00:53:43</w:t>
        </w:r>
      </w:hyperlink>
      <w:r>
        <w:rPr>
          <w:b/>
        </w:rPr>
        <w:t xml:space="preserve">  |  Türkçe</w:t>
      </w:r>
      <w:r>
        <w:rPr>
          <w:i/>
        </w:rPr>
        <w:t xml:space="preserve">  • Kontrol</w:t>
      </w:r>
    </w:p>
    <w:p>
      <w:r>
        <w:t>En iyi artık geçiyorum doğru kullanmak ve yanlış kullanmak ne anlama geliyor? Geliyor Allah'ı tanımak için verilmiş olan bir normalde şey bu ne diyelim bir ölçü aleti yanlış kullanılınca maalesef Nemrutlar, Firavunlar netice veriyor. Ama doğru tanıdığımızda Allah'ı tanımaya bir vesile olmuş oluyor arkadaşlar. Bunu da ene risalesini havale ediyoruz. Tamam sözlerimizi bitirelim. Kainatta tağut nedir? Tabiattır. Nefsimizde tağut nedir? Kendi nefsimizdir, dahilde.</w:t>
      </w:r>
    </w:p>
    <w:p>
      <w:pPr>
        <w:keepNext/>
      </w:pPr>
      <w:hyperlink r:id="rId83">
        <w:r>
          <w:rPr>
            <w:color w:val="1155CC"/>
            <w:u w:val="single"/>
          </w:rPr>
          <w:t>00:53:43 – 00:54:27</w:t>
        </w:r>
      </w:hyperlink>
      <w:r>
        <w:rPr>
          <w:b/>
        </w:rPr>
        <w:t xml:space="preserve">  |  Türkçe</w:t>
      </w:r>
      <w:r>
        <w:rPr>
          <w:i/>
        </w:rPr>
        <w:t xml:space="preserve">  • Kontrol</w:t>
      </w:r>
    </w:p>
    <w:p>
      <w:r>
        <w:t>Şimdi tağuta böyle hep böyle siyasi manalar insanlar veriyorlar. Bu çok basit bir anlayış biliyor musun? Şimdi Allah'la irtibatı kesilmiş en büyük ve en küçük şeyin hepsi tağutun içine girmiş olur. İnsanın kendi tağutu olur Allah'ı tanımayınca. Alem tağutu olur tabiat perest olunca. Ya doğru mu? O zaman bütün mesele demek ki Rab ile irtibatı kurmak. Evet. Bunda insan yeryüzünün sahibi değil, emanetsizidir. Kainat Allah'ın bir meşheridir, bir sergi salonudur. Orada ilahi eserler gösterilmektedir. Ya ne kadar güzel şeyler. Ben şimdi bunu, inan şu anda bakarken bile gidip o risaleyi okumak içimden geldi yani.</w:t>
      </w:r>
    </w:p>
    <w:p>
      <w:pPr>
        <w:keepNext/>
      </w:pPr>
      <w:hyperlink r:id="rId84">
        <w:r>
          <w:rPr>
            <w:color w:val="1155CC"/>
            <w:u w:val="single"/>
          </w:rPr>
          <w:t>00:54:27 – 00:55:10</w:t>
        </w:r>
      </w:hyperlink>
      <w:r>
        <w:rPr>
          <w:b/>
        </w:rPr>
        <w:t xml:space="preserve">  |  Türkçe</w:t>
      </w:r>
    </w:p>
    <w:p>
      <w:r>
        <w:t>Detaylı şöyle bir okusak kainatı. Ömrümüz, hayatımız, şu kainatı okumak için biz gönderildik. Ama maalesef gereken ehemmiyeti vermiyoruz ve ömrü sermayesi tükenip gidiyor. Yarın men rabbüke suali sorulacak bize. Men rabbüke Rabbin kim? Ne gördün dünyadan? O kadar dilin açılacak. Biliyorsan, okumuşsan atomdan yıldızlara kadar hepsinin konuşmasını sen orada vekil olup konuşacaksın. İnşallah Cenab-ı Hak nasip etsin. Tüketim kültürüne karşı yine israfı men etmesi, şükrü emretmesi, ondan sonra noktası dayan, iktisat, kanaat ve şükür esaslı o olunduğunda bu krizi de halledeceğimizi.</w:t>
      </w:r>
    </w:p>
    <w:p>
      <w:pPr>
        <w:keepNext/>
      </w:pPr>
      <w:hyperlink r:id="rId85">
        <w:r>
          <w:rPr>
            <w:color w:val="1155CC"/>
            <w:u w:val="single"/>
          </w:rPr>
          <w:t>00:55:11 – 00:55:51</w:t>
        </w:r>
      </w:hyperlink>
      <w:r>
        <w:rPr>
          <w:b/>
        </w:rPr>
        <w:t xml:space="preserve">  |  Türkçe</w:t>
      </w:r>
      <w:r>
        <w:rPr>
          <w:i/>
        </w:rPr>
        <w:t xml:space="preserve">  • Kontrol</w:t>
      </w:r>
    </w:p>
    <w:p>
      <w:r>
        <w:t>Kalıcı barışın ancak uhuvvetle olacağını, işte inne melmü'l-ikvatün ayet-i kerimesi, bunlar Kur'an'ın evrensel ilkeleridir. Siz bunun için de tefsiri mahiyetli uhuvet isaresi bu birlik bağlarını güzelce izah eden bir eser tavsiye ediyorum inşallah ve inşallah bir müjde istikbaldeki İslamiyet'in kuvvetiyle medeniyetin mehasini galip edecek, zemin yüzünü pisliklerden temizleyecek, sulhü umide temin edecektir şüphesiz. Allah bize de o vakitleri görmeyi nasip etsin Geçen yemekte biri diğerine</w:t>
      </w:r>
    </w:p>
    <w:p>
      <w:pPr>
        <w:keepNext/>
      </w:pPr>
      <w:hyperlink r:id="rId86">
        <w:r>
          <w:rPr>
            <w:color w:val="1155CC"/>
            <w:u w:val="single"/>
          </w:rPr>
          <w:t>00:55:51 – 00:56:25</w:t>
        </w:r>
      </w:hyperlink>
      <w:r>
        <w:rPr>
          <w:b/>
        </w:rPr>
        <w:t xml:space="preserve">  |  Türkçe</w:t>
      </w:r>
      <w:r>
        <w:rPr>
          <w:i/>
        </w:rPr>
        <w:t xml:space="preserve">  • Kontrol</w:t>
      </w:r>
    </w:p>
    <w:p>
      <w:r>
        <w:t>Heriye enlekum dedi aklıma o söz geldi Lütfen hocam Tamam hocam inşallah hocam Sonsuzluğa yöneliş noktasında da inşallah Manevi eylemlerden kurtulmanın yolu Bir tek halıkı tanımakla iledir İki kanatlı eğitim anlayışından bahsettim Artık bu beş yansımayı dediğim gibi Siz şeyden basılınca oradan okursunuz Zamanımız kısıtlı Biz gene de alışmışız programları bir buçuk saat falan yapmaya. Tabii 20 dakika falan olunca biraz şey oluyor. Yeterli değil mi hocam? Ben şu geçip teşekkür ederim arkadaşlar.</w:t>
      </w:r>
    </w:p>
    <w:p>
      <w:pPr>
        <w:keepNext/>
      </w:pPr>
      <w:hyperlink r:id="rId87">
        <w:r>
          <w:rPr>
            <w:color w:val="1155CC"/>
            <w:u w:val="single"/>
          </w:rPr>
          <w:t>00:56:34 – 00:57:18</w:t>
        </w:r>
      </w:hyperlink>
      <w:r>
        <w:rPr>
          <w:b/>
        </w:rPr>
        <w:t xml:space="preserve">  |  Türkçe</w:t>
      </w:r>
    </w:p>
    <w:p>
      <w:r>
        <w:t>Daniel hocamıza konuşmalarından dolayı teşekkür ediyorum. Kur'an'ın kırk ve çiğ cazından biri olan gençliğini her zaman muhafaza etmesi ve her zaman insana bir ders vermesi hususuna değinerek konuşmasına başlayan hocamız. temel krizin aslında anlam krizi olduğuna dikkatlerimizi çekti. Yaratılışın anlam ve gayesinin iman, marifet ve muhabbetullah olduğunu, bunu temin eden insanların daha mutlu olduğundan bahsetti. Yine Risale-i Nur'dan günümüz krizlerine altı tane müşahhas örnek verdi. Bireyselleşme, çevre, ekonomi, toplumsal çatışmalar, varoluşsal arayış, eğitim gibi krizlere</w:t>
      </w:r>
    </w:p>
    <w:p>
      <w:pPr>
        <w:keepNext/>
      </w:pPr>
      <w:hyperlink r:id="rId88">
        <w:r>
          <w:rPr>
            <w:color w:val="1155CC"/>
            <w:u w:val="single"/>
          </w:rPr>
          <w:t>00:57:18 – 00:58:05</w:t>
        </w:r>
      </w:hyperlink>
      <w:r>
        <w:rPr>
          <w:b/>
        </w:rPr>
        <w:t xml:space="preserve">  |  Türkçe</w:t>
      </w:r>
    </w:p>
    <w:p>
      <w:r>
        <w:t>Risale-i Nur külliyatından ne gibi ilaçlar olduğunu işaret etti. Hocamızın da bahsettiği gibi 24 sayfalık bir çalışması var. Bütün hocalarımızın çok kıymetli derin çalışmaları var. Bunları ancak bu sunumlarda sadece çalışmanın mahiyeti bir özet geçiriyor. 262 tane tebliğ var ve aynı anda 11 oturum oluyor. Dolayısıyla süre noktasında biraz daha hassasiyetimiz var. Bir sonraki oturumların aksam olması için inşallah diğer konuşmacımızdan buna riayet edeceklerini ümit ediyorum. Üçüncü konuşmacımız, küresel ruh sağlığı krizi ve insanlığın sessiz çöküşü başlıklı konuşmasıyla Georgia State Üniversitesi öğretim üyesi Dr. Serdar Aydın hocamızı davet ediyorum.</w:t>
      </w:r>
    </w:p>
    <w:p>
      <w:pPr>
        <w:keepNext/>
      </w:pPr>
      <w:hyperlink r:id="rId89">
        <w:r>
          <w:rPr>
            <w:color w:val="1155CC"/>
            <w:u w:val="single"/>
          </w:rPr>
          <w:t>00:58:19 – 00:59:00</w:t>
        </w:r>
      </w:hyperlink>
      <w:r>
        <w:rPr>
          <w:b/>
        </w:rPr>
        <w:t xml:space="preserve">  |  Türkçe</w:t>
      </w:r>
      <w:r>
        <w:rPr>
          <w:i/>
        </w:rPr>
        <w:t xml:space="preserve">  • Kontrol</w:t>
      </w:r>
    </w:p>
    <w:p>
      <w:r>
        <w:t>Hepiniz hoş geldiniz. Şimdi genelde lisansüstü derslere giriyorum. Derslerin süresi de 4 saatten fazla oluyor. Şimdi 15 dakikaya bunu sıkıştırmak bizim için biraz zor olacak. Bakalım. Fazla yapmak kolay da kısa yapmak genelde zor oluyor. Şimdi sunumlarda bazı İngilizce slide'lar göreceksiniz. Sebebi de İngilizce güzel görünsün değil de bunları ben derste kullanıyorum. Türkçe'ye çevirdiklerimi çevirdim sizin için. Ama bazıları kaldı.</w:t>
      </w:r>
    </w:p>
    <w:p>
      <w:pPr>
        <w:keepNext/>
      </w:pPr>
      <w:hyperlink r:id="rId90">
        <w:r>
          <w:rPr>
            <w:color w:val="1155CC"/>
            <w:u w:val="single"/>
          </w:rPr>
          <w:t>00:59:01 – 00:59:42</w:t>
        </w:r>
      </w:hyperlink>
      <w:r>
        <w:rPr>
          <w:b/>
        </w:rPr>
        <w:t xml:space="preserve">  |  Türkçe</w:t>
      </w:r>
      <w:r>
        <w:rPr>
          <w:i/>
        </w:rPr>
        <w:t xml:space="preserve">  • Kontrol</w:t>
      </w:r>
    </w:p>
    <w:p>
      <w:r>
        <w:t>Bunu izah edeyim. İkincisi de, şimdi başlığa bakarsanız, küresel ruh sağlık krizi diye. Oturumlarda, yani biz genelde krizlerle ilgili konuştuk. Dedik ki bir varlık problemi var, anlam problemi var, krizi var. Epistemolojiden bahsettik. Farklı krizlerden bahsettik ve bunlarla ilgili çözümler, çok güzel çözümler, öneriler geldi hocalarımızdan. Dün katıldık, sizler de katıldınız. Şimdi benim sunumum biraz daha bu bahsetmiş olduğumuz krizler nedir?</w:t>
      </w:r>
    </w:p>
    <w:p>
      <w:pPr>
        <w:keepNext/>
      </w:pPr>
      <w:hyperlink r:id="rId91">
        <w:r>
          <w:rPr>
            <w:color w:val="1155CC"/>
            <w:u w:val="single"/>
          </w:rPr>
          <w:t>00:59:42 – 01:00:22</w:t>
        </w:r>
      </w:hyperlink>
      <w:r>
        <w:rPr>
          <w:b/>
        </w:rPr>
        <w:t xml:space="preserve">  |  Türkçe</w:t>
      </w:r>
    </w:p>
    <w:p>
      <w:r>
        <w:t>Yani krizlerin sonuçlarını beraber göreceğiz. Tabii sonuçlarını görmek, yani bu awareness diyorlar, işte bilinç şeyimizin artmasıyla çözümleri daha iyi anlayabiliriz. Yani yoksa tam meselenin şiddetini, krizin boyutunu anlamayabiliriz. Yani bir ekonomik kriz olduğunda değil mi, yani bize dokunan bir şey olduğunda daha fazla hissediyoruz. Biraz daha biz bunu birlikte analiz edeceğiz. Rakamlar paylaşacağız. Şimdi bu slide, aynen derste gösterdiğim gibi sizinle paylaşıyorum. Türkçeyi de koyuyorum ben.</w:t>
      </w:r>
    </w:p>
    <w:p>
      <w:pPr>
        <w:keepNext/>
      </w:pPr>
      <w:hyperlink r:id="rId92">
        <w:r>
          <w:rPr>
            <w:color w:val="1155CC"/>
            <w:u w:val="single"/>
          </w:rPr>
          <w:t>01:00:23 – 01:01:06</w:t>
        </w:r>
      </w:hyperlink>
      <w:r>
        <w:rPr>
          <w:b/>
        </w:rPr>
        <w:t xml:space="preserve">  |  Türkçe</w:t>
      </w:r>
      <w:r>
        <w:rPr>
          <w:i/>
        </w:rPr>
        <w:t xml:space="preserve">  • Kontrol</w:t>
      </w:r>
    </w:p>
    <w:p>
      <w:r>
        <w:t>Öğrencilere soruyorum, yani Amerikalı öğrenciler. Geçen iki hafta önce bu dersi yaptık. Amerikan Sağlık Sistemi dersinde. Bu slide'ı gösterip sordum öğrencilere. Dedim ki siz buradaki kişiye katılıyor musunuz? Nursiye, Bediüzzaman'a. durdular, okudular. Sonra hepsi ortak şekilde biz buna katılıyoruz dedi. Dedim, sizce biraz abartmıyor Yani burada milyon defa kavramını kullanıyor. Normal fiziksel hastalıktan daha fazla bir hastalık kısmını ele alıyor.</w:t>
      </w:r>
    </w:p>
    <w:p>
      <w:pPr>
        <w:keepNext/>
      </w:pPr>
      <w:hyperlink r:id="rId93">
        <w:r>
          <w:rPr>
            <w:color w:val="1155CC"/>
            <w:u w:val="single"/>
          </w:rPr>
          <w:t>01:01:06 – 01:01:47</w:t>
        </w:r>
      </w:hyperlink>
      <w:r>
        <w:rPr>
          <w:b/>
        </w:rPr>
        <w:t xml:space="preserve">  |  Türkçe</w:t>
      </w:r>
    </w:p>
    <w:p>
      <w:r>
        <w:t>Şurada İngilizcesini görüyorsunuz. Kimse itiraz etmedi. Ben bunu her dönem test ediyorum. Yani farklı öğrenciler şey yapacak mı diye. Bugüne kadar karşı çıkan görmedim. Yani üstadın bu şeyi 25. lemaz 8. devada geçiyor. Biraz daha şey yapalım. Şimdi sağlık sistemleri biliyorsunuz amacı insanın daha fazla uzun yaşamasını sağlamak. Bütün hedef bu. Şu an işte gene editing, reversing aging gibi kavramlar var. Hocalarımız burada, bu alanda çalışan hocalarımız var. İşte insan nasıl gençleşebilir değil mi?</w:t>
      </w:r>
    </w:p>
    <w:p>
      <w:pPr>
        <w:keepNext/>
      </w:pPr>
      <w:hyperlink r:id="rId94">
        <w:r>
          <w:rPr>
            <w:color w:val="1155CC"/>
            <w:u w:val="single"/>
          </w:rPr>
          <w:t>01:01:47 – 01:02:27</w:t>
        </w:r>
      </w:hyperlink>
      <w:r>
        <w:rPr>
          <w:b/>
        </w:rPr>
        <w:t xml:space="preserve">  |  Türkçe</w:t>
      </w:r>
      <w:r>
        <w:rPr>
          <w:i/>
        </w:rPr>
        <w:t xml:space="preserve">  • Kontrol</w:t>
      </w:r>
    </w:p>
    <w:p>
      <w:r>
        <w:t>Nasıl daha uzun yaşayabilir? Biz sağlık sistemlerini değerlendirirken kriterlerde işte ortalama yaşam ömrünü ele alıyoruz. Life expectancy at birth gibi, işte kişi başına toplam nüfusun belli oranına düşen yatak sayısı, doktor sayısı. Yani işin structural madde kısmıyla ele alıyor sağlık sistemi ama işin bir kısmını tek ele alıyor. Fakat bu kavram da ne diyoruz? Sağlıklı beden, sağlıklı fikir, akıl mı fikir mi? Bir de ruh.</w:t>
      </w:r>
    </w:p>
    <w:p>
      <w:pPr>
        <w:keepNext/>
      </w:pPr>
      <w:hyperlink r:id="rId95">
        <w:r>
          <w:rPr>
            <w:color w:val="1155CC"/>
            <w:u w:val="single"/>
          </w:rPr>
          <w:t>01:02:27 – 01:03:11</w:t>
        </w:r>
      </w:hyperlink>
      <w:r>
        <w:rPr>
          <w:b/>
        </w:rPr>
        <w:t xml:space="preserve">  |  Türkçe</w:t>
      </w:r>
    </w:p>
    <w:p>
      <w:r>
        <w:t>Yani bu üçüyle Üstad zaten insanın aslında kainatla ilişkisini, kalp, ruh ve nefisle olan ilişkisini yine 25'in lemada izah ediyor. Bu da o cihetten kabul edilen bir şey. Dolayısıyla insanı sadece madde boyutuyla ele almanın eksik olduğunu güzelce tanımlıyor. Şimdi bir krizden bahsettik. Bu 13. sözde geçiyor. Burada medeniyet fanteziyelerinin aldatıcı ve uyutucu kısmıyla dehşetli yara. Bunlar nedir yani? Yani bu yaraları beraber göreceğiz.</w:t>
      </w:r>
    </w:p>
    <w:p>
      <w:pPr>
        <w:keepNext/>
      </w:pPr>
      <w:hyperlink r:id="rId96">
        <w:r>
          <w:rPr>
            <w:color w:val="1155CC"/>
            <w:u w:val="single"/>
          </w:rPr>
          <w:t>01:03:12 – 01:03:57</w:t>
        </w:r>
      </w:hyperlink>
      <w:r>
        <w:rPr>
          <w:b/>
        </w:rPr>
        <w:t xml:space="preserve">  |  Türkçe</w:t>
      </w:r>
    </w:p>
    <w:p>
      <w:r>
        <w:t>Bunları göstermeye çalışacağım. Şimdi İngilizce'de güzel bir kavram var. Numbers don't lie, people do. Türkçe'de de herhalde buna benzer vardır. Rakamlar yalan söylemez, insanlar söyler manasında. Şimdi çeşitli veriler paylaşacağım. Rakamlar paylaşacağım. Bu John Hopkins'in bir çalışması. Şu an Amerika'da intihar ilk 10 ölüm sebebinden biri. Hani kanser vardır, kalp krizi vardır, çeşitli trafik kazaları mesela ama Amerika'da şu anda intihar ilk 10 ölüm sebebinden biri.</w:t>
      </w:r>
    </w:p>
    <w:p>
      <w:pPr>
        <w:keepNext/>
      </w:pPr>
      <w:hyperlink r:id="rId97">
        <w:r>
          <w:rPr>
            <w:color w:val="1155CC"/>
            <w:u w:val="single"/>
          </w:rPr>
          <w:t>01:03:57 – 01:04:39</w:t>
        </w:r>
      </w:hyperlink>
      <w:r>
        <w:rPr>
          <w:b/>
        </w:rPr>
        <w:t xml:space="preserve">  |  Türkçe</w:t>
      </w:r>
    </w:p>
    <w:p>
      <w:r>
        <w:t>Biri, şeye bakıyoruz, 10 ile 44 yaş arası, yani genç diye sayabilir miyiz bilmiyorum, 44'ü de sayabiliriz değil mi? Genç, evet. Yaşı büyük olanlar şey yapıyor, genç diye. Bakıyoruz, onlardaki intihar ikinci, yani ölüm sebebi olarak görülüyor. Amerika toplumunda her dört yetişkinden bir kişi de ruh hastalığı problemi var. Çeşitli mental health durumu var. Bunlar vahim değil mi yani? Yani gelişmiş bir toplum mu?</w:t>
      </w:r>
    </w:p>
    <w:p>
      <w:pPr>
        <w:keepNext/>
      </w:pPr>
      <w:hyperlink r:id="rId98">
        <w:r>
          <w:rPr>
            <w:color w:val="1155CC"/>
            <w:u w:val="single"/>
          </w:rPr>
          <w:t>01:04:40 – 01:05:21</w:t>
        </w:r>
      </w:hyperlink>
      <w:r>
        <w:rPr>
          <w:b/>
        </w:rPr>
        <w:t xml:space="preserve">  |  Türkçe</w:t>
      </w:r>
      <w:r>
        <w:rPr>
          <w:i/>
        </w:rPr>
        <w:t xml:space="preserve">  • Kontrol</w:t>
      </w:r>
    </w:p>
    <w:p>
      <w:r>
        <w:t>O da basta. Politics yok yaz, okulda da öyle diyoruz, şeye girmiyoruz, siyasete. Enteresan olan bir şey, okul yaşındaki çocuklarda her beş kişiden birinde ciddi manada yine ruh hastalığı problemi var. Yetişkinleri anlıyoruz belli bir şekilde ama çocuklardaki şey çok ciddi bir boyut. Amerika'da her ilkokulda, yani neredeyse istisnasız bütün public school'larda çocuklara desteği veriliyor. Ruh hastalığıyla ilgili bir birim var. Bu zorunlu yani.</w:t>
      </w:r>
    </w:p>
    <w:p>
      <w:pPr>
        <w:keepNext/>
      </w:pPr>
      <w:hyperlink r:id="rId99">
        <w:r>
          <w:rPr>
            <w:color w:val="1155CC"/>
            <w:u w:val="single"/>
          </w:rPr>
          <w:t>01:05:21 – 01:05:58</w:t>
        </w:r>
      </w:hyperlink>
      <w:r>
        <w:rPr>
          <w:b/>
        </w:rPr>
        <w:t xml:space="preserve">  |  Türkçe</w:t>
      </w:r>
    </w:p>
    <w:p>
      <w:r>
        <w:t>Bu derecede bir şey oluşmuş. Yani burada yok umarım hiç olmaz. Ama oradaki gelinen durum ilkokul seviyesine kadar düşmüş bir durum, bir tablo var. Bu da CDC'den, Amerika'daki federal bir kurum. Bizim buradaki Sağlık Bakanlığı gibi düşünebiliriz. Resmi veriler oradan geliyor. Nüfus biliyorsunuz 330 milyon civarında bir nüfusu var. 50 ile 70 milyon arasındaki insanlarda uyku problemi var. Uyuyamıyor insanlar.</w:t>
      </w:r>
    </w:p>
    <w:p>
      <w:pPr>
        <w:keepNext/>
      </w:pPr>
      <w:hyperlink r:id="rId100">
        <w:r>
          <w:rPr>
            <w:color w:val="1155CC"/>
            <w:u w:val="single"/>
          </w:rPr>
          <w:t>01:06:01 – 01:06:51</w:t>
        </w:r>
      </w:hyperlink>
      <w:r>
        <w:rPr>
          <w:b/>
        </w:rPr>
        <w:t xml:space="preserve">  |  Türkçe</w:t>
      </w:r>
    </w:p>
    <w:p>
      <w:r>
        <w:t>Hani böyle az sayıda değil. Rakam bu. Bunlar devlet verisi yani güvenilir noktasında. 50 milyondan fazla insanda uyku problemi var. Her 5 yetişkinden birinde çeşitli anxiety, kaygı, bozukluğu mevcut. Depresyon. Depresyon o da yine her 4 kişiden birinde görünen bir durum. Yani Amerika'nın tablosu bu. Sanırım yani krizi gösterme adına, medeniyet noktasında, gelişmişlik noktasında çok ileri bir derece teknoloji, bütün bilgi oradan üretiliyor. Bütün kaynak referansları şu an biz onu kullanıyoruz.</w:t>
      </w:r>
    </w:p>
    <w:p>
      <w:pPr>
        <w:keepNext/>
      </w:pPr>
      <w:hyperlink r:id="rId101">
        <w:r>
          <w:rPr>
            <w:color w:val="1155CC"/>
            <w:u w:val="single"/>
          </w:rPr>
          <w:t>01:06:51 – 01:07:30</w:t>
        </w:r>
      </w:hyperlink>
      <w:r>
        <w:rPr>
          <w:b/>
        </w:rPr>
        <w:t xml:space="preserve">  |  Türkçe</w:t>
      </w:r>
    </w:p>
    <w:p>
      <w:r>
        <w:t>Fakat şu an onların geldiği boyut bu. Dolayısıyla biz onları kopya edersek, onların yaşam şekli, onların değeri, onların benim istediklerini biz de yapmaya çalışırsak sanırım tablo bizim ulaşacağımız nokta çok farklı olmaz herhalde. Hatta daha fazla da olabilir mi? Ondan emin değilim. Yani biz onları geçebiliriz belki. Evet, tereyağın bozulması gibi belki bir şey olur. Yani onlar yine bozuldu mu bir şey olabilir. Evet, geçelim. Bu sefer bu da başka bir veri.</w:t>
      </w:r>
    </w:p>
    <w:p>
      <w:pPr>
        <w:keepNext/>
      </w:pPr>
      <w:hyperlink r:id="rId102">
        <w:r>
          <w:rPr>
            <w:color w:val="1155CC"/>
            <w:u w:val="single"/>
          </w:rPr>
          <w:t>01:07:32 – 01:08:11</w:t>
        </w:r>
      </w:hyperlink>
      <w:r>
        <w:rPr>
          <w:b/>
        </w:rPr>
        <w:t xml:space="preserve">  |  Türkçe</w:t>
      </w:r>
      <w:r>
        <w:rPr>
          <w:i/>
        </w:rPr>
        <w:t xml:space="preserve">  • Kontrol</w:t>
      </w:r>
    </w:p>
    <w:p>
      <w:r>
        <w:t>İntiharları kim intihar ediyor en çok? Bu da enteresan bir şey. Şimdi dikkat ederseniz burada 85 yaş ve üstü en fazla intihar eden grup. Efendim, şimdi enteresan bir durum. Ben öğrencilere diyorum ki, ya bizim bütün amacımız insanların daha fazla, daha uzun yaşamasını sağlamak. Ve sağlıkta da en fazla harcamayı bunlar yapıyor. Bunlar çok maliyetli sağlık sistemlerine. Ya diyorum, bir izahı yok bunun. Biz amacımız onları daha uzun yaşamasını sağlıyoruz. Ama onlar da gidip intihar ediyor.</w:t>
      </w:r>
    </w:p>
    <w:p>
      <w:pPr>
        <w:keepNext/>
      </w:pPr>
      <w:hyperlink r:id="rId103">
        <w:r>
          <w:rPr>
            <w:color w:val="1155CC"/>
            <w:u w:val="single"/>
          </w:rPr>
          <w:t>01:08:12 – 01:09:02</w:t>
        </w:r>
      </w:hyperlink>
      <w:r>
        <w:rPr>
          <w:b/>
        </w:rPr>
        <w:t xml:space="preserve">  |  Türkçe</w:t>
      </w:r>
      <w:r>
        <w:rPr>
          <w:i/>
        </w:rPr>
        <w:t xml:space="preserve">  • Kontrol</w:t>
      </w:r>
    </w:p>
    <w:p>
      <w:r>
        <w:t>Nasıl bir çözüm yapalım yani? Hiç bence onlara yatırım yapmayalım. Bırakalım, bırakalım, şey olsunlar. Çünkü doesn't make sense yani, şey yapmıyor. Anlamı yok. Anlamı yok yani. İntihar ediyorlar. Yani bu çok gerçekten enteresan bir durum. Dediğim gibi şu an bütün amaç insanlığın uzun yaşaması. Bütün şu an yani bu biyomedikal alanındaki gelişmeler, özellikle bu AI'ın en büyük çığır açmasını biyomedikalde bekleniyor. Şu an biz bunu görmüyoruz ama insanlık yani bu yeni devrimle beraber yeni bir yapay zeka devriminin en belirgin olacağı şey işte bu biyomedikal ve bu da insan yaşam ömrü noktasında da bir sonuç olacak diye bekleniyor.</w:t>
      </w:r>
    </w:p>
    <w:p>
      <w:pPr>
        <w:keepNext/>
      </w:pPr>
      <w:hyperlink r:id="rId104">
        <w:r>
          <w:rPr>
            <w:color w:val="1155CC"/>
            <w:u w:val="single"/>
          </w:rPr>
          <w:t>01:09:02 – 01:09:45</w:t>
        </w:r>
      </w:hyperlink>
      <w:r>
        <w:rPr>
          <w:b/>
        </w:rPr>
        <w:t xml:space="preserve">  |  Türkçe</w:t>
      </w:r>
    </w:p>
    <w:p>
      <w:r>
        <w:t>Ama bir yandan uzatalım. Yani 140-150 yıl olsun ki arzu ettikleri şu anda o. Bütün çalışmalar, bütün bu büyük şirketlerin odaklanma noktası bu ama bu veri sanki onu anlamsız kılıyor. Enteresan kısım da en altta bakın. Şimdi hani en yaşlıyı biz anladık. İntihar ediyor bunlar çok. Fakat 10 ile 14 yaş arası da şu an anlamlı bir oranda intihar ediyor. Yani çocuk diyebileceğimiz yaşta ki kategori de intihar ediyor. Hani bunları bir şekilde izah edelim. Hayatını yaşamış artık ne diyoruz şeyini asmış mı diyoruz.</w:t>
      </w:r>
    </w:p>
    <w:p>
      <w:pPr>
        <w:keepNext/>
      </w:pPr>
      <w:hyperlink r:id="rId105">
        <w:r>
          <w:rPr>
            <w:color w:val="1155CC"/>
            <w:u w:val="single"/>
          </w:rPr>
          <w:t>01:09:45 – 01:10:28</w:t>
        </w:r>
      </w:hyperlink>
      <w:r>
        <w:rPr>
          <w:b/>
        </w:rPr>
        <w:t xml:space="preserve">  |  Türkçe</w:t>
      </w:r>
    </w:p>
    <w:p>
      <w:r>
        <w:t>Elini asmış yani. Yani ama şimdi bu çocuk yani 10-14 yaş arası. Ne sıkıntısı var, ne derdi var yani. Hayatla ilgili ne sorunu var. Ama onlardaki intihar da şu an ciddi bir oranda. Evet, burada da zamanla beraber olan depresyon oranlarını görüyorsunuz. Yani bu artan bir oranda ilerliyor. Çocukları konuştuk. Şimdi bu bir lise, Amerika'daki lise verisi, liselerdeki oranı görüyorsunuz. Üzüntü, umutsuzluk oranı, kötü ruh sağlığı, intiharı ciddi biçimde düşünme, intihar girişimi.</w:t>
      </w:r>
    </w:p>
    <w:p>
      <w:pPr>
        <w:keepNext/>
      </w:pPr>
      <w:hyperlink r:id="rId106">
        <w:r>
          <w:rPr>
            <w:color w:val="1155CC"/>
            <w:u w:val="single"/>
          </w:rPr>
          <w:t>01:10:29 – 01:11:14</w:t>
        </w:r>
      </w:hyperlink>
      <w:r>
        <w:rPr>
          <w:b/>
        </w:rPr>
        <w:t xml:space="preserve">  |  Türkçe</w:t>
      </w:r>
    </w:p>
    <w:p>
      <w:r>
        <w:t>Yani hiç sağlıklı bir ortam değil. Katılıyor musunuz yani? Yani şu anki trend böyle. Evet, bunlar hastane değil, lise öğrencileri diye de altta gösteriyoruz. Şimdi bir de işin global kısmına gelelim. Amerika'yı konuştuk, kötüledik. Güzel yani. Şeyde dünyada ne oluyor? Nasıl bir durum var? Bu da Oxford'dan gelen bir çalışma. Oxford'un gösterdiği bu intihar şeyleri, intiharın diğer yerlerdeki oranı ve bununla beraber ruh hastalıkları, bu bize şunu gösteriyor.</w:t>
      </w:r>
    </w:p>
    <w:p>
      <w:pPr>
        <w:keepNext/>
      </w:pPr>
      <w:hyperlink r:id="rId107">
        <w:r>
          <w:rPr>
            <w:color w:val="1155CC"/>
            <w:u w:val="single"/>
          </w:rPr>
          <w:t>01:11:14 – 01:11:53</w:t>
        </w:r>
      </w:hyperlink>
      <w:r>
        <w:rPr>
          <w:b/>
        </w:rPr>
        <w:t xml:space="preserve">  |  Türkçe</w:t>
      </w:r>
      <w:r>
        <w:rPr>
          <w:i/>
        </w:rPr>
        <w:t xml:space="preserve">  • Kontrol</w:t>
      </w:r>
    </w:p>
    <w:p>
      <w:r>
        <w:t>Aslında sorun her yerde şu anda. Sadece bir yerde değil. Şu dünyadaki oran şu anda, bunu bakın WHO'dan aldım galiba. Verinin kaynağından bahsedeyim. Evet, onu yazmamışım buraya. Şu an 15-29 yaş arası ilk 10 ölüm sebebinden biri, 3. ölüm sebebinden biri intihar şu anda. Bu dünyadaki oran, bu Amerika'yı konuşmuyoruz. Nasıl bir küresel bir kriz haline gelmiş.</w:t>
      </w:r>
    </w:p>
    <w:p>
      <w:pPr>
        <w:keepNext/>
      </w:pPr>
      <w:hyperlink r:id="rId108">
        <w:r>
          <w:rPr>
            <w:color w:val="1155CC"/>
            <w:u w:val="single"/>
          </w:rPr>
          <w:t>01:11:55 – 01:12:41</w:t>
        </w:r>
      </w:hyperlink>
      <w:r>
        <w:rPr>
          <w:b/>
        </w:rPr>
        <w:t xml:space="preserve">  |  Türkçe</w:t>
      </w:r>
      <w:r>
        <w:rPr>
          <w:i/>
        </w:rPr>
        <w:t xml:space="preserve">  • Kontrol</w:t>
      </w:r>
    </w:p>
    <w:p>
      <w:r>
        <w:t>Şeye bakıyoruz, anxiety, kaygı bozukluğu, dünyadaki şu anda 350 milyondan insan bununla boğuşuyor. Boğuşuyor. Ruhsal bozukluğa bakıyoruz gençlerle ilgili bir çalışma. Her yedi çocuktan birinde yine ruhsal bozukluk var. Yani bu tablo bize şunu gösteriyor. Bu sorunlar her yerde. Muhtemelen çevrenize de oluyordur veya olacaktır. Böyle bir küresel krizin içerisindeyiz şu anda. Şurada gölge var, okuyamıyorsunuz. Kriz artık istisna değil diyoruz. Yani sadece belli bir yere, belli bir ülkeye, belli bir etnik şeye ait değil.</w:t>
      </w:r>
    </w:p>
    <w:p>
      <w:pPr>
        <w:keepNext/>
      </w:pPr>
      <w:hyperlink r:id="rId109">
        <w:r>
          <w:rPr>
            <w:color w:val="1155CC"/>
            <w:u w:val="single"/>
          </w:rPr>
          <w:t>01:12:43 – 01:13:21</w:t>
        </w:r>
      </w:hyperlink>
      <w:r>
        <w:rPr>
          <w:b/>
        </w:rPr>
        <w:t xml:space="preserve">  |  Türkçe</w:t>
      </w:r>
    </w:p>
    <w:p>
      <w:r>
        <w:t>Şimdi biraz daha irdeleyelim. Şimdi yalnızlıkla ilgili de çok ciddi çalışmalar var. İnsanlar yalnız, yalnız ölüyor. Halbuki bir sürü takipçinin olduğu, sosyal medyanın olduğu, iletişimin en güçlü olduğu çağdayız değil mi? Yani her yere çok rahat gidiyoruz, çok rahat. İstediğimiz ismi hemen bulup irtibat kurmak çok kolay yani. Bazı teknolojiyi iyi kullanan arkadaşlar daha iyi bilir. Ama yalnızlık da o oranda artıyor. Yani zıt oranda. Normalde pozitif linear relationship diyoruz. Yani o da arttığı gibi o da artıyor aslında.</w:t>
      </w:r>
    </w:p>
    <w:p>
      <w:pPr>
        <w:keepNext/>
      </w:pPr>
      <w:hyperlink r:id="rId110">
        <w:r>
          <w:rPr>
            <w:color w:val="1155CC"/>
            <w:u w:val="single"/>
          </w:rPr>
          <w:t>01:13:23 – 01:14:06</w:t>
        </w:r>
      </w:hyperlink>
      <w:r>
        <w:rPr>
          <w:b/>
        </w:rPr>
        <w:t xml:space="preserve">  |  Türkçe</w:t>
      </w:r>
    </w:p>
    <w:p>
      <w:r>
        <w:t>Yalnızlıkla ilişkilendiren ölüm oranı var. Bu da enteresan. Ciddi bir sayıda insan bununla ilişkili olarak şey yapıyor. Dolayısıyla teknolojik bağlantı, insani bağ kısmı arasında bir uyumsuzluk var. Tabii şimdi bir de yapay zeka çıkıyor. Yapay zeka da buna ne katacak? Bunu beraber göreceğiz. Tabii bir sürü işi artık o yapıyor. Bu sefer de değer problemi ortaya çıkabilir. Benim değerim nedir? O yapıyor. İnsanlıkta bununla beraber bir mana problemi sanki oluşacak gibi.</w:t>
      </w:r>
    </w:p>
    <w:p>
      <w:pPr>
        <w:keepNext/>
      </w:pPr>
      <w:hyperlink r:id="rId111">
        <w:r>
          <w:rPr>
            <w:color w:val="1155CC"/>
            <w:u w:val="single"/>
          </w:rPr>
          <w:t>01:14:06 – 01:14:46</w:t>
        </w:r>
      </w:hyperlink>
      <w:r>
        <w:rPr>
          <w:b/>
        </w:rPr>
        <w:t xml:space="preserve">  |  Türkçe</w:t>
      </w:r>
      <w:r>
        <w:rPr>
          <w:i/>
        </w:rPr>
        <w:t xml:space="preserve">  • Kontrol</w:t>
      </w:r>
    </w:p>
    <w:p>
      <w:r>
        <w:t>Yani üretkenlik problemi çözüyoruz. AI ile, robotiks ile çok ciddi ilerlemeler var. Fakat mana problemini biz teknoloji ile otomatik olarak çözemeyiz. Dolayısıyla buna olan ihtiyaç çok daha da artacak. Burada bazı trendleri paylaşıyorum. Hepinizin bildiği, nasıl yaşadığımız, nasıl irtibat kurduğumuz tanımlamayla ilgili, anlam arayışıyla ilgili çeşitli örnekler var. Sosyal medyayla beraber yalnızlık, karşılaştırma da artıyor. Hani yiyip içtiğimizi gösteriyoruz.</w:t>
      </w:r>
    </w:p>
    <w:p>
      <w:pPr>
        <w:keepNext/>
      </w:pPr>
      <w:hyperlink r:id="rId112">
        <w:r>
          <w:rPr>
            <w:color w:val="1155CC"/>
            <w:u w:val="single"/>
          </w:rPr>
          <w:t>01:14:47 – 01:15:28</w:t>
        </w:r>
      </w:hyperlink>
      <w:r>
        <w:rPr>
          <w:b/>
        </w:rPr>
        <w:t xml:space="preserve">  |  Türkçe</w:t>
      </w:r>
      <w:r>
        <w:rPr>
          <w:i/>
        </w:rPr>
        <w:t xml:space="preserve">  • Kontrol</w:t>
      </w:r>
    </w:p>
    <w:p>
      <w:r>
        <w:t>Sosyal medya, işte bu LGBT gibi trendlerle beraber bu da ciddi bir jenerasyonda bir değişme, bu hastalıklar, arızalar aslında yani bir nevi arızaları konuşuyoruz. Biz krizleri konuşuyoruz. Bunlar artan şeyler şu an dünyada hızlıca bunlar artıyor. Aile yapısı mesela, Amerika'da neredeyse herkes single mom yani. Tek bir ebeveyn var. Çocuk o ortamda yetişiyor. Değil mi Hüseyin Hocam? Yani okullardaki oran çok çok yüksek. Çok az kişi anne ve babasıyla beraber aslında.</w:t>
      </w:r>
    </w:p>
    <w:p>
      <w:pPr>
        <w:keepNext/>
      </w:pPr>
      <w:hyperlink r:id="rId113">
        <w:r>
          <w:rPr>
            <w:color w:val="1155CC"/>
            <w:u w:val="single"/>
          </w:rPr>
          <w:t>01:15:29 – 01:16:10</w:t>
        </w:r>
      </w:hyperlink>
      <w:r>
        <w:rPr>
          <w:b/>
        </w:rPr>
        <w:t xml:space="preserve">  |  Türkçe</w:t>
      </w:r>
      <w:r>
        <w:rPr>
          <w:i/>
        </w:rPr>
        <w:t xml:space="preserve">  • Kontrol</w:t>
      </w:r>
    </w:p>
    <w:p>
      <w:r>
        <w:t>Hani aile yapısı değişiyor. Aileyi biz konuştuk başka oturumlarda. Şey de, bu ne diyoruz, day care, child care, burada da kreş. Kreşler Amerika'da enteresan 15 haftalık bir çocuk kreşe gitme zamanı oluyor. Yani modern sistem, anneyi dışarı çıkardığı için, aile yapısını değiştirdiği için, Çocuk anneye en muhtaç olduğu anda, merhameti konuştuk biz başka oturumlarda, merhametin, şefkatin en yüksek olduğu şey annede ve çocuğun da şeyi.</w:t>
      </w:r>
    </w:p>
    <w:p>
      <w:pPr>
        <w:keepNext/>
      </w:pPr>
      <w:hyperlink r:id="rId114">
        <w:r>
          <w:rPr>
            <w:color w:val="1155CC"/>
            <w:u w:val="single"/>
          </w:rPr>
          <w:t>01:16:10 – 01:16:59</w:t>
        </w:r>
      </w:hyperlink>
      <w:r>
        <w:rPr>
          <w:b/>
        </w:rPr>
        <w:t xml:space="preserve">  |  Türkçe</w:t>
      </w:r>
      <w:r>
        <w:rPr>
          <w:i/>
        </w:rPr>
        <w:t xml:space="preserve">  • Kontrol</w:t>
      </w:r>
    </w:p>
    <w:p>
      <w:r>
        <w:t>Geçen bir çalışma yayınlandı Amerika'da. Bu erken yaşta kreşe gönderilen çocukların ileriki yaşlardaki intihar oranı, mental health problemi normal çocuklara göre çok çok yüksek. Yani aslında tabi bu bize fıtri gelmiyor değil mi yani? Fıtri gelmeyen her şeyi aslında bünyede kabul etmiyor, hayatta kabul etmiyor yani. Bu kadar basit yani. Çok araştırmaya da gerek var mı hocam yani? Zaman az değil mi? Hızlı geçelim. Dikkat edelim. Addiction, bağımlılık, alkol tüketimi hızlıca artıyor. Amerika'da marivana gibi şeyler normal gidiyorsunuz gofret alır gibi serbest yani. Çoğu eyaletler şu an geçiriyor. İnsanlar gidip alıyor, içiyor belli bir oranda.</w:t>
      </w:r>
    </w:p>
    <w:p>
      <w:pPr>
        <w:keepNext/>
      </w:pPr>
      <w:hyperlink r:id="rId115">
        <w:r>
          <w:rPr>
            <w:color w:val="1155CC"/>
            <w:u w:val="single"/>
          </w:rPr>
          <w:t>01:16:59 – 01:17:40</w:t>
        </w:r>
      </w:hyperlink>
      <w:r>
        <w:rPr>
          <w:b/>
        </w:rPr>
        <w:t xml:space="preserve">  |  Türkçe</w:t>
      </w:r>
      <w:r>
        <w:rPr>
          <w:i/>
        </w:rPr>
        <w:t xml:space="preserve">  • Kontrol</w:t>
      </w:r>
    </w:p>
    <w:p>
      <w:r>
        <w:t>Yani bu bağımlılık, çünkü kafayı şey yapması lazım, uyutması lazım. Üstadım bu bahsettiği uyumadan bahsetti ya yani. Yani bu uykunun aslında şeyleri bunlar, problemi. Yoga, meditation, yani insanlar başka yere sapıyor. Bu sefer o ihtiyaç olunca, o ihtiyacı gidermek için çeşitli arayışlar içerisinde. Şimdi alkol dedik, bir de kumar var. Bu prediction market diye bir şey var. Burada da ne oluyor, iddia mı oluyor? Hani böyle maçlar falan şey yapılıyor ya. Kumar. Evet. Polymarket ve Kolşi diye bir şey var, platform var Amerika'da, iki platform. Ya şu anda inanılmaz derece artıyor.</w:t>
      </w:r>
    </w:p>
    <w:p>
      <w:pPr>
        <w:keepNext/>
      </w:pPr>
      <w:hyperlink r:id="rId116">
        <w:r>
          <w:rPr>
            <w:color w:val="1155CC"/>
            <w:u w:val="single"/>
          </w:rPr>
          <w:t>01:17:41 – 01:18:23</w:t>
        </w:r>
      </w:hyperlink>
      <w:r>
        <w:rPr>
          <w:b/>
        </w:rPr>
        <w:t xml:space="preserve">  |  Türkçe</w:t>
      </w:r>
    </w:p>
    <w:p>
      <w:r>
        <w:t>Ya bu bir trend. Herkes kumar oynuyor. Ya bu kumar yani biliyorsunuz. Aslında bu kumar, yani alkol ve kumarın toplum hayatına girmesiyle işte biz arızaları konuşuyoruz ya, krizleri konuşuyoruz. Bu da ciddi bir problem. Şu anda dünyadaki alkol kullanımı, dünyadaki yabancı uyuşturucu gibi maddelerin şeyi insana getirdikleri ve bunun trendi yani. Dolayısıyla bizi aslında daha deep, daha derin bir tablo bekliyor. Değil mi? Yani bunların hepsini biz görüyoruz. Hani ilerisiyle ilgili tabii ümit var olacağız ama hani bunlar da hayatın bir gerçeği.</w:t>
      </w:r>
    </w:p>
    <w:p>
      <w:pPr>
        <w:keepNext/>
      </w:pPr>
      <w:hyperlink r:id="rId117">
        <w:r>
          <w:rPr>
            <w:color w:val="1155CC"/>
            <w:u w:val="single"/>
          </w:rPr>
          <w:t>01:18:25 – 01:19:07</w:t>
        </w:r>
      </w:hyperlink>
      <w:r>
        <w:rPr>
          <w:b/>
        </w:rPr>
        <w:t xml:space="preserve">  |  Türkçe</w:t>
      </w:r>
    </w:p>
    <w:p>
      <w:r>
        <w:t>Evet diğer sayede geçelim. Şimdi böyle olunca ilerlemenin bir paradoksu oluyor. Hani biz demin konuştuk bu kadar her şeyimiz artıyor, teknoloji ilerliyor. Daha uzun ömür. Şu an insan ömrü yani aşağı yukarı 80 civarında. Türkiye 77-78. Yani her geçen gün artıyor. Yıllara baktığımız zaman, zamanla beraber ömür de artıyor. Bir yandan uzun ömür gidiyor, bir yanda sınırsız bilgi. Değil mi? Dijital çağdayız yani. Hiper bağlantı, yani bir sürü sosyal medya olmayan şey yok yani. Bazı telefonlarda böyle kaç tane app var. Tabii bir de yapay zeka ile beraber çok ciddi bir ilerlemedeyiz şu anda.</w:t>
      </w:r>
    </w:p>
    <w:p>
      <w:pPr>
        <w:keepNext/>
      </w:pPr>
      <w:hyperlink r:id="rId118">
        <w:r>
          <w:rPr>
            <w:color w:val="1155CC"/>
            <w:u w:val="single"/>
          </w:rPr>
          <w:t>01:19:07 – 01:19:47</w:t>
        </w:r>
      </w:hyperlink>
      <w:r>
        <w:rPr>
          <w:b/>
        </w:rPr>
        <w:t xml:space="preserve">  |  Türkçe</w:t>
      </w:r>
    </w:p>
    <w:p>
      <w:r>
        <w:t>Ama enteresan, aynı çağda biz bunları görüyoruz. Yani bir yandan biz ilerlerken bir yandan da aynı oranda işte anxiety, kaygı bozukluğu, depresyon, intihar, hayattaki anlamsızlık hepsi aynı oranda artıyor. Yani problem, asıl soru olarak yaşamı uzatırken yaşama anlam kazandırabiliyor muyuz? Bunlar arttıkça bir şeyler bizden azalıyor sanki.</w:t>
      </w:r>
    </w:p>
    <w:p>
      <w:pPr>
        <w:keepNext/>
      </w:pPr>
      <w:hyperlink r:id="rId119">
        <w:r>
          <w:rPr>
            <w:color w:val="1155CC"/>
            <w:u w:val="single"/>
          </w:rPr>
          <w:t>01:19:47 – 01:20:28</w:t>
        </w:r>
      </w:hyperlink>
      <w:r>
        <w:rPr>
          <w:b/>
        </w:rPr>
        <w:t xml:space="preserve">  |  Türkçe</w:t>
      </w:r>
      <w:r>
        <w:rPr>
          <w:i/>
        </w:rPr>
        <w:t xml:space="preserve">  • Kontrol</w:t>
      </w:r>
    </w:p>
    <w:p>
      <w:r>
        <w:t>Veya bizim bazı şeylere ihtiyacımız daha da artıyor aslında. Yani onu bilmemiz, kendimizi tanımamız o cihetten çok önemli. Yoksa bunların bize getirisi götürüsünden daha az olacak yani. Götürü daha fazla. Şu an böyle bir paradoksun içerisindeyiz. Evet, üstadın teşhisi yani beden hastalığını sadece fiziksel değil, kahru ve manayla tanımlıyor. Daha derin hastalık olarak çok güzel bunu söylüyor. Düşünün yani o zamandan teşhisi koymuş. Bu noktada problemi büyütmüyor, insan tanımını büyütüyor aslında üstad.</w:t>
      </w:r>
    </w:p>
    <w:p>
      <w:pPr>
        <w:keepNext/>
      </w:pPr>
      <w:hyperlink r:id="rId120">
        <w:r>
          <w:rPr>
            <w:color w:val="1155CC"/>
            <w:u w:val="single"/>
          </w:rPr>
          <w:t>01:20:28 – 01:21:21</w:t>
        </w:r>
      </w:hyperlink>
      <w:r>
        <w:rPr>
          <w:b/>
        </w:rPr>
        <w:t xml:space="preserve">  |  Türkçe</w:t>
      </w:r>
      <w:r>
        <w:rPr>
          <w:i/>
        </w:rPr>
        <w:t xml:space="preserve">  • Kontrol</w:t>
      </w:r>
    </w:p>
    <w:p>
      <w:r>
        <w:t>Yani biz bunu böyle şey yapabiliriz yani. Yani insan tanımı bu şekilde ancak tam izah edilebilir. Hızlıca geçiyorum, zamana uymak çok önemli. Evet, tamam. Yalnız soruyu soruyoruz dedik. Belki biz yaşı uzatmaya, ömrü uzatmaya çalıştık ama yaşamı anlamlandırma, ölümü geciktirmek İstirmek değil de ölümü de bu manada tekrardan izah etmek, bilgiyi çoğaltmak, bunu hikmetle yapmak. Kur'an-ı Risale eksenli bütüncül insan modeli bu kaymış, neden kaymış bilmiyorum. Kaygıdan tevekküle, ümitsizlikten ricaya, yalnızlıktan uhuvvete, değer krizinden imanla insan değerine, fanilik korkusundan beka perspektifine.</w:t>
      </w:r>
    </w:p>
    <w:p>
      <w:pPr>
        <w:keepNext/>
      </w:pPr>
      <w:hyperlink r:id="rId121">
        <w:r>
          <w:rPr>
            <w:color w:val="1155CC"/>
            <w:u w:val="single"/>
          </w:rPr>
          <w:t>01:21:21 – 01:22:15</w:t>
        </w:r>
      </w:hyperlink>
      <w:r>
        <w:rPr>
          <w:b/>
        </w:rPr>
        <w:t xml:space="preserve">  |  Türkçe</w:t>
      </w:r>
    </w:p>
    <w:p>
      <w:r>
        <w:t>Bunlar hepsi birlikte bu konuştuğumuz şeylere çözüm olarak biz bunları izah edebiliriz. Evet, asıl şu an insanlığın krizi ne olduğunu unutmak. Eğer bunun farkına vardığı zaman zaten bu çözümler otomatik kendiliğinden gelmiş olacak. Son slaytlara yakın geliyoruz. Bu son slayt galiba. Bunu direkt buradan okumak istiyorum. Elbette ve elbette hiç şüphe yok ki Şimalt'ta, Garp'ta, Amerika'da emareleri göründüğüne binaen Nebi Beşer'in maşuku mecazisi olan hayatı dünyeviye böyle çirkin ve geçici olmasından fıtratı Beşer'in hakiki sevdiği, aradığı hayatı bakeyi bütün kuvvetiyle arayacak.</w:t>
      </w:r>
    </w:p>
    <w:p>
      <w:pPr>
        <w:keepNext/>
      </w:pPr>
      <w:hyperlink r:id="rId122">
        <w:r>
          <w:rPr>
            <w:color w:val="1155CC"/>
            <w:u w:val="single"/>
          </w:rPr>
          <w:t>01:22:17 – 01:22:18</w:t>
        </w:r>
      </w:hyperlink>
      <w:r>
        <w:rPr>
          <w:b/>
        </w:rPr>
        <w:t xml:space="preserve">  |  Türkçe</w:t>
      </w:r>
    </w:p>
    <w:p>
      <w:r>
        <w:t>Çok büyük bir arayış.</w:t>
      </w:r>
    </w:p>
    <w:p>
      <w:hyperlink r:id="rId123">
        <w:r>
          <w:rPr>
            <w:color w:val="1155CC"/>
            <w:u w:val="single"/>
          </w:rPr>
          <w:t>01:22:18–01:22:46</w:t>
        </w:r>
      </w:hyperlink>
      <w:r>
        <w:rPr>
          <w:i/>
        </w:rPr>
        <w:t xml:space="preserve">  [Metin boşluğu: bu aralık için döküm bulunmuyor. Videodan kontrol edin.]</w:t>
      </w:r>
    </w:p>
    <w:p>
      <w:pPr>
        <w:keepNext/>
      </w:pPr>
      <w:hyperlink r:id="rId124">
        <w:r>
          <w:rPr>
            <w:color w:val="1155CC"/>
            <w:u w:val="single"/>
          </w:rPr>
          <w:t>01:22:46 – 01:23:28</w:t>
        </w:r>
      </w:hyperlink>
      <w:r>
        <w:rPr>
          <w:b/>
        </w:rPr>
        <w:t xml:space="preserve">  |  Türkçe</w:t>
      </w:r>
    </w:p>
    <w:p>
      <w:r>
        <w:t>Ve hakikatlerini anladıktan sonra bütün ruhu canlarıyla sarılacaklar. Çünkü bu hakikat noktasında Kur'an'ın misli yoktur. Ve olamaz ve hiçbir şey bu mucize-i ekberin yerini tutamaz. Teşekkürler. Serpter Aydın hocamıza konuşmalarından dolayı teşekkür ediyorum.</w:t>
      </w:r>
    </w:p>
    <w:p>
      <w:pPr>
        <w:keepNext/>
      </w:pPr>
      <w:hyperlink r:id="rId125">
        <w:r>
          <w:rPr>
            <w:color w:val="1155CC"/>
            <w:u w:val="single"/>
          </w:rPr>
          <w:t>01:23:28 – 01:24:14</w:t>
        </w:r>
      </w:hyperlink>
      <w:r>
        <w:rPr>
          <w:b/>
        </w:rPr>
        <w:t xml:space="preserve">  |  Türkçe</w:t>
      </w:r>
    </w:p>
    <w:p>
      <w:r>
        <w:t>Çok önemli statistiki bilgileri bizlerle paylaştı. Amerika ve dünyadaki ruh sağlığıyla ilgili üzücü veriler, yalnızlaşma oranlarından bahsetti. Dün bir arkadaşımız bahsetti. Türkiye'de de maalesef yalnız yaşayan insanların oranı yüzde 23'e çıkmış. Gerçekten Müslüman bir memlekette böyle bir rakamı görmek üzücü. Yine hocamız bağımlılık, teknoloji bağımlılığı ve teknoloji ve modernitenin getirdiği ilerleme ile beraber maddi manevi hastalıklarında aynı oranda ilerlediğini bunlara Risale-i Nur'dan çözüm önerilerinden bahsetti.</w:t>
      </w:r>
    </w:p>
    <w:p>
      <w:pPr>
        <w:keepNext/>
      </w:pPr>
      <w:hyperlink r:id="rId126">
        <w:r>
          <w:rPr>
            <w:color w:val="1155CC"/>
            <w:u w:val="single"/>
          </w:rPr>
          <w:t>01:24:14 – 01:24:55</w:t>
        </w:r>
      </w:hyperlink>
      <w:r>
        <w:rPr>
          <w:b/>
        </w:rPr>
        <w:t xml:space="preserve">  |  Türkçe</w:t>
      </w:r>
    </w:p>
    <w:p>
      <w:r>
        <w:t>Ve Düzaman Hazretleri'nin problemi değil, insanın anlamını büyüttüğünü, insanın değeriyle bu problemlerle, sağlık krizleriyle nasıl başa çıkabileceğine dair müşahhas tekliflerde, tespitlerde bulunduğu, tekrar teşekkür ediyorum kendisine. Son konuşmacımız İslam perspektifinden insanın değer arayışı ve modern sosyal krizlere çözüm önerileri başlıklı konuşmasıyla Erciyes Üniversitesi'nden Dr. Tarık Sağlam hocamızı kürseye davet ediyorum. Tarık Hocamız işin mutfağında bu sempozyumun organizasında bir buçuk senedir çalışıyor.</w:t>
      </w:r>
    </w:p>
    <w:p>
      <w:pPr>
        <w:keepNext/>
      </w:pPr>
      <w:hyperlink r:id="rId127">
        <w:r>
          <w:rPr>
            <w:color w:val="1155CC"/>
            <w:u w:val="single"/>
          </w:rPr>
          <w:t>01:24:55 – 01:25:38</w:t>
        </w:r>
      </w:hyperlink>
      <w:r>
        <w:rPr>
          <w:b/>
        </w:rPr>
        <w:t xml:space="preserve">  |  Türkçe</w:t>
      </w:r>
    </w:p>
    <w:p>
      <w:r>
        <w:t>Özellikle de son üç aydır gece gündüz çalışıyor. Bunun için kendisine ayrıca teşekkürlerimi arz ediyorum. Hocam sen süreyi reylet. Hocam az konuşurum. Selamun Aleyküm değerli hocalarım. Benim araştırma konum aslında hem Daniel Hocam hem Sedat Hocam'ın konusuyla yakın. Şimdi araştırmamızın konusu şu, teknoloji gelişiyor, ekonomi gelişiyor ama insanın anlam bulması, değer bulması biraz uzaklaşıyor.</w:t>
      </w:r>
    </w:p>
    <w:p>
      <w:pPr>
        <w:keepNext/>
      </w:pPr>
      <w:hyperlink r:id="rId128">
        <w:r>
          <w:rPr>
            <w:color w:val="1155CC"/>
            <w:u w:val="single"/>
          </w:rPr>
          <w:t>01:25:40 – 01:26:22</w:t>
        </w:r>
      </w:hyperlink>
      <w:r>
        <w:rPr>
          <w:b/>
        </w:rPr>
        <w:t xml:space="preserve">  |  Türkçe</w:t>
      </w:r>
    </w:p>
    <w:p>
      <w:r>
        <w:t>Yani teknoloji ileri, ekonomi ileri ama insanların birbirine değer vermesi, birbirini sevmesi, birbirini hoşgörüde bulması o biraz iyi durumda değil. Araştırma yöntemi, nite araştırma deseni. Genel olarak ben Dünya Sağlık Örgütü ve çeşitli makaleleri teklif ettim. Bunları Salih Nur'daki çözümlerle karşılaştırdım. Şimdi Doğan Cüceloğlu'nun çok güzel bir sözü var. Diyor ki, eğer güzel bir haber aldıysanız, bunu paylaşacak bir yakınınız yoksa,</w:t>
      </w:r>
    </w:p>
    <w:p>
      <w:pPr>
        <w:keepNext/>
      </w:pPr>
      <w:hyperlink r:id="rId129">
        <w:r>
          <w:rPr>
            <w:color w:val="1155CC"/>
            <w:u w:val="single"/>
          </w:rPr>
          <w:t>01:26:22 – 01:27:02</w:t>
        </w:r>
      </w:hyperlink>
      <w:r>
        <w:rPr>
          <w:b/>
        </w:rPr>
        <w:t xml:space="preserve">  |  Türkçe</w:t>
      </w:r>
      <w:r>
        <w:rPr>
          <w:i/>
        </w:rPr>
        <w:t xml:space="preserve">  • Kontrol</w:t>
      </w:r>
    </w:p>
    <w:p>
      <w:r>
        <w:t>bu belli bir şeyden sonra insanların şişli olacağını ve belli bir süre sonra da intihara sevk eder. Mesela düşünün, siz atanmışsınız, güzel bir haber almışsınız ama bunu paylaşacak hiçbir yakınınız yok. Çok acı bir durum. Bu belli bir şeyden sonra insanları intihara götürebiliyor. Dünya Sağlık Örgütü'nde yalnızlıkla ilgili birkaç... Dünya Sağlık Örgütü her Aralık ayında istatistik bilgiler paylaşıyor sağlıkla ilgili. Ben de 2025 raporunu incelemiştim. Yalnızlıkla ilgili raporunu incelemiştim.</w:t>
      </w:r>
    </w:p>
    <w:p>
      <w:pPr>
        <w:keepNext/>
      </w:pPr>
      <w:hyperlink r:id="rId130">
        <w:r>
          <w:rPr>
            <w:color w:val="1155CC"/>
            <w:u w:val="single"/>
          </w:rPr>
          <w:t>01:27:02 – 01:27:42</w:t>
        </w:r>
      </w:hyperlink>
      <w:r>
        <w:rPr>
          <w:b/>
        </w:rPr>
        <w:t xml:space="preserve">  |  Türkçe</w:t>
      </w:r>
    </w:p>
    <w:p>
      <w:r>
        <w:t>Şimdi orada birisi, orada bir çeşitli ülkelerde insanların düşüncesi var mesela. Diyor ki birisi, Suriye asıllı Avusturya vatandaşı, çok fazla insanla çevrili olabilirsiniz ancak yine de kendinizi yalnız hissedebilirsiniz yani. Yine McMurray, yalnızlığı düşündüğümde dayanacak birimin olmamasını düşünüyorum. Kendimi hep izole edilmiş hissediyorum. Çünkü beni anlayan insanların olduğunu düşünmüyorum. Çok korkunç bir şey düşünce. Bunlar da yine Avustralya'yla materyalist bir görüş var yalnızlıkla ilgili.</w:t>
      </w:r>
    </w:p>
    <w:p>
      <w:pPr>
        <w:keepNext/>
      </w:pPr>
      <w:hyperlink r:id="rId131">
        <w:r>
          <w:rPr>
            <w:color w:val="1155CC"/>
            <w:u w:val="single"/>
          </w:rPr>
          <w:t>01:27:43 – 01:28:25</w:t>
        </w:r>
      </w:hyperlink>
      <w:r>
        <w:rPr>
          <w:b/>
        </w:rPr>
        <w:t xml:space="preserve">  |  Türkçe</w:t>
      </w:r>
      <w:r>
        <w:rPr>
          <w:i/>
        </w:rPr>
        <w:t xml:space="preserve">  • Kontrol</w:t>
      </w:r>
    </w:p>
    <w:p>
      <w:r>
        <w:t>Sonra Mavero. Şimdi Güneş Sağlık Örgütü'nde 1560 yılından ta günümüze kadar yalnız yaşayan insanların istatistik bilgiler gördüğünüz gibi artmakta. Yani şu an %60'ları bulmaktadır. Tek yaşayan insanlar dünyada. Burada toplumsal kopukluğun tarihsel etkenleri, işte teknoloji bizi toplumsal iletişimde kopmuş.</w:t>
      </w:r>
    </w:p>
    <w:p>
      <w:pPr>
        <w:keepNext/>
      </w:pPr>
      <w:hyperlink r:id="rId132">
        <w:r>
          <w:rPr>
            <w:color w:val="1155CC"/>
            <w:u w:val="single"/>
          </w:rPr>
          <w:t>01:28:27 – 01:29:11</w:t>
        </w:r>
      </w:hyperlink>
      <w:r>
        <w:rPr>
          <w:b/>
        </w:rPr>
        <w:t xml:space="preserve">  |  Türkçe</w:t>
      </w:r>
      <w:r>
        <w:rPr>
          <w:i/>
        </w:rPr>
        <w:t xml:space="preserve">  • Kontrol</w:t>
      </w:r>
    </w:p>
    <w:p>
      <w:r>
        <w:t>Sonra endüstri, sanayi, kapitalizm, şehircilik bunlar bizi toplumsal şeyler kopmaktadır. Şu an dünyada %15 yalnızlık yaşayanlar, bir de en çok gençlermiş, Dünya Sağlık Örgütü'nün. Bir de şuna değinmek istedim, Japonya'da Hikikomori diye bir hastalık var. Yani bu hastalık, sosyal kapanma, geri çekilme, yani izole olmak. Yani mesela yıllarca tek bir odada yaşayan insanlar var.</w:t>
      </w:r>
    </w:p>
    <w:p>
      <w:pPr>
        <w:keepNext/>
      </w:pPr>
      <w:hyperlink r:id="rId133">
        <w:r>
          <w:rPr>
            <w:color w:val="1155CC"/>
            <w:u w:val="single"/>
          </w:rPr>
          <w:t>01:29:11 – 01:29:51</w:t>
        </w:r>
      </w:hyperlink>
      <w:r>
        <w:rPr>
          <w:b/>
        </w:rPr>
        <w:t xml:space="preserve">  |  Türkçe</w:t>
      </w:r>
      <w:r>
        <w:rPr>
          <w:i/>
        </w:rPr>
        <w:t xml:space="preserve">  • Kontrol</w:t>
      </w:r>
    </w:p>
    <w:p>
      <w:r>
        <w:t>Ve bunların sayısı milyonlarca. Hiçbir sosyal iletişimleri yok bu insanların. Hatta bunlara ilgili ciddi filmler de var. var. Yani evet, şu an 1 milyona ulaşmaktadır. İşte kikomori, bu hastalığın nedenleri, işte toplumsal ailesel baskı, toplumsal kabul görmeme, bir de kodoku, sihi diye bir bir yalnız ölüm. Mesela Japona'da bu çok yaygınmış. Mesela adam</w:t>
      </w:r>
    </w:p>
    <w:p>
      <w:pPr>
        <w:keepNext/>
      </w:pPr>
      <w:hyperlink r:id="rId134">
        <w:r>
          <w:rPr>
            <w:color w:val="1155CC"/>
            <w:u w:val="single"/>
          </w:rPr>
          <w:t>01:29:51 – 01:30:33</w:t>
        </w:r>
      </w:hyperlink>
      <w:r>
        <w:rPr>
          <w:b/>
        </w:rPr>
        <w:t xml:space="preserve">  |  Türkçe</w:t>
      </w:r>
      <w:r>
        <w:rPr>
          <w:i/>
        </w:rPr>
        <w:t xml:space="preserve">  • Kontrol</w:t>
      </w:r>
    </w:p>
    <w:p>
      <w:r>
        <w:t>ölüyor. Öldüğü aylar sonra belli oluyormuş yani. Yalnızlıkta. Şimdi ben bu sıkıntılı yani yalnızlık sorununa Becizal'ın saygı üstadımız çok güzel bir yöntem bulmuş. Diyor ki insan kainatın kıymetli bir meyvesi ve sani kainatın nazar sevgilisi olduğu miraç ile anlaşılmış ve o meyveyi cin ve inse meyve getirmiştir. Yine sözlerde kemal-i itaatle yeniliği getirdikleri halde şu kainatın hulasası ve neticesi ve nazdar bir halifesi</w:t>
      </w:r>
    </w:p>
    <w:p>
      <w:pPr>
        <w:keepNext/>
      </w:pPr>
      <w:hyperlink r:id="rId135">
        <w:r>
          <w:rPr>
            <w:color w:val="1155CC"/>
            <w:u w:val="single"/>
          </w:rPr>
          <w:t>01:30:33 – 01:31:12</w:t>
        </w:r>
      </w:hyperlink>
      <w:r>
        <w:rPr>
          <w:b/>
        </w:rPr>
        <w:t xml:space="preserve">  |  Türkçe</w:t>
      </w:r>
      <w:r>
        <w:rPr>
          <w:i/>
        </w:rPr>
        <w:t xml:space="preserve">  • Kontrol</w:t>
      </w:r>
    </w:p>
    <w:p>
      <w:r>
        <w:t>ve nazeri bir meyvesi olan insan yani. Yani evet bu tür sıkıntılar var ama insan aslında şunu düşünse ben kainatın Allah'ın çok kıymetli bir misafiriyim. diyeyim. Allah'ın nazar ve nazarını bir misafir. Aslında her şey dönüp dolaşıyor. İntisaf yani. Allah'la olan bir bağlılık. Bu olunca, evet belki insanlar bizi sevmeyebilirler, bize baskı yapabilirler, bizi kabul etmeyebilirler ama o olduktan sonra gerisi çok da önemli değil. Yani Allah'a olan bağlılık. Yine usat, yani Salim'den ilgili bunun yüzlerce yeri var.</w:t>
      </w:r>
    </w:p>
    <w:p>
      <w:pPr>
        <w:keepNext/>
      </w:pPr>
      <w:hyperlink r:id="rId136">
        <w:r>
          <w:rPr>
            <w:color w:val="1155CC"/>
            <w:u w:val="single"/>
          </w:rPr>
          <w:t>01:31:13 – 01:31:50</w:t>
        </w:r>
      </w:hyperlink>
      <w:r>
        <w:rPr>
          <w:b/>
        </w:rPr>
        <w:t xml:space="preserve">  |  Türkçe</w:t>
      </w:r>
      <w:r>
        <w:rPr>
          <w:i/>
        </w:rPr>
        <w:t xml:space="preserve">  • Kontrol</w:t>
      </w:r>
    </w:p>
    <w:p>
      <w:r>
        <w:t>Mesela sözlerde, beşinci sözde Çünkü dünyada Cenab-ı Hakk'ın nazlı ve niyazlar bir abdi, mükerrem, çok kerim ve muhterem bir misafiri olursun. Sen Allah'ı tanıdıktan sonra, yalnız kalsan dahi yine o manayı insan düşündükçe bir ferahlık, bir ünsiyet geliyor. Mesela usadınız Çam Dağı'nda yalnız ama o yalnızlıklar içerisinde bir varlık bulmuş. şey mi? Yıldız Sarayı'na değişmem diyor. Evet. Yani kısacası öyle. Teşekkür ediyorum belirlediğiniz için.</w:t>
      </w:r>
    </w:p>
    <w:p>
      <w:pPr>
        <w:keepNext/>
      </w:pPr>
      <w:hyperlink r:id="rId137">
        <w:r>
          <w:rPr>
            <w:color w:val="1155CC"/>
            <w:u w:val="single"/>
          </w:rPr>
          <w:t>01:32:04 – 01:32:47</w:t>
        </w:r>
      </w:hyperlink>
      <w:r>
        <w:rPr>
          <w:b/>
        </w:rPr>
        <w:t xml:space="preserve">  |  Türkçe</w:t>
      </w:r>
    </w:p>
    <w:p>
      <w:r>
        <w:t>Tarık Hocamız'a da konuşmalarından dolayı teşekkür ediyorum. Özellikle yalnızlık toplumsal kopukluğun tarihsel sürecine değindi. Bunun sebepleri çözüm önerileri olarak da özellikle Risale-i Nur'larda geçen insanın değer ve kıymeti, mahiyetinin anlaşılmasıyla bu problemin aşılabileceğini nazar dikkatlerimize arz etti. Sayın dinleyiciler, oturumumuz normal süresini tamamlamak üzere. Soru cevap hastalığına geçeceğiz. Vaktimiz fazla yok. Öncelikle oturum başkanı olarak süre aşımı noktasından Osman Çakmak hocama bir tokat kebabı,</w:t>
      </w:r>
    </w:p>
    <w:p>
      <w:pPr>
        <w:keepNext/>
      </w:pPr>
      <w:hyperlink r:id="rId138">
        <w:r>
          <w:rPr>
            <w:color w:val="1155CC"/>
            <w:u w:val="single"/>
          </w:rPr>
          <w:t>01:32:47 – 01:33:28</w:t>
        </w:r>
      </w:hyperlink>
      <w:r>
        <w:rPr>
          <w:b/>
        </w:rPr>
        <w:t xml:space="preserve">  |  Türkçe</w:t>
      </w:r>
    </w:p>
    <w:p>
      <w:r>
        <w:t>Danyal hocama bir kilo kayseri pastırması, 5 dakika süre aşan Amerika'dan misafirimiz Serdar hocamıza da dakika başı 10 dolar ceza kesiyoruz. Okulda gelene sözümüz olsun Dinleyicilerimizden iki tane soru alabiliriz Evet sorusu olan Dört soru olsun adam başına Kusura bakmayın Selamun Aleyküm Hocam siz çıkıp böyle bir kritik yaparken Dediğiniz herhalde Türkiye'deki yalnız yaşayan kişilerin oranı Yüzde yirmi üç gibi bir rakam verdiniz</w:t>
      </w:r>
    </w:p>
    <w:p>
      <w:pPr>
        <w:keepNext/>
      </w:pPr>
      <w:hyperlink r:id="rId139">
        <w:r>
          <w:rPr>
            <w:color w:val="1155CC"/>
            <w:u w:val="single"/>
          </w:rPr>
          <w:t>01:33:28 – 01:34:08</w:t>
        </w:r>
      </w:hyperlink>
      <w:r>
        <w:rPr>
          <w:b/>
        </w:rPr>
        <w:t xml:space="preserve">  |  Türkçe</w:t>
      </w:r>
    </w:p>
    <w:p>
      <w:r>
        <w:t>Doğru mu? Yani böyle bir şey söylediniz. Evet, dün de ben de bir hocamızdan duydum bunu maalesef. Ben de bir aralar galiba Türkiye'deki namaz kılanların sayısıyla ilgili de yaklaşık böyle bir rakam okumuştum. Acaba o yalnızlar o namaz kılanlar mı diye size sormak istedim. Tabii şaka yaptım, kusura bakmayın. Evet, mikrofonu beyefendiye uzatalım. Siz soru için el kaldırmıştınız değil mi? Teşekkürler. Danyal Hocamı, Osman Hocama soracağım. Kesret'ten bahsettik. Tam ben idrak edemiyorum. Tevhidi anlıyoruz da kesretten kast edilen manayı biraz daha anlamak istiyorum.</w:t>
      </w:r>
    </w:p>
    <w:p>
      <w:pPr>
        <w:keepNext/>
      </w:pPr>
      <w:hyperlink r:id="rId140">
        <w:r>
          <w:rPr>
            <w:color w:val="1155CC"/>
            <w:u w:val="single"/>
          </w:rPr>
          <w:t>01:34:09 – 01:34:52</w:t>
        </w:r>
      </w:hyperlink>
      <w:r>
        <w:rPr>
          <w:b/>
        </w:rPr>
        <w:t xml:space="preserve">  |  Türkçe</w:t>
      </w:r>
      <w:r>
        <w:rPr>
          <w:i/>
        </w:rPr>
        <w:t xml:space="preserve">  • Kontrol</w:t>
      </w:r>
    </w:p>
    <w:p>
      <w:r>
        <w:t>Acaba kesreti nasıl anlamalıyız? Tam olarak ne kast ediliyor kesret dendiğinde? Burada mikrofonu açabilir miyiz? Konuşunca duyuyor. Sorunuz kesreti mi sordunuz? Evet. Kesret, vahdet, yani şimdi yani tevhid diyorsunuz insanların hani yaratılış gayesi, yani Cenab-ı Allah işte her şeyi aslında hani Big Bang'a falan gidince bir şeyden yaratıyor, bir şeyi çoklaşıyor. İşte bir insan bir hücreden yaratılıyor, zikot oluyor.</w:t>
      </w:r>
    </w:p>
    <w:p>
      <w:pPr>
        <w:keepNext/>
      </w:pPr>
      <w:hyperlink r:id="rId141">
        <w:r>
          <w:rPr>
            <w:color w:val="1155CC"/>
            <w:u w:val="single"/>
          </w:rPr>
          <w:t>01:34:52 – 01:35:34</w:t>
        </w:r>
      </w:hyperlink>
      <w:r>
        <w:rPr>
          <w:b/>
        </w:rPr>
        <w:t xml:space="preserve">  |  Türkçe</w:t>
      </w:r>
    </w:p>
    <w:p>
      <w:r>
        <w:t>Şimdi dağınık bakış, vahdet dışında şey olunca Allah'a bağlıyorsunuz her şeye, birleşiyor yani tevhid. Allah'la irtibatı, nisbeti kestiğiniz zaman insan kalbinin her şeye bağlı bir veçesi var. Yani muhabbet ediyor insan. Kalp ve o bağlandığı şeyler kadar bir nevi ceriha, yara oluyor. Ve bu tabi insan hani sonsuzluğa aşık olarak, ebediyete müştak fıtratında evet hissi var.</w:t>
      </w:r>
    </w:p>
    <w:p>
      <w:pPr>
        <w:keepNext/>
      </w:pPr>
      <w:hyperlink r:id="rId142">
        <w:r>
          <w:rPr>
            <w:color w:val="1155CC"/>
            <w:u w:val="single"/>
          </w:rPr>
          <w:t>01:35:35 – 01:36:17</w:t>
        </w:r>
      </w:hyperlink>
      <w:r>
        <w:rPr>
          <w:b/>
        </w:rPr>
        <w:t xml:space="preserve">  |  Türkçe</w:t>
      </w:r>
      <w:r>
        <w:rPr>
          <w:i/>
        </w:rPr>
        <w:t xml:space="preserve">  • Kontrol</w:t>
      </w:r>
    </w:p>
    <w:p>
      <w:r>
        <w:t>Kesrete, fanilere bağlandığı zaman kalp fıtri değil, razı olmuyor, ondan muzdarip oluyor, üzülüyor. Yani fabrika ayarı insanın tevhid, Allah'a iman, onun altında bir imanın, ahirete iman, peygamberlere iman. Zaten fen dediğimiz şey esma-i ilahiye, yani hakikati, bir eşyanın hakikati dediğimiz şey bilimler yani. Bugün bilimler Allah'la bağını kesiyor, sahipsiz, ortada kalıyor. Bilim olmaktan, bilim evhama tahavül ettiği şey sahipsiz kalıyor.</w:t>
      </w:r>
    </w:p>
    <w:p>
      <w:pPr>
        <w:keepNext/>
      </w:pPr>
      <w:hyperlink r:id="rId143">
        <w:r>
          <w:rPr>
            <w:color w:val="1155CC"/>
            <w:u w:val="single"/>
          </w:rPr>
          <w:t>01:36:18 – 01:36:59</w:t>
        </w:r>
      </w:hyperlink>
      <w:r>
        <w:rPr>
          <w:b/>
        </w:rPr>
        <w:t xml:space="preserve">  |  Türkçe</w:t>
      </w:r>
    </w:p>
    <w:p>
      <w:r>
        <w:t>Yani başka şeye mal ediyor. Hırsızlık oluyor yani. Tabiat değil ki sahibi, sebepler değil yani. O zaman tanrılar çoğalıyor. Yani her şey ayrı bir sebep. Ve ona inanıyorsunuz. Zaten bilim dediğimiz şey inanç. Kesin inanç yani değil mi? Tahkiki, araştırmaya dayalı imandır. Şey, inanmaktır. Bu iman oluyor yani. Siz, yani fabrika yanlış çalışıyor. Tevhid, yani kesret tevhid, kesret evet, manayi harfiyle baktığınız zaman bu kadar eşya tek bir şeyden geldiği,</w:t>
      </w:r>
    </w:p>
    <w:p>
      <w:pPr>
        <w:keepNext/>
      </w:pPr>
      <w:hyperlink r:id="rId144">
        <w:r>
          <w:rPr>
            <w:color w:val="1155CC"/>
            <w:u w:val="single"/>
          </w:rPr>
          <w:t>01:36:59 – 01:37:40</w:t>
        </w:r>
      </w:hyperlink>
      <w:r>
        <w:rPr>
          <w:b/>
        </w:rPr>
        <w:t xml:space="preserve">  |  Türkçe</w:t>
      </w:r>
    </w:p>
    <w:p>
      <w:r>
        <w:t>yani dünya üzerindeki Bezir Zaman Hazretleri şeyi veriyor, yansıyan şeyleri veriyor. Siz güneşi görmezseniz o yansıyan şeylere ne yaparsınız? Muhabbet edersiniz, bağlanırsınız. Bu yanlış yani. Bütün o şeylerin kaynağı güneş. Dünyadaki bütün güzelliklerin, kemalatın, sıfatların, özelliklerin ve bizim teknolojiler de. Daha üstün insanlar buluyor ama daha üstün teknoloji vücudumuzda var. Yeryüzünde var. Daha üst yani insanlar bilimle ulaşamaz. Dolayısıyla teknolojilerin de sahibi Allah. Allah. Bunun için tahkike dayalı bir şey, manayı, harfi, anlayışı işte insanların zihnini</w:t>
      </w:r>
    </w:p>
    <w:p>
      <w:pPr>
        <w:keepNext/>
      </w:pPr>
      <w:hyperlink r:id="rId145">
        <w:r>
          <w:rPr>
            <w:color w:val="1155CC"/>
            <w:u w:val="single"/>
          </w:rPr>
          <w:t>01:37:40 – 01:38:24</w:t>
        </w:r>
      </w:hyperlink>
      <w:r>
        <w:rPr>
          <w:b/>
        </w:rPr>
        <w:t xml:space="preserve">  |  Türkçe</w:t>
      </w:r>
      <w:r>
        <w:rPr>
          <w:i/>
        </w:rPr>
        <w:t xml:space="preserve">  • Kontrol</w:t>
      </w:r>
    </w:p>
    <w:p>
      <w:r>
        <w:t>oraya yapıyor. Bugün Müslümanlar böyle bir bakıştan mahrum yani. Ebu Zaman Hazretleri o anahtarı enenin istimaliyle aynı misal diyor. Kullanmayı öğrendiğimiz zaman alem kapalı iken açık hale geliyor kapıları ve siz vahdete ulaşıyorsunuz. Bilmem şey oldu mu Zaman da sınırlı olduğu için zaten başka sorular da olabilir. Başka soru, hanımefendiye mikrofonu taşıyan bir arkadaş mı var mı? Benim sorum Serdar Hoca'ya olacak. Hocam siz öğrencilerinize bir soru yöneltmiştiniz, üstadın bir paragrafını verip.</w:t>
      </w:r>
    </w:p>
    <w:p>
      <w:pPr>
        <w:keepNext/>
      </w:pPr>
      <w:hyperlink r:id="rId146">
        <w:r>
          <w:rPr>
            <w:color w:val="1155CC"/>
            <w:u w:val="single"/>
          </w:rPr>
          <w:t>01:38:24 – 01:39:04</w:t>
        </w:r>
      </w:hyperlink>
      <w:r>
        <w:rPr>
          <w:b/>
        </w:rPr>
        <w:t xml:space="preserve">  |  Türkçe</w:t>
      </w:r>
    </w:p>
    <w:p>
      <w:r>
        <w:t>Ondan sonra o soruya anlam arayışı arayan öğrencilerin özolumu gelip size detaylı bilgi almak isteyen ya da bu manaya ulaşmak isteyen öğrencileriniz oldu mu? Bunu merak ettim açıkçası. Olursa yoruluruz. Niye mikrofon? Şey yok mu hocam? Bizde var ya bu çalışıyor. O zaman ikini aldım. Verdiysen tamam. Şöyle, tabi amacımız akla kapı açmak. Yani derste de biz bunu amaçlıyoruz. Çok detaya giremiyoruz yani. Ama üstadın orada referans veriyor. Akabinde de genelde diğer gün</w:t>
      </w:r>
    </w:p>
    <w:p>
      <w:pPr>
        <w:keepNext/>
      </w:pPr>
      <w:hyperlink r:id="rId147">
        <w:r>
          <w:rPr>
            <w:color w:val="1155CC"/>
            <w:u w:val="single"/>
          </w:rPr>
          <w:t>01:39:05 – 01:39:48</w:t>
        </w:r>
      </w:hyperlink>
      <w:r>
        <w:rPr>
          <w:b/>
        </w:rPr>
        <w:t xml:space="preserve">  |  Türkçe</w:t>
      </w:r>
    </w:p>
    <w:p>
      <w:r>
        <w:t>kullanmış olduğumuz platformda bütün öğrencilerle iletişimin olduğu yerde şeyi koyuyorum. Amazon'da Risale Link'ini koyup 23. Söz'ün bazı kitaplarını okumak isterseniz bahsetmiş olduğum yazarın kitaplarına buradan ulaşabilirsiniz diye. Genelde böyle bir follow-up oluyor. Yani onlardan tabii soru geliyor. Yani biraz daha işin anlam boyutuyla ilgili sorular geliyor ama Ama dediğim gibi yani onları Risale'ye bu şekilde Üstad'a yönlendiriyoruz. Teşekkür ederim. Tüm katılımcı hocalarıma ve dinleyicilerimize teşekkür ediyoruz.</w:t>
      </w:r>
    </w:p>
    <w:p>
      <w:pPr>
        <w:keepNext/>
      </w:pPr>
      <w:hyperlink r:id="rId148">
        <w:r>
          <w:rPr>
            <w:color w:val="1155CC"/>
            <w:u w:val="single"/>
          </w:rPr>
          <w:t>01:39:48 – 01:40:30</w:t>
        </w:r>
      </w:hyperlink>
      <w:r>
        <w:rPr>
          <w:b/>
        </w:rPr>
        <w:t xml:space="preserve">  |  Türkçe</w:t>
      </w:r>
    </w:p>
    <w:p>
      <w:r>
        <w:t>Hocamın sualine az önce kesret dedi ya hocam Allah razı olsun cevap verdi. Ben de hani bir iki cümleler katkıda bulunmak istiyorum. Şimdi hocam kesret kelimesi Arapçada kesere böyle bir şeyin kırılması. Oradan gelen bir şey. Bir parçaydı çok parça olduğu gibi. Yani çokluk anlamına geliyor. Kullanılan manaya göre tabii anlamı değişebilir. Mesela diyelim ki Kur'an-ı Kerim'de kesleti doğrudan anlatan El hakumu tekesuru hatta zurtumul mekabir mesela hatırlarsanız bu ayet-i kerime. Keslet çokluk sizi o kadar çok meşgul etti ki kesletle övünme anlamında yani. Ta kabirleri saymaya kadar gittiniz diyor. Yani o Medine-i Münevvere'de iki kavim,</w:t>
      </w:r>
    </w:p>
    <w:p>
      <w:pPr>
        <w:keepNext/>
      </w:pPr>
      <w:hyperlink r:id="rId149">
        <w:r>
          <w:rPr>
            <w:color w:val="1155CC"/>
            <w:u w:val="single"/>
          </w:rPr>
          <w:t>01:40:30 – 01:41:12</w:t>
        </w:r>
      </w:hyperlink>
      <w:r>
        <w:rPr>
          <w:b/>
        </w:rPr>
        <w:t xml:space="preserve">  |  Türkçe</w:t>
      </w:r>
      <w:r>
        <w:rPr>
          <w:i/>
        </w:rPr>
        <w:t xml:space="preserve">  • Kontrol</w:t>
      </w:r>
    </w:p>
    <w:p>
      <w:r>
        <w:t>Müslüman iki kabile var. Bunlar bir ara böyle o zaman sarhoş oluyorlar. Henüz daha içki haram olmamış falan Aralarında biz sizden daha iyiyiz, daha hayırlıyız, daha güçlüyüz Bizim kabilemiz daha kalabalık Ta öbürü diyor ki biz şu kadar atıyor 100 kişiyiz öbürü diyor 120 kişiyiz iyi de diyor bizim ölenlerimiz de şunlar şunlar ta ölülerini ürünlerini bile sayıyorlar, bunu konuşuyorlar. Cenab-ı Hak orada mesela bu şekilde kesretten olumsuz anlamda bahsediyor. Yani sayı çokluğu, günümüzde de mesela benzer şekilde bir de o tarafı da var. Mesela benim şu kadar şuyum var, bizim bu kadar adamımız var, biz şöyle güçlüyüz falan filan şeyler, insanı meşgul eden, normal günlük hayatta da böyle. Mesela sen kendini mal,</w:t>
      </w:r>
    </w:p>
    <w:p>
      <w:pPr>
        <w:keepNext/>
      </w:pPr>
      <w:hyperlink r:id="rId150">
        <w:r>
          <w:rPr>
            <w:color w:val="1155CC"/>
            <w:u w:val="single"/>
          </w:rPr>
          <w:t>01:41:12 – 01:41:50</w:t>
        </w:r>
      </w:hyperlink>
      <w:r>
        <w:rPr>
          <w:b/>
        </w:rPr>
        <w:t xml:space="preserve">  |  Türkçe</w:t>
      </w:r>
      <w:r>
        <w:rPr>
          <w:i/>
        </w:rPr>
        <w:t xml:space="preserve">  • Kontrol</w:t>
      </w:r>
    </w:p>
    <w:p>
      <w:r>
        <w:t>kesreti mala müptela edersen sen mal kazanacağım diye ibadete, kulluğa, hizmete vaktin kalmaz. Veya işte mesela benim Benim kesrete müptela edip de ya benim adamlarım çok olsun, cemaatim kalabalık olsun, herkes benden olsun dediğin zaman o da kesret-i etba, kesret-i etba seni ihlassızlığa götürür. Niye? Çünkü rıza-i ilahi kesret-i etba ile kazanılmaz değil mi? Yani çünkü ihlası kaybediyorsun. Hiçbir hedefin kalmıyor ki. Nice peygamberler gelmiş hiç ümmeti yok diyor mesela. Yani bu çok geniş bir mana hocam. Buyurun. Allah razı olsun.</w:t>
      </w:r>
    </w:p>
    <w:p>
      <w:pPr>
        <w:keepNext/>
      </w:pPr>
      <w:hyperlink r:id="rId151">
        <w:r>
          <w:rPr>
            <w:color w:val="1155CC"/>
            <w:u w:val="single"/>
          </w:rPr>
          <w:t>01:41:53 – 01:42:29</w:t>
        </w:r>
      </w:hyperlink>
      <w:r>
        <w:rPr>
          <w:b/>
        </w:rPr>
        <w:t xml:space="preserve">  |  Türkçe</w:t>
      </w:r>
      <w:r>
        <w:rPr>
          <w:i/>
        </w:rPr>
        <w:t xml:space="preserve">  • Kontrol</w:t>
      </w:r>
    </w:p>
    <w:p>
      <w:r>
        <w:t>Evet Anladım Evet Tabi sonu yok yani Hiçbir şey Allah razı olsun 5 dakika sonra diğer oturum başlayacak Çok teşekkür ediyorum hepinize Allah razı olsun hocam biz size teşekkür ederiz Hatırımcı hocalarımızdan da Dinleyicilerimizden de istifade ettik Allah razı olsun Teşekkür ederiz</w:t>
      </w:r>
    </w:p>
    <w:p>
      <w:pPr>
        <w:pStyle w:val="Heading1"/>
      </w:pPr>
      <w:r>
        <w:t>Kontrol notları</w:t>
      </w:r>
    </w:p>
    <w:p>
      <w:r>
        <w:t>104 cümlede otomatik güven/parça sınırı uyarısı, 1 metin boşluğu bulunuyor. Bu işaretler ön inceleme içindir; konuşmacının ne söylediğini kesinleştirmez. Metne dayanarak bir alıntı seçmeden önce bağlantılı video aralığını dinleyin.</w:t>
      </w:r>
    </w:p>
    <w:p>
      <w:hyperlink r:id="rId152">
        <w:r>
          <w:rPr>
            <w:color w:val="1155CC"/>
            <w:u w:val="single"/>
          </w:rPr>
          <w:t>00:00:17</w:t>
        </w:r>
      </w:hyperlink>
      <w:r>
        <w:t xml:space="preserve"> — Düşük güvenli sözcük</w:t>
        <w:br/>
        <w:t>Bediüzzaman Hazretleri, bugünü değil 50 sene sonra gelecek nesli atiyi düşündüğünü ifade eder ve plan projelerini hep buna göre değerlendirir.</w:t>
      </w:r>
    </w:p>
    <w:p>
      <w:hyperlink r:id="rId153">
        <w:r>
          <w:rPr>
            <w:color w:val="1155CC"/>
            <w:u w:val="single"/>
          </w:rPr>
          <w:t>00:05:50</w:t>
        </w:r>
      </w:hyperlink>
      <w:r>
        <w:t xml:space="preserve"> — Düşük güvenli sözcük</w:t>
        <w:br/>
        <w:t>Yani tüketim kültürü ve gösteriş, burada medya ve sosyal medyanın yönlendirilmesi, okulda kimliğini öğrenemeyen insanlar medya dolduruyor ve yozlaşıyorsunuz.</w:t>
      </w:r>
    </w:p>
    <w:p>
      <w:hyperlink r:id="rId154">
        <w:r>
          <w:rPr>
            <w:color w:val="1155CC"/>
            <w:u w:val="single"/>
          </w:rPr>
          <w:t>00:11:08</w:t>
        </w:r>
      </w:hyperlink>
      <w:r>
        <w:t xml:space="preserve"> — Parça birleşimi veya kayıt sonu</w:t>
        <w:br/>
        <w:t>Evet,</w:t>
      </w:r>
    </w:p>
    <w:p>
      <w:hyperlink r:id="rId155">
        <w:r>
          <w:rPr>
            <w:color w:val="1155CC"/>
            <w:u w:val="single"/>
          </w:rPr>
          <w:t>00:12:10</w:t>
        </w:r>
      </w:hyperlink>
      <w:r>
        <w:t xml:space="preserve"> — Düşük güvenli sözcük</w:t>
        <w:br/>
        <w:t>Bir evin mimarisi, okulun tasarımı falan bir varlık anlayışını ortaya koyar.</w:t>
      </w:r>
    </w:p>
    <w:p>
      <w:hyperlink r:id="rId156">
        <w:r>
          <w:rPr>
            <w:color w:val="1155CC"/>
            <w:u w:val="single"/>
          </w:rPr>
          <w:t>00:12:30</w:t>
        </w:r>
      </w:hyperlink>
      <w:r>
        <w:t xml:space="preserve"> — Düşük güvenli sözcük</w:t>
        <w:br/>
        <w:t>Anadolu'dan gelen bir çocuk oradaki işte böyle kibirli öğrencilerdeki kendilerini bir şey zanneden hava içinde o atmosfer onları etkiliyor.</w:t>
      </w:r>
    </w:p>
    <w:p>
      <w:hyperlink r:id="rId157">
        <w:r>
          <w:rPr>
            <w:color w:val="1155CC"/>
            <w:u w:val="single"/>
          </w:rPr>
          <w:t>00:13:52</w:t>
        </w:r>
      </w:hyperlink>
      <w:r>
        <w:t xml:space="preserve"> — Düşük güvenli sözcük</w:t>
        <w:br/>
        <w:t>Oradan alınan, o isimle alınan bir şey, tarz bizi teknolojik olarak bozuyor.</w:t>
      </w:r>
    </w:p>
    <w:p>
      <w:hyperlink r:id="rId158">
        <w:r>
          <w:rPr>
            <w:color w:val="1155CC"/>
            <w:u w:val="single"/>
          </w:rPr>
          <w:t>00:14:49</w:t>
        </w:r>
      </w:hyperlink>
      <w:r>
        <w:t xml:space="preserve"> — Düşük güvenli sözcük</w:t>
        <w:br/>
        <w:t>MESEM, mesela Meslek Eğitim, Ahilik Sistemi, sadece meslek öğretme değil de ahlak öğretmeyi de içeri alıyordu.</w:t>
      </w:r>
    </w:p>
    <w:p>
      <w:hyperlink r:id="rId159">
        <w:r>
          <w:rPr>
            <w:color w:val="1155CC"/>
            <w:u w:val="single"/>
          </w:rPr>
          <w:t>00:16:32</w:t>
        </w:r>
      </w:hyperlink>
      <w:r>
        <w:t xml:space="preserve"> — Düşük güvenli sözcük</w:t>
        <w:br/>
        <w:t>Yani çalışmamızın çıkış noktası da burası, manayi harfi, manayi ismi.</w:t>
      </w:r>
    </w:p>
    <w:p>
      <w:hyperlink r:id="rId160">
        <w:r>
          <w:rPr>
            <w:color w:val="1155CC"/>
            <w:u w:val="single"/>
          </w:rPr>
          <w:t>00:17:23</w:t>
        </w:r>
      </w:hyperlink>
      <w:r>
        <w:t xml:space="preserve"> — Düşük güvenli sözcük</w:t>
        <w:br/>
        <w:t>İşte Bezir Zuman Hazretleri bu metodu insana, mümine kazandırıyor.</w:t>
      </w:r>
    </w:p>
    <w:p>
      <w:hyperlink r:id="rId161">
        <w:r>
          <w:rPr>
            <w:color w:val="1155CC"/>
            <w:u w:val="single"/>
          </w:rPr>
          <w:t>00:18:52</w:t>
        </w:r>
      </w:hyperlink>
      <w:r>
        <w:t xml:space="preserve"> — Düşük güvenli sözcük</w:t>
        <w:br/>
        <w:t>Yani Müslüman olmak problemi çözmüyor yani.</w:t>
      </w:r>
    </w:p>
    <w:p>
      <w:hyperlink r:id="rId162">
        <w:r>
          <w:rPr>
            <w:color w:val="1155CC"/>
            <w:u w:val="single"/>
          </w:rPr>
          <w:t>00:19:15</w:t>
        </w:r>
      </w:hyperlink>
      <w:r>
        <w:t xml:space="preserve"> — Düşük güvenli sözcük</w:t>
        <w:br/>
        <w:t>Biz de hayvandan en önemli farkımız okumak, düşünmek, tefekkür etmek.</w:t>
      </w:r>
    </w:p>
    <w:p>
      <w:hyperlink r:id="rId163">
        <w:r>
          <w:rPr>
            <w:color w:val="1155CC"/>
            <w:u w:val="single"/>
          </w:rPr>
          <w:t>00:21:02</w:t>
        </w:r>
      </w:hyperlink>
      <w:r>
        <w:t xml:space="preserve"> — Parça birleşimi veya kayıt sonu</w:t>
        <w:br/>
        <w:t>bir çözücü içerisindeki şeker gibi erimemesi</w:t>
      </w:r>
    </w:p>
    <w:p>
      <w:hyperlink r:id="rId164">
        <w:r>
          <w:rPr>
            <w:color w:val="1155CC"/>
            <w:u w:val="single"/>
          </w:rPr>
          <w:t>00:21:10</w:t>
        </w:r>
      </w:hyperlink>
      <w:r>
        <w:t xml:space="preserve"> — Düşük güvenli sözcük</w:t>
        <w:br/>
        <w:t>Kur'an'dan aldığı bir metot, kesmen</w:t>
      </w:r>
    </w:p>
    <w:p>
      <w:hyperlink r:id="rId165">
        <w:r>
          <w:rPr>
            <w:color w:val="1155CC"/>
            <w:u w:val="single"/>
          </w:rPr>
          <w:t>00:21:42</w:t>
        </w:r>
      </w:hyperlink>
      <w:r>
        <w:t xml:space="preserve"> — Düşük güvenli sözcük</w:t>
        <w:br/>
        <w:t>bunu kendini yenilemesi</w:t>
      </w:r>
    </w:p>
    <w:p>
      <w:hyperlink r:id="rId166">
        <w:r>
          <w:rPr>
            <w:color w:val="1155CC"/>
            <w:u w:val="single"/>
          </w:rPr>
          <w:t>00:22:07</w:t>
        </w:r>
      </w:hyperlink>
      <w:r>
        <w:t xml:space="preserve"> — Düşük güvenli sözcük</w:t>
        <w:br/>
        <w:t>O zaman şöyle, dijitalizm bir inanç, din akımı olarak sunulduğunu, işte hepimiz bir yazılımımız, işte silikon vadisinde böyle teoriler var.</w:t>
      </w:r>
    </w:p>
    <w:p>
      <w:hyperlink r:id="rId167">
        <w:r>
          <w:rPr>
            <w:color w:val="1155CC"/>
            <w:u w:val="single"/>
          </w:rPr>
          <w:t>00:24:45</w:t>
        </w:r>
      </w:hyperlink>
      <w:r>
        <w:t xml:space="preserve"> — Düşük güvenli sözcük</w:t>
        <w:br/>
        <w:t>Şimdi biraz da kısaca, 5 dakikam var mı?</w:t>
      </w:r>
    </w:p>
    <w:p>
      <w:hyperlink r:id="rId168">
        <w:r>
          <w:rPr>
            <w:color w:val="1155CC"/>
            <w:u w:val="single"/>
          </w:rPr>
          <w:t>00:24:59</w:t>
        </w:r>
      </w:hyperlink>
      <w:r>
        <w:t xml:space="preserve"> — Düşük güvenli sözcük</w:t>
        <w:br/>
        <w:t>1 dakikada bitirelim.</w:t>
      </w:r>
    </w:p>
    <w:p>
      <w:hyperlink r:id="rId169">
        <w:r>
          <w:rPr>
            <w:color w:val="1155CC"/>
            <w:u w:val="single"/>
          </w:rPr>
          <w:t>00:26:32</w:t>
        </w:r>
      </w:hyperlink>
      <w:r>
        <w:t xml:space="preserve"> — Düşük güvenli sözcük</w:t>
        <w:br/>
        <w:t>Yani ispat dili kullanılması lazım.</w:t>
      </w:r>
    </w:p>
    <w:p>
      <w:hyperlink r:id="rId47">
        <w:r>
          <w:rPr>
            <w:color w:val="1155CC"/>
            <w:u w:val="single"/>
          </w:rPr>
          <w:t>00:27:15</w:t>
        </w:r>
      </w:hyperlink>
      <w:r>
        <w:t xml:space="preserve"> — Düşük güvenli sözcük</w:t>
        <w:br/>
        <w:t>Yani üretim, üretimin durması işte 1980-2003 yıllarda falan dış marka şeyler arttı.</w:t>
      </w:r>
    </w:p>
    <w:p>
      <w:hyperlink r:id="rId170">
        <w:r>
          <w:rPr>
            <w:color w:val="1155CC"/>
            <w:u w:val="single"/>
          </w:rPr>
          <w:t>00:34:15</w:t>
        </w:r>
      </w:hyperlink>
      <w:r>
        <w:t xml:space="preserve"> — Düşük güvenli sözcük</w:t>
        <w:br/>
        <w:t>Tabii biz 24 sayfalık bir normal tavizde tam metin bildiri hazırladık.</w:t>
      </w:r>
    </w:p>
    <w:p>
      <w:hyperlink r:id="rId171">
        <w:r>
          <w:rPr>
            <w:color w:val="1155CC"/>
            <w:u w:val="single"/>
          </w:rPr>
          <w:t>00:36:31</w:t>
        </w:r>
      </w:hyperlink>
      <w:r>
        <w:t xml:space="preserve"> — Düşük güvenli sözcük</w:t>
        <w:br/>
        <w:t>Bizim hılkatımızın gayesi, bizi ve içinde bulunduğumuz evreni yaratan Allah'ı yarattığı bu sanat eserleriyle tanımak,</w:t>
      </w:r>
    </w:p>
    <w:p>
      <w:hyperlink r:id="rId172">
        <w:r>
          <w:rPr>
            <w:color w:val="1155CC"/>
            <w:u w:val="single"/>
          </w:rPr>
          <w:t>00:39:00</w:t>
        </w:r>
      </w:hyperlink>
      <w:r>
        <w:t xml:space="preserve"> — Düşük güvenli sözcük</w:t>
        <w:br/>
        <w:t>gerçekten çok zeki</w:t>
      </w:r>
    </w:p>
    <w:p>
      <w:hyperlink r:id="rId63">
        <w:r>
          <w:rPr>
            <w:color w:val="1155CC"/>
            <w:u w:val="single"/>
          </w:rPr>
          <w:t>00:39:16</w:t>
        </w:r>
      </w:hyperlink>
      <w:r>
        <w:t xml:space="preserve"> — Düşük güvenli sözcük</w:t>
        <w:br/>
        <w:t>mevcudat hani dağlar ve ne diyor</w:t>
      </w:r>
    </w:p>
    <w:p>
      <w:hyperlink r:id="rId173">
        <w:r>
          <w:rPr>
            <w:color w:val="1155CC"/>
            <w:u w:val="single"/>
          </w:rPr>
          <w:t>00:39:28</w:t>
        </w:r>
      </w:hyperlink>
      <w:r>
        <w:t xml:space="preserve"> — Düşük güvenli sözcük</w:t>
        <w:br/>
        <w:t>sen Cedi? Zaten öyle değil mi? Dedi. Sen</w:t>
      </w:r>
    </w:p>
    <w:p>
      <w:hyperlink r:id="rId174">
        <w:r>
          <w:rPr>
            <w:color w:val="1155CC"/>
            <w:u w:val="single"/>
          </w:rPr>
          <w:t>00:41:03</w:t>
        </w:r>
      </w:hyperlink>
      <w:r>
        <w:t xml:space="preserve"> — Düşük güvenli sözcük</w:t>
        <w:br/>
        <w:t>onun komutası direkt onun elinde</w:t>
      </w:r>
    </w:p>
    <w:p>
      <w:hyperlink r:id="rId175">
        <w:r>
          <w:rPr>
            <w:color w:val="1155CC"/>
            <w:u w:val="single"/>
          </w:rPr>
          <w:t>00:41:30</w:t>
        </w:r>
      </w:hyperlink>
      <w:r>
        <w:t xml:space="preserve"> — Düşük güvenli sözcük</w:t>
        <w:br/>
        <w:t>Adam bana teşekkür ediyor</w:t>
      </w:r>
    </w:p>
    <w:p>
      <w:hyperlink r:id="rId176">
        <w:r>
          <w:rPr>
            <w:color w:val="1155CC"/>
            <w:u w:val="single"/>
          </w:rPr>
          <w:t>00:58:28</w:t>
        </w:r>
      </w:hyperlink>
      <w:r>
        <w:t xml:space="preserve"> — Düşük güvenli sözcük, Konuşma algısı belirsiz</w:t>
        <w:br/>
        <w:t>Şimdi 15 dakikaya bunu sıkıştırmak bizim için biraz zor olacak.</w:t>
      </w:r>
    </w:p>
    <w:p>
      <w:hyperlink r:id="rId177">
        <w:r>
          <w:rPr>
            <w:color w:val="1155CC"/>
            <w:u w:val="single"/>
          </w:rPr>
          <w:t>01:01:49</w:t>
        </w:r>
      </w:hyperlink>
      <w:r>
        <w:t xml:space="preserve"> — Düşük güvenli sözcük, Konuşma algısı belirsiz</w:t>
        <w:br/>
        <w:t>Biz sağlık sistemlerini değerlendirirken kriterlerde işte ortalama yaşam ömrünü ele alıyoruz.</w:t>
      </w:r>
    </w:p>
    <w:p>
      <w:hyperlink r:id="rId178">
        <w:r>
          <w:rPr>
            <w:color w:val="1155CC"/>
            <w:u w:val="single"/>
          </w:rPr>
          <w:t>01:02:07</w:t>
        </w:r>
      </w:hyperlink>
      <w:r>
        <w:t xml:space="preserve"> — Düşük güvenli sözcük, Konuşma algısı belirsiz</w:t>
        <w:br/>
        <w:t>Yani işin structural madde kısmıyla ele alıyor sağlık sistemi ama işin bir kısmını tek ele alıyor.</w:t>
      </w:r>
    </w:p>
    <w:p>
      <w:hyperlink r:id="rId179">
        <w:r>
          <w:rPr>
            <w:color w:val="1155CC"/>
            <w:u w:val="single"/>
          </w:rPr>
          <w:t>01:11:37</w:t>
        </w:r>
      </w:hyperlink>
      <w:r>
        <w:t xml:space="preserve"> — Düşük güvenli sözcük, Konuşma algısı belirsiz</w:t>
        <w:br/>
        <w:t>Şu an 15-29 yaş arası ilk 10 ölüm sebebinden biri, 3. ölüm sebebinden biri intihar şu anda.</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T3U_Ek0-_kE" TargetMode="External"/><Relationship Id="rId10" Type="http://schemas.openxmlformats.org/officeDocument/2006/relationships/hyperlink" Target="https://youtu.be/T3U_Ek0-_kE?t=3" TargetMode="External"/><Relationship Id="rId11" Type="http://schemas.openxmlformats.org/officeDocument/2006/relationships/hyperlink" Target="https://youtu.be/T3U_Ek0-_kE?t=45" TargetMode="External"/><Relationship Id="rId12" Type="http://schemas.openxmlformats.org/officeDocument/2006/relationships/hyperlink" Target="https://youtu.be/T3U_Ek0-_kE?t=87" TargetMode="External"/><Relationship Id="rId13" Type="http://schemas.openxmlformats.org/officeDocument/2006/relationships/hyperlink" Target="https://youtu.be/T3U_Ek0-_kE?t=131" TargetMode="External"/><Relationship Id="rId14" Type="http://schemas.openxmlformats.org/officeDocument/2006/relationships/hyperlink" Target="https://youtu.be/T3U_Ek0-_kE?t=175" TargetMode="External"/><Relationship Id="rId15" Type="http://schemas.openxmlformats.org/officeDocument/2006/relationships/hyperlink" Target="https://youtu.be/T3U_Ek0-_kE?t=221" TargetMode="External"/><Relationship Id="rId16" Type="http://schemas.openxmlformats.org/officeDocument/2006/relationships/hyperlink" Target="https://youtu.be/T3U_Ek0-_kE?t=265" TargetMode="External"/><Relationship Id="rId17" Type="http://schemas.openxmlformats.org/officeDocument/2006/relationships/hyperlink" Target="https://youtu.be/T3U_Ek0-_kE?t=311" TargetMode="External"/><Relationship Id="rId18" Type="http://schemas.openxmlformats.org/officeDocument/2006/relationships/hyperlink" Target="https://youtu.be/T3U_Ek0-_kE?t=366" TargetMode="External"/><Relationship Id="rId19" Type="http://schemas.openxmlformats.org/officeDocument/2006/relationships/hyperlink" Target="https://youtu.be/T3U_Ek0-_kE?t=407" TargetMode="External"/><Relationship Id="rId20" Type="http://schemas.openxmlformats.org/officeDocument/2006/relationships/hyperlink" Target="https://youtu.be/T3U_Ek0-_kE?t=447" TargetMode="External"/><Relationship Id="rId21" Type="http://schemas.openxmlformats.org/officeDocument/2006/relationships/hyperlink" Target="https://youtu.be/T3U_Ek0-_kE?t=490" TargetMode="External"/><Relationship Id="rId22" Type="http://schemas.openxmlformats.org/officeDocument/2006/relationships/hyperlink" Target="https://youtu.be/T3U_Ek0-_kE?t=541" TargetMode="External"/><Relationship Id="rId23" Type="http://schemas.openxmlformats.org/officeDocument/2006/relationships/hyperlink" Target="https://youtu.be/T3U_Ek0-_kE?t=583" TargetMode="External"/><Relationship Id="rId24" Type="http://schemas.openxmlformats.org/officeDocument/2006/relationships/hyperlink" Target="https://youtu.be/T3U_Ek0-_kE?t=634" TargetMode="External"/><Relationship Id="rId25" Type="http://schemas.openxmlformats.org/officeDocument/2006/relationships/hyperlink" Target="https://youtu.be/T3U_Ek0-_kE?t=675" TargetMode="External"/><Relationship Id="rId26" Type="http://schemas.openxmlformats.org/officeDocument/2006/relationships/hyperlink" Target="https://youtu.be/T3U_Ek0-_kE?t=716" TargetMode="External"/><Relationship Id="rId27" Type="http://schemas.openxmlformats.org/officeDocument/2006/relationships/hyperlink" Target="https://youtu.be/T3U_Ek0-_kE?t=761" TargetMode="External"/><Relationship Id="rId28" Type="http://schemas.openxmlformats.org/officeDocument/2006/relationships/hyperlink" Target="https://youtu.be/T3U_Ek0-_kE?t=804" TargetMode="External"/><Relationship Id="rId29" Type="http://schemas.openxmlformats.org/officeDocument/2006/relationships/hyperlink" Target="https://youtu.be/T3U_Ek0-_kE?t=850" TargetMode="External"/><Relationship Id="rId30" Type="http://schemas.openxmlformats.org/officeDocument/2006/relationships/hyperlink" Target="https://youtu.be/T3U_Ek0-_kE?t=896" TargetMode="External"/><Relationship Id="rId31" Type="http://schemas.openxmlformats.org/officeDocument/2006/relationships/hyperlink" Target="https://youtu.be/T3U_Ek0-_kE?t=936" TargetMode="External"/><Relationship Id="rId32" Type="http://schemas.openxmlformats.org/officeDocument/2006/relationships/hyperlink" Target="https://youtu.be/T3U_Ek0-_kE?t=977" TargetMode="External"/><Relationship Id="rId33" Type="http://schemas.openxmlformats.org/officeDocument/2006/relationships/hyperlink" Target="https://youtu.be/T3U_Ek0-_kE?t=1021" TargetMode="External"/><Relationship Id="rId34" Type="http://schemas.openxmlformats.org/officeDocument/2006/relationships/hyperlink" Target="https://youtu.be/T3U_Ek0-_kE?t=1071" TargetMode="External"/><Relationship Id="rId35" Type="http://schemas.openxmlformats.org/officeDocument/2006/relationships/hyperlink" Target="https://youtu.be/T3U_Ek0-_kE?t=1113" TargetMode="External"/><Relationship Id="rId36" Type="http://schemas.openxmlformats.org/officeDocument/2006/relationships/hyperlink" Target="https://youtu.be/T3U_Ek0-_kE?t=1153" TargetMode="External"/><Relationship Id="rId37" Type="http://schemas.openxmlformats.org/officeDocument/2006/relationships/hyperlink" Target="https://youtu.be/T3U_Ek0-_kE?t=1196" TargetMode="External"/><Relationship Id="rId38" Type="http://schemas.openxmlformats.org/officeDocument/2006/relationships/hyperlink" Target="https://youtu.be/T3U_Ek0-_kE?t=1241" TargetMode="External"/><Relationship Id="rId39" Type="http://schemas.openxmlformats.org/officeDocument/2006/relationships/hyperlink" Target="https://youtu.be/T3U_Ek0-_kE?t=1283" TargetMode="External"/><Relationship Id="rId40" Type="http://schemas.openxmlformats.org/officeDocument/2006/relationships/hyperlink" Target="https://youtu.be/T3U_Ek0-_kE?t=1323" TargetMode="External"/><Relationship Id="rId41" Type="http://schemas.openxmlformats.org/officeDocument/2006/relationships/hyperlink" Target="https://youtu.be/T3U_Ek0-_kE?t=1365" TargetMode="External"/><Relationship Id="rId42" Type="http://schemas.openxmlformats.org/officeDocument/2006/relationships/hyperlink" Target="https://youtu.be/T3U_Ek0-_kE?t=1407" TargetMode="External"/><Relationship Id="rId43" Type="http://schemas.openxmlformats.org/officeDocument/2006/relationships/hyperlink" Target="https://youtu.be/T3U_Ek0-_kE?t=1450" TargetMode="External"/><Relationship Id="rId44" Type="http://schemas.openxmlformats.org/officeDocument/2006/relationships/hyperlink" Target="https://youtu.be/T3U_Ek0-_kE?t=1490" TargetMode="External"/><Relationship Id="rId45" Type="http://schemas.openxmlformats.org/officeDocument/2006/relationships/hyperlink" Target="https://youtu.be/T3U_Ek0-_kE?t=1545" TargetMode="External"/><Relationship Id="rId46" Type="http://schemas.openxmlformats.org/officeDocument/2006/relationships/hyperlink" Target="https://youtu.be/T3U_Ek0-_kE?t=1587" TargetMode="External"/><Relationship Id="rId47" Type="http://schemas.openxmlformats.org/officeDocument/2006/relationships/hyperlink" Target="https://youtu.be/T3U_Ek0-_kE?t=1635" TargetMode="External"/><Relationship Id="rId48" Type="http://schemas.openxmlformats.org/officeDocument/2006/relationships/hyperlink" Target="https://youtu.be/T3U_Ek0-_kE?t=1675" TargetMode="External"/><Relationship Id="rId49" Type="http://schemas.openxmlformats.org/officeDocument/2006/relationships/hyperlink" Target="https://youtu.be/T3U_Ek0-_kE?t=1725" TargetMode="External"/><Relationship Id="rId50" Type="http://schemas.openxmlformats.org/officeDocument/2006/relationships/hyperlink" Target="https://youtu.be/T3U_Ek0-_kE?t=1771" TargetMode="External"/><Relationship Id="rId51" Type="http://schemas.openxmlformats.org/officeDocument/2006/relationships/hyperlink" Target="https://youtu.be/T3U_Ek0-_kE?t=1829" TargetMode="External"/><Relationship Id="rId52" Type="http://schemas.openxmlformats.org/officeDocument/2006/relationships/hyperlink" Target="https://youtu.be/T3U_Ek0-_kE?t=1871" TargetMode="External"/><Relationship Id="rId53" Type="http://schemas.openxmlformats.org/officeDocument/2006/relationships/hyperlink" Target="https://youtu.be/T3U_Ek0-_kE?t=1912" TargetMode="External"/><Relationship Id="rId54" Type="http://schemas.openxmlformats.org/officeDocument/2006/relationships/hyperlink" Target="https://youtu.be/T3U_Ek0-_kE?t=1958" TargetMode="External"/><Relationship Id="rId55" Type="http://schemas.openxmlformats.org/officeDocument/2006/relationships/hyperlink" Target="https://youtu.be/T3U_Ek0-_kE?t=2003" TargetMode="External"/><Relationship Id="rId56" Type="http://schemas.openxmlformats.org/officeDocument/2006/relationships/hyperlink" Target="https://youtu.be/T3U_Ek0-_kE?t=2046" TargetMode="External"/><Relationship Id="rId57" Type="http://schemas.openxmlformats.org/officeDocument/2006/relationships/hyperlink" Target="https://youtu.be/T3U_Ek0-_kE?t=2088" TargetMode="External"/><Relationship Id="rId58" Type="http://schemas.openxmlformats.org/officeDocument/2006/relationships/hyperlink" Target="https://youtu.be/T3U_Ek0-_kE?t=2135" TargetMode="External"/><Relationship Id="rId59" Type="http://schemas.openxmlformats.org/officeDocument/2006/relationships/hyperlink" Target="https://youtu.be/T3U_Ek0-_kE?t=2180" TargetMode="External"/><Relationship Id="rId60" Type="http://schemas.openxmlformats.org/officeDocument/2006/relationships/hyperlink" Target="https://youtu.be/T3U_Ek0-_kE?t=2221" TargetMode="External"/><Relationship Id="rId61" Type="http://schemas.openxmlformats.org/officeDocument/2006/relationships/hyperlink" Target="https://youtu.be/T3U_Ek0-_kE?t=2273" TargetMode="External"/><Relationship Id="rId62" Type="http://schemas.openxmlformats.org/officeDocument/2006/relationships/hyperlink" Target="https://youtu.be/T3U_Ek0-_kE?t=2314" TargetMode="External"/><Relationship Id="rId63" Type="http://schemas.openxmlformats.org/officeDocument/2006/relationships/hyperlink" Target="https://youtu.be/T3U_Ek0-_kE?t=2356" TargetMode="External"/><Relationship Id="rId64" Type="http://schemas.openxmlformats.org/officeDocument/2006/relationships/hyperlink" Target="https://youtu.be/T3U_Ek0-_kE?t=2398" TargetMode="External"/><Relationship Id="rId65" Type="http://schemas.openxmlformats.org/officeDocument/2006/relationships/hyperlink" Target="https://youtu.be/T3U_Ek0-_kE?t=2439" TargetMode="External"/><Relationship Id="rId66" Type="http://schemas.openxmlformats.org/officeDocument/2006/relationships/hyperlink" Target="https://youtu.be/T3U_Ek0-_kE?t=2480" TargetMode="External"/><Relationship Id="rId67" Type="http://schemas.openxmlformats.org/officeDocument/2006/relationships/hyperlink" Target="https://youtu.be/T3U_Ek0-_kE?t=2522" TargetMode="External"/><Relationship Id="rId68" Type="http://schemas.openxmlformats.org/officeDocument/2006/relationships/hyperlink" Target="https://youtu.be/T3U_Ek0-_kE?t=2565" TargetMode="External"/><Relationship Id="rId69" Type="http://schemas.openxmlformats.org/officeDocument/2006/relationships/hyperlink" Target="https://youtu.be/T3U_Ek0-_kE?t=2605" TargetMode="External"/><Relationship Id="rId70" Type="http://schemas.openxmlformats.org/officeDocument/2006/relationships/hyperlink" Target="https://youtu.be/T3U_Ek0-_kE?t=2651" TargetMode="External"/><Relationship Id="rId71" Type="http://schemas.openxmlformats.org/officeDocument/2006/relationships/hyperlink" Target="https://youtu.be/T3U_Ek0-_kE?t=2691" TargetMode="External"/><Relationship Id="rId72" Type="http://schemas.openxmlformats.org/officeDocument/2006/relationships/hyperlink" Target="https://youtu.be/T3U_Ek0-_kE?t=2732" TargetMode="External"/><Relationship Id="rId73" Type="http://schemas.openxmlformats.org/officeDocument/2006/relationships/hyperlink" Target="https://youtu.be/T3U_Ek0-_kE?t=2773" TargetMode="External"/><Relationship Id="rId74" Type="http://schemas.openxmlformats.org/officeDocument/2006/relationships/hyperlink" Target="https://youtu.be/T3U_Ek0-_kE?t=2814" TargetMode="External"/><Relationship Id="rId75" Type="http://schemas.openxmlformats.org/officeDocument/2006/relationships/hyperlink" Target="https://youtu.be/T3U_Ek0-_kE?t=2856" TargetMode="External"/><Relationship Id="rId76" Type="http://schemas.openxmlformats.org/officeDocument/2006/relationships/hyperlink" Target="https://youtu.be/T3U_Ek0-_kE?t=2897" TargetMode="External"/><Relationship Id="rId77" Type="http://schemas.openxmlformats.org/officeDocument/2006/relationships/hyperlink" Target="https://youtu.be/T3U_Ek0-_kE?t=2946" TargetMode="External"/><Relationship Id="rId78" Type="http://schemas.openxmlformats.org/officeDocument/2006/relationships/hyperlink" Target="https://youtu.be/T3U_Ek0-_kE?t=3007" TargetMode="External"/><Relationship Id="rId79" Type="http://schemas.openxmlformats.org/officeDocument/2006/relationships/hyperlink" Target="https://youtu.be/T3U_Ek0-_kE?t=3053" TargetMode="External"/><Relationship Id="rId80" Type="http://schemas.openxmlformats.org/officeDocument/2006/relationships/hyperlink" Target="https://youtu.be/T3U_Ek0-_kE?t=3094" TargetMode="External"/><Relationship Id="rId81" Type="http://schemas.openxmlformats.org/officeDocument/2006/relationships/hyperlink" Target="https://youtu.be/T3U_Ek0-_kE?t=3138" TargetMode="External"/><Relationship Id="rId82" Type="http://schemas.openxmlformats.org/officeDocument/2006/relationships/hyperlink" Target="https://youtu.be/T3U_Ek0-_kE?t=3182" TargetMode="External"/><Relationship Id="rId83" Type="http://schemas.openxmlformats.org/officeDocument/2006/relationships/hyperlink" Target="https://youtu.be/T3U_Ek0-_kE?t=3223" TargetMode="External"/><Relationship Id="rId84" Type="http://schemas.openxmlformats.org/officeDocument/2006/relationships/hyperlink" Target="https://youtu.be/T3U_Ek0-_kE?t=3267" TargetMode="External"/><Relationship Id="rId85" Type="http://schemas.openxmlformats.org/officeDocument/2006/relationships/hyperlink" Target="https://youtu.be/T3U_Ek0-_kE?t=3311" TargetMode="External"/><Relationship Id="rId86" Type="http://schemas.openxmlformats.org/officeDocument/2006/relationships/hyperlink" Target="https://youtu.be/T3U_Ek0-_kE?t=3351" TargetMode="External"/><Relationship Id="rId87" Type="http://schemas.openxmlformats.org/officeDocument/2006/relationships/hyperlink" Target="https://youtu.be/T3U_Ek0-_kE?t=3394" TargetMode="External"/><Relationship Id="rId88" Type="http://schemas.openxmlformats.org/officeDocument/2006/relationships/hyperlink" Target="https://youtu.be/T3U_Ek0-_kE?t=3438" TargetMode="External"/><Relationship Id="rId89" Type="http://schemas.openxmlformats.org/officeDocument/2006/relationships/hyperlink" Target="https://youtu.be/T3U_Ek0-_kE?t=3499" TargetMode="External"/><Relationship Id="rId90" Type="http://schemas.openxmlformats.org/officeDocument/2006/relationships/hyperlink" Target="https://youtu.be/T3U_Ek0-_kE?t=3541" TargetMode="External"/><Relationship Id="rId91" Type="http://schemas.openxmlformats.org/officeDocument/2006/relationships/hyperlink" Target="https://youtu.be/T3U_Ek0-_kE?t=3582" TargetMode="External"/><Relationship Id="rId92" Type="http://schemas.openxmlformats.org/officeDocument/2006/relationships/hyperlink" Target="https://youtu.be/T3U_Ek0-_kE?t=3623" TargetMode="External"/><Relationship Id="rId93" Type="http://schemas.openxmlformats.org/officeDocument/2006/relationships/hyperlink" Target="https://youtu.be/T3U_Ek0-_kE?t=3666" TargetMode="External"/><Relationship Id="rId94" Type="http://schemas.openxmlformats.org/officeDocument/2006/relationships/hyperlink" Target="https://youtu.be/T3U_Ek0-_kE?t=3707" TargetMode="External"/><Relationship Id="rId95" Type="http://schemas.openxmlformats.org/officeDocument/2006/relationships/hyperlink" Target="https://youtu.be/T3U_Ek0-_kE?t=3747" TargetMode="External"/><Relationship Id="rId96" Type="http://schemas.openxmlformats.org/officeDocument/2006/relationships/hyperlink" Target="https://youtu.be/T3U_Ek0-_kE?t=3792" TargetMode="External"/><Relationship Id="rId97" Type="http://schemas.openxmlformats.org/officeDocument/2006/relationships/hyperlink" Target="https://youtu.be/T3U_Ek0-_kE?t=3837" TargetMode="External"/><Relationship Id="rId98" Type="http://schemas.openxmlformats.org/officeDocument/2006/relationships/hyperlink" Target="https://youtu.be/T3U_Ek0-_kE?t=3880" TargetMode="External"/><Relationship Id="rId99" Type="http://schemas.openxmlformats.org/officeDocument/2006/relationships/hyperlink" Target="https://youtu.be/T3U_Ek0-_kE?t=3921" TargetMode="External"/><Relationship Id="rId100" Type="http://schemas.openxmlformats.org/officeDocument/2006/relationships/hyperlink" Target="https://youtu.be/T3U_Ek0-_kE?t=3961" TargetMode="External"/><Relationship Id="rId101" Type="http://schemas.openxmlformats.org/officeDocument/2006/relationships/hyperlink" Target="https://youtu.be/T3U_Ek0-_kE?t=4011" TargetMode="External"/><Relationship Id="rId102" Type="http://schemas.openxmlformats.org/officeDocument/2006/relationships/hyperlink" Target="https://youtu.be/T3U_Ek0-_kE?t=4052" TargetMode="External"/><Relationship Id="rId103" Type="http://schemas.openxmlformats.org/officeDocument/2006/relationships/hyperlink" Target="https://youtu.be/T3U_Ek0-_kE?t=4092" TargetMode="External"/><Relationship Id="rId104" Type="http://schemas.openxmlformats.org/officeDocument/2006/relationships/hyperlink" Target="https://youtu.be/T3U_Ek0-_kE?t=4142" TargetMode="External"/><Relationship Id="rId105" Type="http://schemas.openxmlformats.org/officeDocument/2006/relationships/hyperlink" Target="https://youtu.be/T3U_Ek0-_kE?t=4185" TargetMode="External"/><Relationship Id="rId106" Type="http://schemas.openxmlformats.org/officeDocument/2006/relationships/hyperlink" Target="https://youtu.be/T3U_Ek0-_kE?t=4229" TargetMode="External"/><Relationship Id="rId107" Type="http://schemas.openxmlformats.org/officeDocument/2006/relationships/hyperlink" Target="https://youtu.be/T3U_Ek0-_kE?t=4274" TargetMode="External"/><Relationship Id="rId108" Type="http://schemas.openxmlformats.org/officeDocument/2006/relationships/hyperlink" Target="https://youtu.be/T3U_Ek0-_kE?t=4315" TargetMode="External"/><Relationship Id="rId109" Type="http://schemas.openxmlformats.org/officeDocument/2006/relationships/hyperlink" Target="https://youtu.be/T3U_Ek0-_kE?t=4363" TargetMode="External"/><Relationship Id="rId110" Type="http://schemas.openxmlformats.org/officeDocument/2006/relationships/hyperlink" Target="https://youtu.be/T3U_Ek0-_kE?t=4403" TargetMode="External"/><Relationship Id="rId111" Type="http://schemas.openxmlformats.org/officeDocument/2006/relationships/hyperlink" Target="https://youtu.be/T3U_Ek0-_kE?t=4446" TargetMode="External"/><Relationship Id="rId112" Type="http://schemas.openxmlformats.org/officeDocument/2006/relationships/hyperlink" Target="https://youtu.be/T3U_Ek0-_kE?t=4487" TargetMode="External"/><Relationship Id="rId113" Type="http://schemas.openxmlformats.org/officeDocument/2006/relationships/hyperlink" Target="https://youtu.be/T3U_Ek0-_kE?t=4529" TargetMode="External"/><Relationship Id="rId114" Type="http://schemas.openxmlformats.org/officeDocument/2006/relationships/hyperlink" Target="https://youtu.be/T3U_Ek0-_kE?t=4570" TargetMode="External"/><Relationship Id="rId115" Type="http://schemas.openxmlformats.org/officeDocument/2006/relationships/hyperlink" Target="https://youtu.be/T3U_Ek0-_kE?t=4619" TargetMode="External"/><Relationship Id="rId116" Type="http://schemas.openxmlformats.org/officeDocument/2006/relationships/hyperlink" Target="https://youtu.be/T3U_Ek0-_kE?t=4661" TargetMode="External"/><Relationship Id="rId117" Type="http://schemas.openxmlformats.org/officeDocument/2006/relationships/hyperlink" Target="https://youtu.be/T3U_Ek0-_kE?t=4705" TargetMode="External"/><Relationship Id="rId118" Type="http://schemas.openxmlformats.org/officeDocument/2006/relationships/hyperlink" Target="https://youtu.be/T3U_Ek0-_kE?t=4747" TargetMode="External"/><Relationship Id="rId119" Type="http://schemas.openxmlformats.org/officeDocument/2006/relationships/hyperlink" Target="https://youtu.be/T3U_Ek0-_kE?t=4787" TargetMode="External"/><Relationship Id="rId120" Type="http://schemas.openxmlformats.org/officeDocument/2006/relationships/hyperlink" Target="https://youtu.be/T3U_Ek0-_kE?t=4828" TargetMode="External"/><Relationship Id="rId121" Type="http://schemas.openxmlformats.org/officeDocument/2006/relationships/hyperlink" Target="https://youtu.be/T3U_Ek0-_kE?t=4881" TargetMode="External"/><Relationship Id="rId122" Type="http://schemas.openxmlformats.org/officeDocument/2006/relationships/hyperlink" Target="https://youtu.be/T3U_Ek0-_kE?t=4937" TargetMode="External"/><Relationship Id="rId123" Type="http://schemas.openxmlformats.org/officeDocument/2006/relationships/hyperlink" Target="https://youtu.be/T3U_Ek0-_kE?t=4938" TargetMode="External"/><Relationship Id="rId124" Type="http://schemas.openxmlformats.org/officeDocument/2006/relationships/hyperlink" Target="https://youtu.be/T3U_Ek0-_kE?t=4966" TargetMode="External"/><Relationship Id="rId125" Type="http://schemas.openxmlformats.org/officeDocument/2006/relationships/hyperlink" Target="https://youtu.be/T3U_Ek0-_kE?t=5008" TargetMode="External"/><Relationship Id="rId126" Type="http://schemas.openxmlformats.org/officeDocument/2006/relationships/hyperlink" Target="https://youtu.be/T3U_Ek0-_kE?t=5054" TargetMode="External"/><Relationship Id="rId127" Type="http://schemas.openxmlformats.org/officeDocument/2006/relationships/hyperlink" Target="https://youtu.be/T3U_Ek0-_kE?t=5095" TargetMode="External"/><Relationship Id="rId128" Type="http://schemas.openxmlformats.org/officeDocument/2006/relationships/hyperlink" Target="https://youtu.be/T3U_Ek0-_kE?t=5140" TargetMode="External"/><Relationship Id="rId129" Type="http://schemas.openxmlformats.org/officeDocument/2006/relationships/hyperlink" Target="https://youtu.be/T3U_Ek0-_kE?t=5182" TargetMode="External"/><Relationship Id="rId130" Type="http://schemas.openxmlformats.org/officeDocument/2006/relationships/hyperlink" Target="https://youtu.be/T3U_Ek0-_kE?t=5222" TargetMode="External"/><Relationship Id="rId131" Type="http://schemas.openxmlformats.org/officeDocument/2006/relationships/hyperlink" Target="https://youtu.be/T3U_Ek0-_kE?t=5263" TargetMode="External"/><Relationship Id="rId132" Type="http://schemas.openxmlformats.org/officeDocument/2006/relationships/hyperlink" Target="https://youtu.be/T3U_Ek0-_kE?t=5307" TargetMode="External"/><Relationship Id="rId133" Type="http://schemas.openxmlformats.org/officeDocument/2006/relationships/hyperlink" Target="https://youtu.be/T3U_Ek0-_kE?t=5351" TargetMode="External"/><Relationship Id="rId134" Type="http://schemas.openxmlformats.org/officeDocument/2006/relationships/hyperlink" Target="https://youtu.be/T3U_Ek0-_kE?t=5391" TargetMode="External"/><Relationship Id="rId135" Type="http://schemas.openxmlformats.org/officeDocument/2006/relationships/hyperlink" Target="https://youtu.be/T3U_Ek0-_kE?t=5433" TargetMode="External"/><Relationship Id="rId136" Type="http://schemas.openxmlformats.org/officeDocument/2006/relationships/hyperlink" Target="https://youtu.be/T3U_Ek0-_kE?t=5473" TargetMode="External"/><Relationship Id="rId137" Type="http://schemas.openxmlformats.org/officeDocument/2006/relationships/hyperlink" Target="https://youtu.be/T3U_Ek0-_kE?t=5524" TargetMode="External"/><Relationship Id="rId138" Type="http://schemas.openxmlformats.org/officeDocument/2006/relationships/hyperlink" Target="https://youtu.be/T3U_Ek0-_kE?t=5567" TargetMode="External"/><Relationship Id="rId139" Type="http://schemas.openxmlformats.org/officeDocument/2006/relationships/hyperlink" Target="https://youtu.be/T3U_Ek0-_kE?t=5608" TargetMode="External"/><Relationship Id="rId140" Type="http://schemas.openxmlformats.org/officeDocument/2006/relationships/hyperlink" Target="https://youtu.be/T3U_Ek0-_kE?t=5649" TargetMode="External"/><Relationship Id="rId141" Type="http://schemas.openxmlformats.org/officeDocument/2006/relationships/hyperlink" Target="https://youtu.be/T3U_Ek0-_kE?t=5692" TargetMode="External"/><Relationship Id="rId142" Type="http://schemas.openxmlformats.org/officeDocument/2006/relationships/hyperlink" Target="https://youtu.be/T3U_Ek0-_kE?t=5735" TargetMode="External"/><Relationship Id="rId143" Type="http://schemas.openxmlformats.org/officeDocument/2006/relationships/hyperlink" Target="https://youtu.be/T3U_Ek0-_kE?t=5778" TargetMode="External"/><Relationship Id="rId144" Type="http://schemas.openxmlformats.org/officeDocument/2006/relationships/hyperlink" Target="https://youtu.be/T3U_Ek0-_kE?t=5819" TargetMode="External"/><Relationship Id="rId145" Type="http://schemas.openxmlformats.org/officeDocument/2006/relationships/hyperlink" Target="https://youtu.be/T3U_Ek0-_kE?t=5860" TargetMode="External"/><Relationship Id="rId146" Type="http://schemas.openxmlformats.org/officeDocument/2006/relationships/hyperlink" Target="https://youtu.be/T3U_Ek0-_kE?t=5904" TargetMode="External"/><Relationship Id="rId147" Type="http://schemas.openxmlformats.org/officeDocument/2006/relationships/hyperlink" Target="https://youtu.be/T3U_Ek0-_kE?t=5945" TargetMode="External"/><Relationship Id="rId148" Type="http://schemas.openxmlformats.org/officeDocument/2006/relationships/hyperlink" Target="https://youtu.be/T3U_Ek0-_kE?t=5988" TargetMode="External"/><Relationship Id="rId149" Type="http://schemas.openxmlformats.org/officeDocument/2006/relationships/hyperlink" Target="https://youtu.be/T3U_Ek0-_kE?t=6030" TargetMode="External"/><Relationship Id="rId150" Type="http://schemas.openxmlformats.org/officeDocument/2006/relationships/hyperlink" Target="https://youtu.be/T3U_Ek0-_kE?t=6072" TargetMode="External"/><Relationship Id="rId151" Type="http://schemas.openxmlformats.org/officeDocument/2006/relationships/hyperlink" Target="https://youtu.be/T3U_Ek0-_kE?t=6113" TargetMode="External"/><Relationship Id="rId152" Type="http://schemas.openxmlformats.org/officeDocument/2006/relationships/hyperlink" Target="https://youtu.be/T3U_Ek0-_kE?t=17" TargetMode="External"/><Relationship Id="rId153" Type="http://schemas.openxmlformats.org/officeDocument/2006/relationships/hyperlink" Target="https://youtu.be/T3U_Ek0-_kE?t=350" TargetMode="External"/><Relationship Id="rId154" Type="http://schemas.openxmlformats.org/officeDocument/2006/relationships/hyperlink" Target="https://youtu.be/T3U_Ek0-_kE?t=668" TargetMode="External"/><Relationship Id="rId155" Type="http://schemas.openxmlformats.org/officeDocument/2006/relationships/hyperlink" Target="https://youtu.be/T3U_Ek0-_kE?t=730" TargetMode="External"/><Relationship Id="rId156" Type="http://schemas.openxmlformats.org/officeDocument/2006/relationships/hyperlink" Target="https://youtu.be/T3U_Ek0-_kE?t=750" TargetMode="External"/><Relationship Id="rId157" Type="http://schemas.openxmlformats.org/officeDocument/2006/relationships/hyperlink" Target="https://youtu.be/T3U_Ek0-_kE?t=832" TargetMode="External"/><Relationship Id="rId158" Type="http://schemas.openxmlformats.org/officeDocument/2006/relationships/hyperlink" Target="https://youtu.be/T3U_Ek0-_kE?t=889" TargetMode="External"/><Relationship Id="rId159" Type="http://schemas.openxmlformats.org/officeDocument/2006/relationships/hyperlink" Target="https://youtu.be/T3U_Ek0-_kE?t=992" TargetMode="External"/><Relationship Id="rId160" Type="http://schemas.openxmlformats.org/officeDocument/2006/relationships/hyperlink" Target="https://youtu.be/T3U_Ek0-_kE?t=1043" TargetMode="External"/><Relationship Id="rId161" Type="http://schemas.openxmlformats.org/officeDocument/2006/relationships/hyperlink" Target="https://youtu.be/T3U_Ek0-_kE?t=1132" TargetMode="External"/><Relationship Id="rId162" Type="http://schemas.openxmlformats.org/officeDocument/2006/relationships/hyperlink" Target="https://youtu.be/T3U_Ek0-_kE?t=1155" TargetMode="External"/><Relationship Id="rId163" Type="http://schemas.openxmlformats.org/officeDocument/2006/relationships/hyperlink" Target="https://youtu.be/T3U_Ek0-_kE?t=1262" TargetMode="External"/><Relationship Id="rId164" Type="http://schemas.openxmlformats.org/officeDocument/2006/relationships/hyperlink" Target="https://youtu.be/T3U_Ek0-_kE?t=1270" TargetMode="External"/><Relationship Id="rId165" Type="http://schemas.openxmlformats.org/officeDocument/2006/relationships/hyperlink" Target="https://youtu.be/T3U_Ek0-_kE?t=1302" TargetMode="External"/><Relationship Id="rId166" Type="http://schemas.openxmlformats.org/officeDocument/2006/relationships/hyperlink" Target="https://youtu.be/T3U_Ek0-_kE?t=1327" TargetMode="External"/><Relationship Id="rId167" Type="http://schemas.openxmlformats.org/officeDocument/2006/relationships/hyperlink" Target="https://youtu.be/T3U_Ek0-_kE?t=1485" TargetMode="External"/><Relationship Id="rId168" Type="http://schemas.openxmlformats.org/officeDocument/2006/relationships/hyperlink" Target="https://youtu.be/T3U_Ek0-_kE?t=1499" TargetMode="External"/><Relationship Id="rId169" Type="http://schemas.openxmlformats.org/officeDocument/2006/relationships/hyperlink" Target="https://youtu.be/T3U_Ek0-_kE?t=1592" TargetMode="External"/><Relationship Id="rId170" Type="http://schemas.openxmlformats.org/officeDocument/2006/relationships/hyperlink" Target="https://youtu.be/T3U_Ek0-_kE?t=2055" TargetMode="External"/><Relationship Id="rId171" Type="http://schemas.openxmlformats.org/officeDocument/2006/relationships/hyperlink" Target="https://youtu.be/T3U_Ek0-_kE?t=2191" TargetMode="External"/><Relationship Id="rId172" Type="http://schemas.openxmlformats.org/officeDocument/2006/relationships/hyperlink" Target="https://youtu.be/T3U_Ek0-_kE?t=2340" TargetMode="External"/><Relationship Id="rId173" Type="http://schemas.openxmlformats.org/officeDocument/2006/relationships/hyperlink" Target="https://youtu.be/T3U_Ek0-_kE?t=2368" TargetMode="External"/><Relationship Id="rId174" Type="http://schemas.openxmlformats.org/officeDocument/2006/relationships/hyperlink" Target="https://youtu.be/T3U_Ek0-_kE?t=2463" TargetMode="External"/><Relationship Id="rId175" Type="http://schemas.openxmlformats.org/officeDocument/2006/relationships/hyperlink" Target="https://youtu.be/T3U_Ek0-_kE?t=2490" TargetMode="External"/><Relationship Id="rId176" Type="http://schemas.openxmlformats.org/officeDocument/2006/relationships/hyperlink" Target="https://youtu.be/T3U_Ek0-_kE?t=3508" TargetMode="External"/><Relationship Id="rId177" Type="http://schemas.openxmlformats.org/officeDocument/2006/relationships/hyperlink" Target="https://youtu.be/T3U_Ek0-_kE?t=3709" TargetMode="External"/><Relationship Id="rId178" Type="http://schemas.openxmlformats.org/officeDocument/2006/relationships/hyperlink" Target="https://youtu.be/T3U_Ek0-_kE?t=3727" TargetMode="External"/><Relationship Id="rId179" Type="http://schemas.openxmlformats.org/officeDocument/2006/relationships/hyperlink" Target="https://youtu.be/T3U_Ek0-_kE?t=42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1 — 32.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