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 Salon — Ana Salon 1 (1. oturum) — Arapça / çalışma metni</w:t>
      </w:r>
    </w:p>
    <w:p>
      <w:r>
        <w:t>05.10.2026 • Tevhid Diliyle Eğitim Değerler ve Kâinat Kitabını Okuma Modelleri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Arapça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00:00:02 – 00:00:38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‏التعليم بلغة التوحيد والقيم ونماذج قراءة كتاب الكون هي ما سنتحدث عنه.‏ ‏سأدعو المتحدثين، لكن اثنين منهم موجودان هنا.‏ ‏وسينضم إلينا المتحدثان الآخران خلال الجلسة إن شاء الله.‏ ‏متحدثنا الأول أستاذنا المتقاعد في علم الأحياء من جامعة دوملوبينار،‏ ‏الأستاذ الدكتور آدم تاتلي.‏ ‏ومتحدثنا الثاني من جامعة باليكسير، وله أعمال في مجال التربية الخاصة،‏ ‏أستاذنا الأستاذ المشارك الدكتور عبد الله إيكر.‏</w:t>
      </w:r>
    </w:p>
    <w:p>
      <w:pPr>
        <w:keepNext/>
      </w:pPr>
      <w:hyperlink r:id="rId11">
        <w:r>
          <w:rPr>
            <w:color w:val="1155CC"/>
            <w:u w:val="single"/>
          </w:rPr>
          <w:t>00:01:01 – 00:01:42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‏أما المتحدثان الآخران فهما‏ ‏الأستاذ الدكتور حسن آكان من جامعة حران، وهو أيضا في مجال علم الأحياء،‏ ‏والأستاذ الدكتور إسماعيل كوجاتشاليشكان‏ ‏من جامعة البيروني، وهو أيضا في علم الأحياء.‏ ‏وسينضم إلينا أستاذانا لاحقا إن شاء الله. والآن،‏ ‏كيف يمكننا في هذه الجلسة النظر إلى التعليم‏ ‏بلغة التوحيد أو بالمعنى الحرفي،‏ ‏وكيف نقرأ القيم، وعند قراءة كتاب الكون،‏ ‏خارج إطار نظامنا التعليمي القائم اليوم، أي‏ ‏خارج إطار نظام تعليمي علماني تماما، كيف يمكننا النظر إلى الكون؟‏</w:t>
      </w:r>
    </w:p>
    <w:p>
      <w:pPr>
        <w:keepNext/>
      </w:pPr>
      <w:hyperlink r:id="rId12">
        <w:r>
          <w:rPr>
            <w:color w:val="1155CC"/>
            <w:u w:val="single"/>
          </w:rPr>
          <w:t>00:01:42 – 00:02:22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‏وبأي نماذج يمكننا النظر؟ نحن هنا لنتحدث عن هذه الأمور.‏ ‏أود أولا أن أقدم تعريفا موجزا بالمتحدثين.‏ ‏بالطبع يمكننا الآن أن نجد كل شيء على الإنترنت، لكن بشأن متحدثنا الأول،‏ ‏الأستاذ الدكتور آدم تاتلي، أود أن أذكر بعض الأمور.‏ ‏أستاذ حسن، تفضل. والآن،‏ ‏إذا ظهرت أمثلة ملموسة ومحسوسة للمعاني التي سنتحدث عنها،‏ ‏وما زالت تظهر، فإن هذه الجهود بالتأكيد‏</w:t>
      </w:r>
    </w:p>
    <w:p>
      <w:pPr>
        <w:keepNext/>
      </w:pPr>
      <w:hyperlink r:id="rId13">
        <w:r>
          <w:rPr>
            <w:color w:val="1155CC"/>
            <w:u w:val="single"/>
          </w:rPr>
          <w:t>00:02:22 – 00:03:03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‏ثمرة أعمال ممتدة على مر السنين، وأعمال استمرت سنوات.‏ ‏وأستاذنا الذي خطا الخطوات الأولى في هذا المجال، والذي ربى حتى الآن‏ ‏الأجيال القادمة، وأستاذ أساتذتنا إن صح التعبير،‏ ‏هو أستاذنا الأستاذ الدكتور آدم تاتلي.‏ ‏عند إعداد الكتب الدراسية بالمعنى الحرفي، وسيأتي الأستاذ إسماعيل أيضا،‏ ‏كان الفريق الموجود هنا يجتمع أحيانا في العاشرة ليلا،‏ ‏وكانت بعض الجلسات تستمر حتى الثانية ليلا.‏ ‏وفي تلك الجلسات، أقول عن نفسي، رغم أننا شباب، فإنني‏ ‏معجب بأداء أستاذنا آدم في العمل.‏</w:t>
      </w:r>
    </w:p>
    <w:p>
      <w:pPr>
        <w:keepNext/>
      </w:pPr>
      <w:hyperlink r:id="rId14">
        <w:r>
          <w:rPr>
            <w:color w:val="1155CC"/>
            <w:u w:val="single"/>
          </w:rPr>
          <w:t>00:03:03 – 00:03:32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‏وأريد أن أعبر عن ذلك هنا.‏ ‏والأستاذ حسن، وهو تلميذه، يجلس إلى جانبه.‏ ‏وطبيعي أنه من أبرز أساتذتنا الذين ربونا.‏ ‏وأقدم له احترامي هنا أيضا.‏ ‏والآن، في العرض الأول من الجلسة الأولى، سيقدم لنا الأستاذ آدم‏ ‏عرض «سلام المجتمعات ورفاهها: ضرورة تقديم التعليم‏ ‏بلغة التوحيد».‏ ‏أستاذنا، إذا كنتم جاهزين يمكننا أن نبدأ.‏ ‏نعم، يمكننا فتح ملف العرض.‏</w:t>
      </w:r>
    </w:p>
    <w:p>
      <w:pPr>
        <w:keepNext/>
      </w:pPr>
      <w:hyperlink r:id="rId15">
        <w:r>
          <w:rPr>
            <w:color w:val="1155CC"/>
            <w:u w:val="single"/>
          </w:rPr>
          <w:t>00:03:57 – 00:04:43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‏هل يمكن أن يأتي أحد الزملاء من الفريق التقني إلى هنا؟‏ ‏— هذا لا يستجيب لي.‏ ‏— كيف سيعمل هذا؟ هذا، [تولّ أمره؟].‏ ‏— ستضغط على هذا.‏ ‏إلى أن يفتح العرض، لقد بدأنا متأخرين بعض الشيء.‏ ‏سنسعى إلى الانتهاء مبكرا، لأن هناك جلسات في إحدى عشرة قاعة، وإذا‏</w:t>
      </w:r>
    </w:p>
    <w:p>
      <w:pPr>
        <w:keepNext/>
      </w:pPr>
      <w:hyperlink r:id="rId16">
        <w:r>
          <w:rPr>
            <w:color w:val="1155CC"/>
            <w:u w:val="single"/>
          </w:rPr>
          <w:t>00:04:43 – 00:05:26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‏تأخرت إحداها، فستتأخر العروض التالية أيضا لا محالة.‏ ‏وأود أن أتوجه إلى متحدثينا بالطلب التالي:‏ ‏يسعدني أن ننظم عروضنا بحيث لا تتجاوز خمس عشرة دقيقة.‏ ‏بسم الله الرحمن الرحيم. أهلا بكم جميعا.‏ ‏إن سلام المجتمعات ورفاهها‏ ‏يعتمدان على تقديم التعليم بلغة التوحيد.‏ ‏فالتعليم القائم على الفلسفة [الوضعية؟]،‏ ‏والمعزول تماما عن الإيمان بالله، والذي يتخذ الطبيعة والمصادفة أساسا،‏</w:t>
      </w:r>
    </w:p>
    <w:p>
      <w:pPr>
        <w:keepNext/>
      </w:pPr>
      <w:hyperlink r:id="rId17">
        <w:r>
          <w:rPr>
            <w:color w:val="1155CC"/>
            <w:u w:val="single"/>
          </w:rPr>
          <w:t>00:05:26 – 00:06:06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‏وهو تعليم علماني قاده أوغست كونت، قد ساد منذ بداية القرن التاسع عشر‏ ‏العالم كله،‏ ‏وخاصة بعد الثورة الفرنسية. المخاطب في التعليم هو الإنسان.‏ ‏في التعليم العلماني يعد الإنسان حيوانا.‏ ‏ولذلك يصاغ التعليم على هذا الأساس.‏ ‏فالداروينية تدعي أن أساس العلم الحديث‏ ‏هو التطور، وأن جميع التخصصات من علم الأحياء إلى علم الكون‏ ‏يجب أن تقوم عليه أيضا.‏</w:t>
      </w:r>
    </w:p>
    <w:p>
      <w:pPr>
        <w:keepNext/>
      </w:pPr>
      <w:hyperlink r:id="rId18">
        <w:r>
          <w:rPr>
            <w:color w:val="1155CC"/>
            <w:u w:val="single"/>
          </w:rPr>
          <w:t>00:06:08 – 00:06:51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‏ومثل هذا التعليم الذي يستبعد الجوانب الروحية‏ ‏والأخلاقية والميتافيزيقية لحياة الإنسان،‏ ‏قد دفع الناس إلى البحث عن السعادة والسكينة‏ ‏والمعنى. فالطبيب النفسي فيكتور [فرانكل؟]‏ ‏يرى أن الأزمة الأساسية لهذا العصر‏ ‏هي فراغ المعنى.‏ ‏وفي مقابل الفهم العلماني للتعليم، يتخذ بديع الزمان التوحيد‏ ‏أساسا مركزيا، ويريد أن ينظر إلى الأشياء والموجودات‏ ‏لا باسمها، بل بوصفها مرآة لأسماء الله.‏ ‏وهكذا تتجاوز المعرفة العالم المادي‏</w:t>
      </w:r>
    </w:p>
    <w:p>
      <w:pPr>
        <w:keepNext/>
      </w:pPr>
      <w:hyperlink r:id="rId19">
        <w:r>
          <w:rPr>
            <w:color w:val="1155CC"/>
            <w:u w:val="single"/>
          </w:rPr>
          <w:t>00:06:51 – 00:07:32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‏وتتجه إلى المعنى والحكمة والمسؤولية.‏ ‏ومثل هذا الفهم للتعليم ينمي في الفرد مشاعر التواضع والشكر‏ ‏والأخوة.‏ ‏وفي المجتمع يغذي العدل والتضامن‏ ‏والسلام.‏ ‏ويذكر في رسائل النور أن كل عصيان وإنكار ينشأ عن عدم رؤية‏ ‏مانح النعمة في تلك النعمة.‏ ‏ولا يمكن ذلك إلا بمزج [الإيمان بالعلم؟] بالمعنى الحرفي، أي بلغة التوحيد،‏ ‏وتقديمه بفهم متكامل.‏</w:t>
      </w:r>
    </w:p>
    <w:p>
      <w:pPr>
        <w:keepNext/>
      </w:pPr>
      <w:hyperlink r:id="rId20">
        <w:r>
          <w:rPr>
            <w:color w:val="1155CC"/>
            <w:u w:val="single"/>
          </w:rPr>
          <w:t>00:07:34 – 00:08:15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‏سنقدم مقارنة موجزة بين النظرة العلمانية‏ ‏والنظرة التوحيدية في قراءة كتاب الكون.‏ ‏ثانيا،‏ ‏الملاحظة، و‏ ‏البيانات العلمية المستخلصة من الملاحظة، وتفسيرها في إطار مناهج‏ ‏العلم نفسه. هذا هو أساس التعليم العلماني.‏ ‏وهنا يقف عند هذا الحد.‏ ‏فمثلا أخذنا تشكل ثمرة الكمثرى مثالا هنا.‏ ‏وبالمعنى الحرفي أيضا هناك ملاحظة وبيانات علمية وتفسير علمي.‏ ‏وحتى هذه النقطة لا يوجد أي اختلاف بينهما.‏ ‏ومن هنا يبدأ الاختلاف.‏</w:t>
      </w:r>
    </w:p>
    <w:p>
      <w:pPr>
        <w:keepNext/>
      </w:pPr>
      <w:hyperlink r:id="rId21">
        <w:r>
          <w:rPr>
            <w:color w:val="1155CC"/>
            <w:u w:val="single"/>
          </w:rPr>
          <w:t>00:08:16 – 00:08:59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‏التساؤل الفلسفي، والتفسير الميتافيزيقي أو التفكر، وإضفاء المعنى الديني.‏ ‏يمكننا الآن أن نبين ذلك في جدول على النحو التالي.‏ ‏الملاحظة: نلاحظ تفتح الأزهار على شجرة الكمثرى‏ ‏في مواسم معينة.‏ ‏[صوت آخر] الميكروفون اليدوي.‏ ‏نعم.‏ ‏نلاحظ تفتح أزهار شجرة الكمثرى في مواسم معينة، وامتلاكها خصائص‏ ‏بنيوية معينة، وحالة الإزهار بعد [الإخصاب؟].‏</w:t>
      </w:r>
    </w:p>
    <w:p>
      <w:pPr>
        <w:keepNext/>
      </w:pPr>
      <w:hyperlink r:id="rId22">
        <w:r>
          <w:rPr>
            <w:color w:val="1155CC"/>
            <w:u w:val="single"/>
          </w:rPr>
          <w:t>00:08:59 – 00:09:41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‏ويسجل ظهور الثمرة ويلاحظ.‏ ‏أولا، بوصفها بيانات علمية، يرصد تشكل الزهرة وحدوث الإخصاب وتشكل البذرة‏ ‏والثمرة والتمايزات.‏ ‏وطبعا تدخل الحشرات هنا، ويشار إليها أيضا.‏ ‏ثالثا، التفسير العلمي.‏ ‏تفسر البيانات العلمية المستخلصة في إطار‏ ‏قوانين علم الأحياء والكيمياء الحيوية‏ ‏والفيزياء الحيوية.‏ ‏ولا يوجد هنا فرق بين النظرة التوحيدية والنظرة العلمانية.‏ ‏وبعد ذلك يأتي في النظرة التوحيدية التساؤل الفلسفي،‏ ‏ويبحث عن جواب: كيف يتحقق هذا النظام‏ ‏[إلى جانب السؤال؟]، ولماذا توجد عمليات بهذا الانتظام‏</w:t>
      </w:r>
    </w:p>
    <w:p>
      <w:pPr>
        <w:keepNext/>
      </w:pPr>
      <w:hyperlink r:id="rId23">
        <w:r>
          <w:rPr>
            <w:color w:val="1155CC"/>
            <w:u w:val="single"/>
          </w:rPr>
          <w:t>00:09:41 – 00:10:26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‏وهذا الترابط فيما بينها.‏ ‏ويمكنكم التوسع في هذا؛ فقد عبرنا عنه هنا باختصار.‏ ‏والآخر هو التفسير الميتافيزيقي أو التفكر.‏ ‏التفكر: لتتشكل زهرة التفاح لا بد من الربيع، ولحدوث الربيع‏ ‏لا بد من تدوير الأرض بميل قدره ٢٣٫٥ درجة‏ ‏حول الشمس بسرعة متوسطة تبلغ مئة وثمانية‏ ‏آلاف كيلومتر،‏ ‏ووجود الشمس هناك داخل منظومة المجرة التي تقع فيها،‏ ‏ولبقاء منظومة المجرة لا بد من وجود مجرات أخرى، أي‏ ‏يتفكر في ضرورة وجود الكون.‏ ‏وفي المعنى الديني تعد الكمثرى حاملة علامات‏ ‏[خالقها؟]، وصفحة من صفحات كتاب الكون.‏</w:t>
      </w:r>
    </w:p>
    <w:p>
      <w:pPr>
        <w:keepNext/>
      </w:pPr>
      <w:hyperlink r:id="rId24">
        <w:r>
          <w:rPr>
            <w:color w:val="1155CC"/>
            <w:u w:val="single"/>
          </w:rPr>
          <w:t>00:10:26 – 00:11:11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‏وهكذا ينظر إليها.‏ ‏إذن فمن يخلق الزهرة هو من يخلق الكون كله ويقيمه،‏ ‏وهو هو.‏ ‏ومن الأساليب التي [يمكن اقتراحها؟]‏ ‏في المعنى الحرفي أو التعليم التوحيدي: بدلا من «ما أجمله»،‏ ‏ينبغي أن يقال «ما أجمل صنعه».‏ ‏الفن؛ والأمر الآخر هو أسماء الله أو صفاته السائدة‏ ‏في الموجودات، فيقرأ الفنان في الفن والصانع في الأثر،‏ ‏وفي النعمة [سيعطي تلك النعمة؟]، وينبغي أن تقرأ على هذا النحو.‏ ‏ينبغي تقديم العلوم الطبيعية والدينية ممزوجة.‏ ‏ينبغي أن يقرأ كتاب الكون، موضوع العلم، على النحو الذي يبينه القرآن.‏</w:t>
      </w:r>
    </w:p>
    <w:p>
      <w:pPr>
        <w:keepNext/>
      </w:pPr>
      <w:hyperlink r:id="rId25">
        <w:r>
          <w:rPr>
            <w:color w:val="1155CC"/>
            <w:u w:val="single"/>
          </w:rPr>
          <w:t>00:11:12 – 00:11:55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‏ينبغي أن تؤخذ في التعليم مسؤولية الإنسان‏ ‏عن تقديم جميع ما يملكه وعباداته إلى الله.‏ ‏كيف تمزج العلوم الطبيعية والدينية؟‏ ‏هنا تكمن المشكلة الأساسية. هذا المزج، أي أن تشرح [النص العلمي؟]،‏ ‏ثم على نحو علماني، وبعد ذلك‏ ‏تسميه تسمية دينية.‏ ‏وبدلا من مثل هذا الأسلوب، ليس المقصود بالمزج تقديم العلوم الدينية‏ ‏والعلوم الطبيعية في صورة دروس [واحدة؟]، بل مثلا في ثمرة الكمثرى،‏ ‏وهي موضوع درس العلوم، تقرأ تجليات أسماء الله‏</w:t>
      </w:r>
    </w:p>
    <w:p>
      <w:pPr>
        <w:keepNext/>
      </w:pPr>
      <w:hyperlink r:id="rId26">
        <w:r>
          <w:rPr>
            <w:color w:val="1155CC"/>
            <w:u w:val="single"/>
          </w:rPr>
          <w:t>00:11:55 – 00:12:39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‏للتعرف إليه بذلك.‏ ‏فكون الثمرة مخلوقة يعكس أسماء القدير والخالق والعليم، وشكلها‏ ‏يعكس المقدّر والعدل، ولونها ورقة قشرتها ولطافتها يعكسان المصوّر،‏ ‏وكونها رزقا للإنسان يعكس الرزاق، وتشكل البنية الوراثية في بذرتها‏ ‏يعكس الحفيظ، والمراحل التي مرت بها حتى صارت بذرة تعكس الرب‏ ‏والمربي؛ أي القدرة على أن تكون مرايا لتجليات هذه الأسماء.‏ ‏وطبعا هناك أسماء كثيرة أخرى يمكن ذكرها هنا.‏ ‏وقد أشرنا إلى هذه بصورة إجمالية.‏ ‏وإذا لم تقرأ الأسماء المتجلية في الموجودات‏ ‏قراءة صحيحة وكافية، وقع المرء في مستنقع الطبيعة،‏ ‏كما يلفت بديع الزمان النظر بقوله:‏ ‏«إذا لم ينتقل من تجلي كل اسم إلى سائر الأسماء تضرر.‏</w:t>
      </w:r>
    </w:p>
    <w:p>
      <w:pPr>
        <w:keepNext/>
      </w:pPr>
      <w:hyperlink r:id="rId27">
        <w:r>
          <w:rPr>
            <w:color w:val="1155CC"/>
            <w:u w:val="single"/>
          </w:rPr>
          <w:t>00:12:40 – 00:13:20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‏فمثلا إذا رأى أثر اسمي القدير والخالق ولم ير اسم العليم، فالغفلة،‏ ‏قد يقع في مستنقع الطبيعة».‏ ‏ويلفت بديع الزمان إلى أن معرفة أسماء الله لا تكفي، فقد تنسب هذه أيضا‏ ‏إلى الطبيعة والمصادفات.‏ ‏ويرى أنه لا بد من معرفة تجليات كل اسم في أقصى مرتبة.‏ ‏فمثلا بين معرفة الله باسم الرزاق بوصفه الخالق الذي يمنح المرء رزقه،‏ ‏وبين معرفته بتجلي هذا الاسم في أقصى مرتبة، يوجد فرق‏ ‏كبير جدا. وسنقدم مثالا هنا.‏ ‏فمثلا يأكل الإنسان ثلاث وجبات في اليوم.‏</w:t>
      </w:r>
    </w:p>
    <w:p>
      <w:pPr>
        <w:keepNext/>
      </w:pPr>
      <w:hyperlink r:id="rId28">
        <w:r>
          <w:rPr>
            <w:color w:val="1155CC"/>
            <w:u w:val="single"/>
          </w:rPr>
          <w:t>00:13:20 – 00:13:59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‏وإذا نظرنا إليه بوصفه رزاق البشر جميعا،‏ ‏مالك الوجبات الثلاث لسبعة مليارات إنسان،‏ ‏وكذلك البشر جميعا من آدم عليه السلام إلى يوم القيامة،‏ ‏ورزاق جميع النباتات والحيوانات، وجميع الموجودات في الجنة،‏ ‏فإذا نظرنا إليه من جهة الرزاق، فإن نسبة ذلك إلى المصادفة ليست‏ ‏ممكنة. وهكذا يذكر أن من يعرف تجلي كل اسم‏ ‏في أقصى مرتبة لا تستطيع الشياطين خداعه.‏ ‏ينبغي أن يقرأ كتاب الكون، موضوع العلم، على النحو الذي يبينه القرآن.‏</w:t>
      </w:r>
    </w:p>
    <w:p>
      <w:pPr>
        <w:keepNext/>
      </w:pPr>
      <w:hyperlink r:id="rId29">
        <w:r>
          <w:rPr>
            <w:color w:val="1155CC"/>
            <w:u w:val="single"/>
          </w:rPr>
          <w:t>00:14:01 – 00:14:47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‏يبين القرآن أن لا شيء في الكون سائب أو بلا غاية،‏ ‏وأن كل شيء من الذرات إلى المجرات‏ ‏يذكر خالقه بلسان حاله.‏ ‏ويلفت إلى أن هذه هي الغاية الأساسية من خلق الموجودات.‏ ‏فمثلا يقول الله تعالى في الآية ٤٤ من سورة الإسراء:‏ ‏«السماوات السبع والأرض ومن فيها يسبحونه.‏ ‏وليس من شيء إلا يسبحه بحمده.‏ ‏لكنكم لا تستطيعون فهم تسبيحهم.‏ ‏وهو حليم غفور».‏ ‏فلنوضح ذلك قليلا الآن.‏ ‏ولنفهم كيف يسبح كل شيء في الكون الله كما ورد‏ ‏في هذه الآيات، يقدم بديع الزمان المثال التالي.‏ ‏في المكتوب الرابع والعشرين، كما تعلمون: «إن نشاط القدرة‏ ‏في الكون وسير الأشياء وسيلانها لهما من [الدلالة؟] ما يجعل‏</w:t>
      </w:r>
    </w:p>
    <w:p>
      <w:pPr>
        <w:keepNext/>
      </w:pPr>
      <w:hyperlink r:id="rId30">
        <w:r>
          <w:rPr>
            <w:color w:val="1155CC"/>
            <w:u w:val="single"/>
          </w:rPr>
          <w:t>00:14:47 – 00:15:28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‏الصانع الحكيم ينطق أنواع الكون بهذا النشاط.‏ ‏وكأن موجودات السماوات والأرض المتحركة وحركاتها هي‏ ‏كلمات في كلامها، والتحرك تكلم.‏ ‏فالحركة والزوال الناشئان عن النشاط كلام تسبيح، و‏ ‏النشاط في الكون أيضا حديث صامت للكون وأنواعه‏ ‏وإنطاق لها».‏ ‏فكما يتكلم ذوو الإعاقة بحركات اليد، فإن حركة الموجودات‏ ‏تفهم أيضا، من وجه، على أنها كلامها وذكرها لله.‏ ‏فالذرات، أصغر أجزاء الموجودات، متحركة.‏</w:t>
      </w:r>
    </w:p>
    <w:p>
      <w:pPr>
        <w:keepNext/>
      </w:pPr>
      <w:hyperlink r:id="rId31">
        <w:r>
          <w:rPr>
            <w:color w:val="1155CC"/>
            <w:u w:val="single"/>
          </w:rPr>
          <w:t>00:15:29 – 00:16:11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‏والإلكترونات حول الذرة تدار حول نفسها‏ ‏وحول الذرة.‏ ‏وتدور حول الذرة خمسين ألف دورة في الثانية.‏ ‏والنيوترونات والبروتونات متحركة أيضا.‏ ‏والجزيئات المتكونة من الذرات متحركة أيضا.‏ ‏والأرض المتكونة من الجزيئات تدور حول نفسها مرة كل أربع وعشرين ساعة،‏ ‏وتسير حول الشمس بسرعة متوسطة تبلغ مئة وثمانية آلاف كيلومتر في الساعة،‏ ‏وخلاصة القول إن جميع الموجودات من العالم دون الذري إلى المجرات‏ ‏متحركة من وجه ما.‏ ‏وبهذه الحركة تذكر الله.‏</w:t>
      </w:r>
    </w:p>
    <w:p>
      <w:pPr>
        <w:keepNext/>
      </w:pPr>
      <w:hyperlink r:id="rId32">
        <w:r>
          <w:rPr>
            <w:color w:val="1155CC"/>
            <w:u w:val="single"/>
          </w:rPr>
          <w:t>00:16:12 – 00:16:52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هذا المكان الذي نحن فيه، هذا المكان الصلب، فكما هو معلوم في الفيزياء،‏ ‏الجزيئات في المواد الصلبة متحركة.‏ ‏لكنها أقل حركة. بالمقارنة مع ماذا؟‏ ‏مع جزيئات الماء.‏ ‏وجزيئات الماء أقل حركة. بالمقارنة مع ماذا؟‏ ‏مع جزيئات الهواء. فالكون كله من الذرات إلى المجرات متحرك.‏ ‏إذن ما كانت الحركة؟‏ ‏كانت ذكرا، أليس كذلك؟‏ ‏يقول إن التحرك تكلم، أي كلام.‏ ‏فماذا تفعل إذن؟‏ ‏تتكلم بلغاتها الخاصة.‏ ‏يقول: «اسمع النجوم، [هذه الخطبة العذبة؟]،‏ ‏[رسالة الحكمة النورانية؟]، انظر ماذا‏</w:t>
      </w:r>
    </w:p>
    <w:p>
      <w:pPr>
        <w:keepNext/>
      </w:pPr>
      <w:hyperlink r:id="rId33">
        <w:r>
          <w:rPr>
            <w:color w:val="1155CC"/>
            <w:u w:val="single"/>
          </w:rPr>
          <w:t>00:16:52 – 00:17:32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‏[قررت؟]. بمئة ألف لسان كهذا‏ ‏نظهر مئة ألف برهان. ونسمعك إياها، أنت الإنسان.‏ ‏لتعم العين الملحدة التي لم تعد ترى وجهنا،‏ ‏ولا تسمع كلامنا أيضا.‏ ‏نحن آيات تنطق بالحق.‏ ‏ختمنا واحد، وطغراؤنا واحدة.‏ ‏نسبح ربنا.‏ ‏ونذكره تعبدا.‏ ‏نحن مجاذيب ننتمي إلى الحلقة الكبرى لدرب التبانة.‏ ‏اسمع الدمدمة في الهواء،‏ ‏وزقزقة الطيور، وهمهمة المطر، وهدير البحر،‏ ‏وقعقعة الرعد،‏ ‏وطقطقة الحجارة، كل منها نغمة ذات معنى،‏ ‏الأصوات في الأشياء أصوات وجود؛ تقول: أنا أيضا موجود.‏</w:t>
      </w:r>
    </w:p>
    <w:p>
      <w:pPr>
        <w:keepNext/>
      </w:pPr>
      <w:hyperlink r:id="rId34">
        <w:r>
          <w:rPr>
            <w:color w:val="1155CC"/>
            <w:u w:val="single"/>
          </w:rPr>
          <w:t>00:17:32 – 00:18:14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‏وفجأة يتكلم ذلك الكون الصامت: لا تظننا جمادا، أيها الإنسان الثرثار.‏ ‏وكأن الكون كله موسيقى علوية،‏ ‏ونور الإيمان يسمع الأذكار والتسابيح».‏ ‏ينبغي أن تؤخذ في التعليم مسؤولية الإنسان عن تقديم‏ ‏عبادات جميع الموجودات إلى الله. وهذا مهم جدا أيضا.‏ ‏فبخلاف ما يطرحه نظام التعليم في الفلسفة الغربية، لم يظهر الإنسان‏ ‏بفعل تغير الكائنات الحية الأخرى، بل خلق مباشرة‏ ‏خليفة للأرض. والمهمة التي كلف بها هي‏ ‏أن يعرف خالقه ويؤمن به ويعبده، ويقدم‏ ‏عبادات جميع الموجودات إلى الله باسمه هو.‏</w:t>
      </w:r>
    </w:p>
    <w:p>
      <w:pPr>
        <w:keepNext/>
      </w:pPr>
      <w:hyperlink r:id="rId35">
        <w:r>
          <w:rPr>
            <w:color w:val="1155CC"/>
            <w:u w:val="single"/>
          </w:rPr>
          <w:t>00:18:14 – 00:18:57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‏وكما تعلمون، ذكرنا هذا قبل قليل.‏ ‏من الذرات إلى المجرات، تذكر جميع الموجودات الله.‏ ‏أي بحركاتها؛ وطبعا حركاتها ليست واعية.‏ ‏فالساعة تدل على الزمن، لكنها لا تعلم بنفسها أنها تدل عليه.‏ ‏ويقدم كل ملك حركاتها غير الواعية بوعي‏ ‏إلى الله تعالى. وكما تعلمون،‏ ‏قال النبي عليه السلام في المعراج العبارة التي نقرؤها في التحيات:‏ ‏«التَّحِيَّاتُ لِلَّهِ وَالصَّلَوَاتُ وَالطَّيِّبَاتُ».‏ ‏وبهذه العبارة قال: «يا رب، عبادات جميع المخلوقات من الذرات إلى المجرات،‏ ‏العبادات التي تؤديها، أقدمها إليك نيابة عنها».‏ ‏قال ذلك. ونحن أيضا باستخدام العبارة نفسها في التحيات مكلفون‏</w:t>
      </w:r>
    </w:p>
    <w:p>
      <w:pPr>
        <w:keepNext/>
      </w:pPr>
      <w:hyperlink r:id="rId36">
        <w:r>
          <w:rPr>
            <w:color w:val="1155CC"/>
            <w:u w:val="single"/>
          </w:rPr>
          <w:t>00:18:57 – 00:19:42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‏بتقديم عبادات جميع المخلوقات إلى الله.‏ ‏ولذلك ينبغي أيضا لفت النظر إلى هذا في التعليم.‏ ‏يقول: «العلم معرفة العلم، والعلم معرفة نفسك.‏ ‏إن لم تعرف نفسك، فأي تعلم هذا؟»‏ ‏يونس إمرة، أليس كذلك؟‏ ‏«المعنى من القراءة معرفة الحق،‏ ‏إذا قرأت ولم تعرف، فهو جهد [عقيم فحسب؟]». عرفنا الله وتعرفنا إليه.‏ ‏[صحيح؟]، لقد خلق الكون على هذا النحو.‏ ‏كل موجود يذكر اسم الله.‏ ‏وإن وقف الأمر عند هذا فلا يكفي أيضا.‏ ‏أي تعليم؟ عندئذ، بتقديم عباداتها، يحفظ الإنسان‏ ‏شرفه بمعنى أشرف المخلوقات، وينال ذلك المقام.‏</w:t>
      </w:r>
    </w:p>
    <w:p>
      <w:pPr>
        <w:keepNext/>
      </w:pPr>
      <w:hyperlink r:id="rId37">
        <w:r>
          <w:rPr>
            <w:color w:val="1155CC"/>
            <w:u w:val="single"/>
          </w:rPr>
          <w:t>00:19:42 – 00:20:23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‏— نعم، أستاذنا. — أشكر الجميع على حسن الاستماع بصبر.‏ ‏جزاك الله خيراً يا أستاذ.‏ ‏استثمرتم الوقت الثمين جيداً، وأنهيتم في الموعد تماماً.‏ ‏ونحن نشكركم ونجدد لكم احترامنا.‏ ‏نعم، إذا عبّرنا عما فهمناه عموماً من هذه الجلسة،‏ ‏أو بالأحرى من هذا العرض،‏ ‏فالصورة الملتقطة للكون واحدة، ولكن عندما نأتي إلى تفسيرها،‏ ‏للأسف يفسرها لنا العلم العلماني بصورة مختلفة، بينما‏ ‏المعنى الذي ينبغي لنا النظر إليه، كما يصفه القرآن الكريم، هو النظر‏ ‏باعتبار أسماء الحق سبحانه وتعالى.‏ ‏ونسمي هذا لغة التوحيد، أو النظر من منظور المعنى الحرفي.‏ ‏أشكركم مجدداً يا أستاذ.‏</w:t>
      </w:r>
    </w:p>
    <w:p>
      <w:pPr>
        <w:keepNext/>
      </w:pPr>
      <w:hyperlink r:id="rId38">
        <w:r>
          <w:rPr>
            <w:color w:val="1155CC"/>
            <w:u w:val="single"/>
          </w:rPr>
          <w:t>00:20:23 – 00:21:04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‏ننتقل إلى عرضنا الثاني.‏ ‏في عرضنا الثاني، جامعة حران،‏ ‏من جامعة حران،‏ ‏الأستاذ الدكتور حسن أكان، المعروف بدراساته في علم النبات.‏ ‏سيقدم الأستاذ حسن عرضاً عن حل قرآني للأزمات البيئية بعنوان:‏ ‏«قراءة صفحة النباتات من كتاب الكون من نافذة رسائل النور».‏ ‏هذا هو عنوان عرضه. وأود أن أذكّره أيضاً بالوقت المخصص.‏ ‏بعد انتهاء جميع العروض يمكننا الانتقال إلى فقرة الأسئلة والأجوبة.‏</w:t>
      </w:r>
    </w:p>
    <w:p>
      <w:pPr>
        <w:keepNext/>
      </w:pPr>
      <w:hyperlink r:id="rId39">
        <w:r>
          <w:rPr>
            <w:color w:val="1155CC"/>
            <w:u w:val="single"/>
          </w:rPr>
          <w:t>00:21:08 – 00:21:53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يا أستاذ.‏ ‏السيد رئيس الجلسة، أساتذتي الأفاضل، أيها المشاركون الكرام، أحييكم جميعاً‏ ‏بكل احترام.‏ ‏أنا‏ ‏حين كنت طالباً جامعياً في أنقرة، هنا في إسطنبول‏ ‏كانت ندوات بديع الزمان [تُنظَّم؟].‏ ‏وكنا بالطبع أصغر سناً آنذاك، في الثامنة عشرة إلى العشرين تقريباً.‏ ‏لكنها كانت أياماً يصعب فيها كثيراً الحديث عن بديع الزمان وعن الإسلام.‏ ‏كانت أياماً عصيبة، كان الحجاب فيها ممنوعاً،‏ ‏وحين كان قول الحق والحقيقة في تركيا يسبب الكثير من‏</w:t>
      </w:r>
    </w:p>
    <w:p>
      <w:pPr>
        <w:keepNext/>
      </w:pPr>
      <w:hyperlink r:id="rId40">
        <w:r>
          <w:rPr>
            <w:color w:val="1155CC"/>
            <w:u w:val="single"/>
          </w:rPr>
          <w:t>00:21:53 – 00:22:38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‏المتاعب، أياماً كنا نتعرض فيها للتحقيقات.‏ ‏ومنذ شبابي، في [ندوات؟] بديع الزمان هذه، كان لدي دائماً‏ ‏حماس وفضول.‏ ‏كنت أنطلق من أنقرة وأجيء إلى إسطنبول في تلك السنوات.‏ ‏كان هناك مشاهير من تركيا أو من العالم، وهم في الواقع‏ ‏أناس ليسوا شديدي التدين، لكنهم مثقفون.‏ ‏ومن بينهم أمثال شريف ماردين وميم كمال أوكه، ثم‏ ‏كولين تيرنر الذي أسلم لاحقاً.‏ ‏وكنا نحن الشباب نسعد كثيراً حين نستمع إليهم.‏ ‏«أناس من خارج دائرتنا أيضاً يقرؤون هذه الكتب وينتفعون بها»،‏</w:t>
      </w:r>
    </w:p>
    <w:p>
      <w:pPr>
        <w:keepNext/>
      </w:pPr>
      <w:hyperlink r:id="rId41">
        <w:r>
          <w:rPr>
            <w:color w:val="1155CC"/>
            <w:u w:val="single"/>
          </w:rPr>
          <w:t>00:22:38 – 00:23:23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‏كنا نقول.‏ ‏مضت خمس وثلاثون سنة.‏ ‏وطبعاً كان لدي حلم في تلك السنوات أيضاً.‏ ‏هل سأتمكن أنا أيضاً يوماً ما من أن أكون‏ ‏متحدثاً في ندوات بديع الزمان؟ ولم أكن حينها [أكاديمياً حتى؟].‏ ‏على أي حال، [لا أزعجكم؟]، لكنني متحمس أيضاً.‏ ‏وبعد ثلاثين إلى خمس وثلاثين سنة، تيسر لي أيضاً لأول مرة‏ ‏أن أكون متحدثاً في ندوة كهذه.‏ ‏نعم.‏ ‏أيها الضيوف الكرام، موضوع بحثي في الحقيقة هو النباتات في رسائل النور.‏ ‏والآن، المحور الرئيسي لهذه الندوة هو الأزمات العالمية‏ ‏والمشكلات في العالم، وعموماً فإن محورها الرئيسي‏</w:t>
      </w:r>
    </w:p>
    <w:p>
      <w:pPr>
        <w:keepNext/>
      </w:pPr>
      <w:hyperlink r:id="rId42">
        <w:r>
          <w:rPr>
            <w:color w:val="1155CC"/>
            <w:u w:val="single"/>
          </w:rPr>
          <w:t>00:23:23 – 00:24:04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‏لا يتناول العلوم الطبيعية كثيراً في الواقع.‏ ‏وغالباً ما تكون مشكلات الأسرة ومشكلات الشباب في العالم.‏ ‏وقلت لأستاذنا المنسق، السيد بايرام، أستاذنا بايرام أوزر،‏ ‏«يا أستاذ، ما رأيك أن أقدم عرضاً من زاوية علمية،‏ ‏عن العلوم الطبيعية والنباتات‏ ‏والكائنات الحية؟»‏ ‏لم يتحمس كثيراً، لكنه قال شيئاً مثل: «[وأنت أيضاً؟] أرسلها لننظر فيها».‏ ‏وجزاهم الله خيراً، فقد نُقح عرضي عدة مرات.‏ ‏وخضع لتحكيم جاد جداً.‏ ‏وقُبل بشق الأنفس، أقول لكم ذلك.‏ ‏وبالمناسبة، فإن أستاذنا آدم تاتلي هنا‏ ‏له فضل كبير عليّ في حياتي الأكاديمية،‏</w:t>
      </w:r>
    </w:p>
    <w:p>
      <w:pPr>
        <w:keepNext/>
      </w:pPr>
      <w:hyperlink r:id="rId43">
        <w:r>
          <w:rPr>
            <w:color w:val="1155CC"/>
            <w:u w:val="single"/>
          </w:rPr>
          <w:t>00:24:04 – 00:24:46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‏وهو من مثقفي تركيا الكرام‏ ‏وعلمائها الأفاضل.‏ ‏بجمع المادة والمعنى ودفع الثمن، والفصل من الأستاذية ثماني سنوات،‏ ‏وصلنا إلى هذه الأيام.‏ ‏كتب أستاذنا كتاباً يقول إن هناك خلقاً إلى جانب التطور.‏ ‏فُصل أستاذنا من الأستاذية ثماني سنوات، وكنت حينها [مساعده؟] في كوتاهيا‏ ‏دوملوبينار. دفعنا مثل هذه الأثمان.‏ ‏لم نصل إلى هذه الأيام بسهولة.‏ ‏والآن، بالطبع، سهّل أستاذنا مهمتي قليلاً في الحقيقة.‏ ‏ونظرتي أيضاً، أي ما نسميه المعنى الحرفي، الذي أكد عليه بديع الزمان‏</w:t>
      </w:r>
    </w:p>
    <w:p>
      <w:pPr>
        <w:keepNext/>
      </w:pPr>
      <w:hyperlink r:id="rId44">
        <w:r>
          <w:rPr>
            <w:color w:val="1155CC"/>
            <w:u w:val="single"/>
          </w:rPr>
          <w:t>00:24:47 – 00:25:31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‏كثيراً في كتبه: موضوع، وكيفية النظر إليه،‏ ‏كيف يمكن أن تكون؟‏ ‏الأزمات البيئية والبيولوجية وتلوث الهواء والماء‏ ‏وغيرها: كيف يمكن منعها من خلال نظرة معينة؟ سأتحدث قليلاً‏ ‏عن ذلك.‏ ‏هذا هو في الحقيقة المحور الرئيسي لهذا البحث.‏ ‏في العالم مشكلة حضارية في سياق الأزمات البيئية.‏ ‏ولكن لا تفكروا في ذلك على أنه مجرد تلوث للبيئة.‏ ‏الأزمة البيئية هنا تتعلق بعلاقة الإنسان بالطبيعة وبوجوده،‏ ‏فهذه هي المشكلة. وعندما نصلح هذه العلاقة، فإن هذه المشكلة، وهذه المعضلة،‏</w:t>
      </w:r>
    </w:p>
    <w:p>
      <w:pPr>
        <w:keepNext/>
      </w:pPr>
      <w:hyperlink r:id="rId45">
        <w:r>
          <w:rPr>
            <w:color w:val="1155CC"/>
            <w:u w:val="single"/>
          </w:rPr>
          <w:t>00:25:31 – 00:26:14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‏ستُحل بطبيعة الحال.‏ ‏نعم، القسم الرئيسي الأول من محور عرضي‏ ‏هو الأزمة البيئية وكيف ينبغي أن تكون علاقة الإنسان بالطبيعة،‏ ‏كيف تكون؟‏ ‏حين ننظر إلى المعطيات العلمية اليوم، نجد في الحقيقة‏ ‏صوراً شديدة التشاؤم.‏ ‏إذا نظرنا إلى ما يحدث في العالم، فهناك مشكلات المناخ والتنوع البيولوجي،‏ ‏وتلوث الهواء والماء، والموارد الطبيعية تنفد سريعاً. وكما ترون، فقد‏ ‏أدرجت هنا تقارير السنوات الأخيرة من العالم،‏ ‏من منظمة الأغذية والزراعة إلى تقارير حماية الطبيعة في العالم.‏</w:t>
      </w:r>
    </w:p>
    <w:p>
      <w:pPr>
        <w:keepNext/>
      </w:pPr>
      <w:hyperlink r:id="rId46">
        <w:r>
          <w:rPr>
            <w:color w:val="1155CC"/>
            <w:u w:val="single"/>
          </w:rPr>
          <w:t>00:26:14 – 00:26:54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‏وهم أيضاً في الواقع يتحدون هذه المشكلات، ويفكرون‏ ‏في هذه المشكلات. لكن هناك نقطة مهمة، وهي أن كل هذه‏ ‏الأزمات في العالم تحدث بسبب الأنشطة البشرية والاستهلاك المفرط.‏ ‏هذه هي المشكلة الأساسية.‏ ‏مثلاً، في السنوات الأخيرة، نحو عام 2015، فإن توازن نظام الأرض‏ ‏يختل.‏ ‏هذه أهم المجلات والمقالات العلمية في العالم.‏ ‏لم تعد الأرض قادرة على تحمل شيء.‏ ‏فهناك رسائل تقول إن الحدود البيوفيزيائية تُتجاوز.‏</w:t>
      </w:r>
    </w:p>
    <w:p>
      <w:pPr>
        <w:keepNext/>
      </w:pPr>
      <w:hyperlink r:id="rId47">
        <w:r>
          <w:rPr>
            <w:color w:val="1155CC"/>
            <w:u w:val="single"/>
          </w:rPr>
          <w:t>00:26:54 – 00:27:37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‏وهناك كذلك تحذيرات علمية.‏ ‏تُتجاوز حدود المحيط الحيوي.‏ ‏والآن، على الأرض التي نعيش عليها، في ستين بالمئة‏ ‏من مساحة اليابسة، يفقد المحيط الحيوي وظيفته.‏ ‏هناك مشكلات بهذه الخطورة.‏ ‏أنا عالم أحياء ومتخصص في النبات، وكما ترون، في عالم الكائنات الحية‏ ‏تفنى آلاف الكائنات الحية كل يوم، كما نقرأ‏ ‏في التقارير العلمية.‏ ‏نرى آلاف الأنواع البيولوجية، من أنواع الحشرات والنباتات،‏ ‏تختفي.‏ ‏و[كذلك؟] التعرية والغابات في الطبيعة، وما شابهها،‏</w:t>
      </w:r>
    </w:p>
    <w:p>
      <w:pPr>
        <w:keepNext/>
      </w:pPr>
      <w:hyperlink r:id="rId48">
        <w:r>
          <w:rPr>
            <w:color w:val="1155CC"/>
            <w:u w:val="single"/>
          </w:rPr>
          <w:t>00:27:37 – 00:28:19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‏هناك تقارير علمية جادة جداً تفيد بأن المستقبل يواجه‏ ‏أزمات خطيرة.‏ ‏وطبعاً يُعبّر عن كل ذلك بأدلة علمية.‏ ‏وهذا المسار في العالم، وهذه الأزمة البيئية،‏ ‏نعم، هو في الحقيقة مسألة تقنية من جهة،‏ ‏لكنه أيضاً مسألة أخلاقية تتطلب المسؤولية. فهناك مشكلة‏ ‏تقتضي أن تتحمل البشرية مسؤوليتها.‏ ‏ماذا يجلب تدخل الإنسان في الطبيعة معه؟‏ ‏هذه هي النتيجة التي تقود إليها هذه الصورة في الواقع.‏</w:t>
      </w:r>
    </w:p>
    <w:p>
      <w:pPr>
        <w:keepNext/>
      </w:pPr>
      <w:hyperlink r:id="rId49">
        <w:r>
          <w:rPr>
            <w:color w:val="1155CC"/>
            <w:u w:val="single"/>
          </w:rPr>
          <w:t>00:28:19 – 00:29:00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‏كلما زاد الإنسان ضغطه على الطبيعة، عادت النتائج‏ ‏سلباً إلى الإنسان نفسه.‏ ‏إذن المسألة ليست كيف نحمي البيئة،‏ ‏بل كيف ينظر الإنسان إلى طبيعته، وكيف ينبغي أن تكون علاقته.‏ ‏هذا ما تتعلق به المسألة.‏ ‏ولذلك فالأزمة البيئية ليست مجرد مشكلة بيئية.‏ ‏هنا، في كتبنا المقدسة وفي‏ ‏أخلاق البيئة الإسلامية، فإن الكون والنباتات والكائنات الحية كلها‏ ‏عناصر أُودعت أمانة لدى الإنسان.‏</w:t>
      </w:r>
    </w:p>
    <w:p>
      <w:pPr>
        <w:keepNext/>
      </w:pPr>
      <w:hyperlink r:id="rId50">
        <w:r>
          <w:rPr>
            <w:color w:val="1155CC"/>
            <w:u w:val="single"/>
          </w:rPr>
          <w:t>00:29:00 – 00:29:40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‏وعندما ننظر إلى الأمر هكذا، لا ننظر إلى الطبيعة‏ ‏كمورد.‏ ‏أي إننا لا نسرف كثيراً.‏ ‏حين نضفي على الكون بُعداً من المعنى، وحين نتحمل مسؤولية أخلاقية،‏ ‏فإن هذه الأزمات تُحل في الحقيقة.‏ ‏ولذلك، في أساس الأزمات البيئية، فإن علاقة الإنسان بالطبيعة‏ ‏لا بد من إصلاحها.‏ ‏ففي القرآن الكريم ورسائل النور وتفاسير القرآن‏ ‏يُؤكَّد دائماً أنه لا إسراف ولا اختلال في الميزان ولا غياب للمقدار‏ ‏في الكون.‏</w:t>
      </w:r>
    </w:p>
    <w:p>
      <w:pPr>
        <w:keepNext/>
      </w:pPr>
      <w:hyperlink r:id="rId51">
        <w:r>
          <w:rPr>
            <w:color w:val="1155CC"/>
            <w:u w:val="single"/>
          </w:rPr>
          <w:t>00:29:41 – 00:30:23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‏يتحدث بديع الزمان في مواضع كثيرة عن المقدار والترتيب في الكون،‏ ‏وعن النظافة والانتظام والنظام.‏ ‏بل يشرح مثلاً في اللمعات تجلي القدوس،‏ ‏اسم الله القدوس، حيث النظافة في كل شيء.‏ ‏وهذا الاسم لله، القدوس، ينظف موجودات الكون‏ ‏ويجمّلها.‏ ‏نعم.‏ ‏وكذلك يؤكد القرآن الكريم أن أفعال الإنسان، أفعاله الخاطئة،‏ ‏تسبب في الحقيقة فساداً في الكون،‏ ‏و[اختلالاً؟]، كما يؤكد كثير من الآيات‏</w:t>
      </w:r>
    </w:p>
    <w:p>
      <w:pPr>
        <w:keepNext/>
      </w:pPr>
      <w:hyperlink r:id="rId52">
        <w:r>
          <w:rPr>
            <w:color w:val="1155CC"/>
            <w:u w:val="single"/>
          </w:rPr>
          <w:t>00:30:24 – 00:31:09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‏الكريمة. وفي الوقت نفسه، الإنسان، هذا التوازن، أي إن الله يقول: «نحن‏ ‏خلقنا الكون في نظام وانتظام ومقدار، وأودعناه أمانة عندكم».‏ ‏يقول: «وهذا أمانة عندكم أيضاً».‏ ‏ولذلك فنحن مسؤولون ومكلفون بحماية هذه الأمانة.‏ ‏وكذلك في رسائل النور، عندما نقرأ الموجودات قراءة خاطئة،‏ ‏تظهر هذه المشكلات تبعاً لذلك.‏ ‏وبتعبير بديع الزمان، يد البشر الملوثة، يد الإنسان‏ ‏القذرة، كلما تدخلت في الكون اختلت هذه الموازين للأسف.‏ ‏ولذلك يتساءل كثير من علماء العالم في الحقيقة:‏</w:t>
      </w:r>
    </w:p>
    <w:p>
      <w:pPr>
        <w:keepNext/>
      </w:pPr>
      <w:hyperlink r:id="rId53">
        <w:r>
          <w:rPr>
            <w:color w:val="1155CC"/>
            <w:u w:val="single"/>
          </w:rPr>
          <w:t>00:31:09 – 00:31:50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‏«كيف نحل هذه المشكلات؟ فهناك كل هذه الأزمات والصعوبات».‏ ‏يجب أن نصحح نظرتنا إلى هذه الموجودات،‏ ‏وأن نعرف مسؤولياتنا.‏ ‏ولهذا فإن بديع الزمان يرى المعنى في المادة، ويعبّر عنه‏ ‏باسم المعنى الحرفي، بمصطلح المعنى الحرفي.‏ ‏انظروا، من جهة نقول نحن علماء الطبيعة: «ما أجمل هذه الزهرة!»‏ ‏لكن لو أوصلنا إلى شبابنا وأجيالنا رسالة: «ما أجمل خلقها»،‏ ‏فإننا حينئذ، هذه الكائنات الحية وهذه الموجودات في الطبيعة،‏ ‏لا نقوى على إيذائها، ولا نفنيها.‏</w:t>
      </w:r>
    </w:p>
    <w:p>
      <w:pPr>
        <w:keepNext/>
      </w:pPr>
      <w:hyperlink r:id="rId54">
        <w:r>
          <w:rPr>
            <w:color w:val="1155CC"/>
            <w:u w:val="single"/>
          </w:rPr>
          <w:t>00:31:52 – 00:32:36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في القرآن الكريم وفي أخلاق النبي، بالطبع،‏ ‏ضرورة إظهار السلوك الصديق للبيئة‏ ‏أمر مذكور.‏ ‏يذكر النبي أو القرآن الكريم مبادئ الميزان،‏ ‏والأمانة والاقتصاد وتجنب الإسراف.‏ ‏ومن المنظور القرآني للبيئة، كذلك بسبب ما فعل الناس‏ ‏بأيديهم، يظهر الفساد في البر والبحر، مثلاً.‏ ‏وفي سورة الرحمن: «رفع السماء ووضع الميزان، فلا تخلوا بالتوازن»، مثلاً.‏ ‏فالقرآن الكريم والنبي حمّلانا دائماً مسؤوليات‏</w:t>
      </w:r>
    </w:p>
    <w:p>
      <w:pPr>
        <w:keepNext/>
      </w:pPr>
      <w:hyperlink r:id="rId55">
        <w:r>
          <w:rPr>
            <w:color w:val="1155CC"/>
            <w:u w:val="single"/>
          </w:rPr>
          <w:t>00:32:36 – 00:33:18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‏تجاه البيئة.‏ ‏ويقول النبي: «في واجبكم الأخير،‏ ‏حتى لو علمتم أنكم ستموتون وتغادرون الدنيا،‏ ‏اغرسوا شجرة، اغرسوا فسيلة».‏ ‏ولذلك يُعبّر عن حماية الطبيعة بأنها‏ ‏مسؤولية دينية واجتماعية.‏ ‏والآن، بعد هذه التوطئة وهذا المدخل،‏ ‏فإن الموضوع الرئيسي لبحثي هو في الحقيقة النبات والنباتات في رسائل النور.‏ ‏كيف تناول بديع الزمان هذا الموضوع في رسائل النور، وكيف علمنا‏ ‏كيف ينبغي أن ننظر إلى النباتات؟‏ ‏بإذنكم سأقول شيئاً عن ذلك أيضاً. — انتهينا، أستاذ؟‏</w:t>
      </w:r>
    </w:p>
    <w:p>
      <w:pPr>
        <w:keepNext/>
      </w:pPr>
      <w:hyperlink r:id="rId56">
        <w:r>
          <w:rPr>
            <w:color w:val="1155CC"/>
            <w:u w:val="single"/>
          </w:rPr>
          <w:t>00:33:18 – 00:34:02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‏— آخر 3 دقائق، أستاذ.‏ ‏حسناً، سأختتم يا أستاذ.‏ ‏النباتات في لغة بديع الزمان رسائل إلهية في الحقيقة،‏ ‏موجودات تحمل إلينا رسائل.‏ ‏إحسان إلهي، وهدية رحمانية.‏ ‏في رسائل النور يُعبّر عن النباتات دائماً بمصطلح «نباتات».‏ ‏ومعناه النباتات.‏ ‏وكل نبات وكل موجود آية كونية.‏ ‏انظروا، في رسائل النور فعلت هكذا، صنفتها.‏ ‏النباتات دليل التوحيد، ومجال عرض الصنعة الإلهية.‏ ‏رزق، رزق لنا نحن البشر وللحيوانات وللكائنات الحية.‏ ‏وهي [مرآة؟] لأسماء الله.‏ ‏وهي أيضاً نموذج للحشر.‏</w:t>
      </w:r>
    </w:p>
    <w:p>
      <w:pPr>
        <w:keepNext/>
      </w:pPr>
      <w:hyperlink r:id="rId57">
        <w:r>
          <w:rPr>
            <w:color w:val="1155CC"/>
            <w:u w:val="single"/>
          </w:rPr>
          <w:t>00:34:02 – 00:34:46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حين تموت النباتات شتاءً وتحيى ربيعاً، فإنها‏ ‏مجدداً، لنا، الحشر...‏ ‏هنا قارنّا في الحقيقة بين المعنى الاسمي والمعنى الحرفي.‏ ‏خلف الأزمة البيئية قراءة الموجودات باسم أنفسها‏ ‏وتجاهل بُعد المعنى في الطبيعة.‏ ‏ولذلك تفيد أطروحات ودراسات علمية كثيرة بأن العلم الآن‏ ‏يجب أن يصلح نفسه، وأن علينا تصحيح نظرتنا إلى الكون.‏ ‏انظروا، هناك مئات الدراسات في تركيا وإندونيسيا وماليزيا،‏ ‏وفي أماكن كثيرة، وفي هذا المعنى فإن كيفية قراءة الموجودات‏</w:t>
      </w:r>
    </w:p>
    <w:p>
      <w:pPr>
        <w:keepNext/>
      </w:pPr>
      <w:hyperlink r:id="rId58">
        <w:r>
          <w:rPr>
            <w:color w:val="1155CC"/>
            <w:u w:val="single"/>
          </w:rPr>
          <w:t>00:34:46 – 00:35:28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‏أمر مهم جداً.‏ ‏نعم، حين نظمنا مؤتمرات الخلق من قبل،‏ ‏وجّهنا إلى الصحافة الوطنية هذه الرسالة:‏ ‏«يجب أن نترجم الكون ترجمة صحيحة».‏ ‏فالعلوم الطبيعية اليوم، العلوم التي ندرّسها في جامعاتنا، للأسف‏ ‏تترجم ترجمة خاطئة.‏ ‏إنها تترجم الكون ترجمة خاطئة.‏ ‏نعم، في عشرات المواضع من الكلمات، مثلاً‏ ‏الكلمة العاشرة والرابعة عشرة، وفي كثير من‏ ‏الكلمات، يشرح بديع الزمان النباتات من جوانب مختلفة.‏ ‏وكذلك في المكتوبات، وكذلك في الشعاعات،‏ ‏ويقارن إحياء النباتات‏</w:t>
      </w:r>
    </w:p>
    <w:p>
      <w:pPr>
        <w:keepNext/>
      </w:pPr>
      <w:hyperlink r:id="rId59">
        <w:r>
          <w:rPr>
            <w:color w:val="1155CC"/>
            <w:u w:val="single"/>
          </w:rPr>
          <w:t>00:35:28 – 00:36:10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‏ببعث الإنسان.‏ ‏وكما ترون، الحشر والبعث من خلال لغة النباتات وتشبيهها،‏ ‏هكذا يشرح.‏ ‏ويذكر أن جميع النباتات تسبّح الله سبحانه وتعالى.‏ ‏يقول.‏ ‏«كتب حية تروي بلسان حالها حكمة الله وقدرته ورحمته»،‏ ‏هكذا يعرّفها.‏ ‏— يا أستاذ، لنختتم، وقتنا ينتهي.‏ ‏وفي الوقت نفسه، فإن بديع الزمان نفسه أثناء كتابته المستمرة لرسائل النور،‏ ‏قضى عمره بين النباتات والنبات والغابات والأشجار.‏ ‏في بارلا وإسبرطة وأماكن كثيرة.‏ ‏وقال: «لا أبدّل هذه الأماكن بقصر يلدز».‏</w:t>
      </w:r>
    </w:p>
    <w:p>
      <w:pPr>
        <w:keepNext/>
      </w:pPr>
      <w:hyperlink r:id="rId60">
        <w:r>
          <w:rPr>
            <w:color w:val="1155CC"/>
            <w:u w:val="single"/>
          </w:rPr>
          <w:t>00:36:10 – 00:36:50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إنه أولى لها هذه الأهمية.‏ ‏نعم، يقول بديع الزمان إن الكون أيضاً صيدلية إلهية.‏ ‏ويلفت النظر إلى جانب التداوي بالنباتات.‏ ‏وقد أخذت هنا حبة البركة مثالاً فقط.‏ ‏وأن فيها ألف دواء ودواء، في الحديث الشريف.‏ ‏وهنا، حين يؤكد بديع الزمان أن الكون صيدلية،‏ ‏يذكر أن كل نبات ضمن مقدار ونظام معينين.‏ ‏نعم، يقول: «الكون بيت لي، والنباتات لوازمه المزينة،‏ ‏المزخرفة».‏ ‏والنباتات موظفون مكلفون من الله، وجيش سبحاني،‏</w:t>
      </w:r>
    </w:p>
    <w:p>
      <w:pPr>
        <w:keepNext/>
      </w:pPr>
      <w:hyperlink r:id="rId61">
        <w:r>
          <w:rPr>
            <w:color w:val="1155CC"/>
            <w:u w:val="single"/>
          </w:rPr>
          <w:t>00:36:50 – 00:37:32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‏كأنها كذلك.‏ ‏في الكون تعاون وتساند، والحياة ليست صراعاً.‏ ‏انظروا، يقول النباتات، والسحب تغيث النباتات، والنباتات الحيوانات، وهي‏ ‏تغيث الإنسان، هكذا قانون هائل للتعاون في الكون.‏ ‏يا أستاذ، أنا أختتم.‏ ‏والاقتصاد والإسراف أيضاً موضوع أستاذنا، الأستاذ إسماعيل.‏ ‏ولذلك أيها المشاركون الكرام، توجد في رسائل النور في الحقيقة‏ ‏حلول قرآنية جادة لهذه الأزمات‏ ‏البيئية.‏ ‏فكيف تُحل الأزمات البيئية في عصرنا؟‏</w:t>
      </w:r>
    </w:p>
    <w:p>
      <w:pPr>
        <w:keepNext/>
      </w:pPr>
      <w:hyperlink r:id="rId62">
        <w:r>
          <w:rPr>
            <w:color w:val="1155CC"/>
            <w:u w:val="single"/>
          </w:rPr>
          <w:t>00:37:32 – 00:38:13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‏بالميزان والاقتصاد وفهم الأمانة‏ ‏وفهم التفكر.‏ ‏نعم، في الختام، هذه الرسائل وهذه الحلول‏ ‏قد قُدمت في رسائل النور في الحقيقة.‏ ‏ينبغي الرفق بالكائنات الحية والعناية بالنباتات وحماية مصادر‏ ‏المياه، وعدم الإسراف.‏ ‏لنختم بهذه الشريحة.‏ ‏في الحقيقة يقول العلم الحديث: خلية، تمثيل ضوئي، نباتات، بيئة، تطور،‏ ‏تُستخدم هذه المصطلحات.‏ ‏أي حين تنظر إلى نبات: غذاء، خشب، دواء، مورد، هكذا النباتات،‏</w:t>
      </w:r>
    </w:p>
    <w:p>
      <w:pPr>
        <w:keepNext/>
      </w:pPr>
      <w:hyperlink r:id="rId63">
        <w:r>
          <w:rPr>
            <w:color w:val="1155CC"/>
            <w:u w:val="single"/>
          </w:rPr>
          <w:t>00:38:13 – 00:38:57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ماذا تقول رسائل النور؟‏ ‏هذه نعم، وهذه رسائل، وصنعة إلهية، ورحمة‏ ‏إلهية، وأن لهذه النباتات وظائف.‏ ‏دعوني أختم برسالة أخيرة.‏ ‏يقول عالم أمريكي، ألدو [ليوبولد؟]:‏ ‏«برأيي، أعظم اختراع في القرن الحادي والعشرين‏ ‏ليس الراديو ولا التلفاز ولا الطائرة»،‏ ‏يقول.‏ ‏«برأيي»، يقول هذا العالم الأجنبي، «أعظم اختراع وأعظم‏ ‏اكتشاف، الاكتشاف العظيم حقاً، هو ملاحظة هذا النظام في الكون،‏ ‏وفهمه، وفهم تعقيد الوجود على الأرض».‏</w:t>
      </w:r>
    </w:p>
    <w:p>
      <w:pPr>
        <w:keepNext/>
      </w:pPr>
      <w:hyperlink r:id="rId64">
        <w:r>
          <w:rPr>
            <w:color w:val="1155CC"/>
            <w:u w:val="single"/>
          </w:rPr>
          <w:t>00:38:57 – 00:39:38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‏وفي الحقيقة، بديع الزمان أيضاً في رسائل النور، لنختم بعبارته:‏ ‏«هذا الكون ذو معنى ونظام إلى حد أنه‏ ‏كتاب سبحاني مجسم،‏ ‏وقرآن رباني جسماني»، يقول.‏ ‏في الكون نظام خالٍ من العيوب، وعلينا أن نقرأ هذا المعنى‏ ‏وأن نحافظ على هذه الأمانة. يا أستاذ، تجاوزت وقتي قليلاً.‏ ‏شكراً جزيلاً. وهذه الكتب التي كتبناها.‏ ‏نكتب كتباً عن النباتات في عموم تركيا.‏ ‏نشكركم.‏ ‏شكرا جزيلا لكم أستاذنا.‏ ‏ريثما يجهز عرضنا التالي للأستاذ المشارك الدكتور عبد الله إيكر، أود أن‏</w:t>
      </w:r>
    </w:p>
    <w:p>
      <w:pPr>
        <w:keepNext/>
      </w:pPr>
      <w:hyperlink r:id="rId65">
        <w:r>
          <w:rPr>
            <w:color w:val="1155CC"/>
            <w:u w:val="single"/>
          </w:rPr>
          <w:t>00:39:38 – 00:40:20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‏ألخص بإيجاز ما سمعته.‏ ‏كان هذا العرض في الحقيقة متمما، أي مكملا للعرض السابق، بل‏ ‏موضحا له بدرجة أكبر.‏ ‏وهنا أيضا نظرنا إلى الكون من نافذة النبات.‏ ‏في الواقع، عند النظر بالمعنى الحرفي وحده،‏ ‏أي إلى خصائص النبات الأساسية [بهذا المعنى؟]،‏ ‏لا تنفتح نافذة الحكمة، لا في العلم ولا في الحياة اليومية،‏ ‏ولا تنفتح نافذة التفكر.‏ ‏لكن في الإطار الذي رسمته رسائل النور، أو في مؤلفات بديع الزمان،‏ ‏حين تستخدم اللغة التي تناول بها النباتات، ينفتح معنى‏ ‏التفكر، ويبلغ معنى الحكمة فجأة حالة يعبر فيها عن معان متعددة‏</w:t>
      </w:r>
    </w:p>
    <w:p>
      <w:pPr>
        <w:keepNext/>
      </w:pPr>
      <w:hyperlink r:id="rId66">
        <w:r>
          <w:rPr>
            <w:color w:val="1155CC"/>
            <w:u w:val="single"/>
          </w:rPr>
          <w:t>00:40:20 – 00:41:01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آن واحد.‏ ‏شكرا جزيلا لكم أستاذ حسن.‏ ‏ليعذرني أساتذتنا، فقد بدأنا متأخرين قليلا.‏ ‏أضطر إلى التنبيه، لكننا نحاول ألا نتجاوز خمس عشرة دقيقة.‏ ‏في عرضنا الثالث، من قسم التربية الخاصة بكلية التربية‏ ‏بجامعة باليكسير، سيقدم أستاذنا المختص بالتربية الخاصة،‏ ‏الأستاذ المشارك الدكتور عبد الله إيكر،‏ ‏عرضه بعنوان «تحليل [مقارن؟]‏ ‏للإطار الأخلاقي القرآني لسعيد النورسي ومفاهيم الأخلاق العلمانية:‏ ‏اقتراح نموذج للتربية الأخلاقية».‏ ‏أستاذنا، تنبيه صغير مرة أخرى: لدينا خمس عشرة دقيقة.‏ ‏يمكنكم البدء، تفضلوا.‏</w:t>
      </w:r>
    </w:p>
    <w:p>
      <w:pPr>
        <w:keepNext/>
      </w:pPr>
      <w:hyperlink r:id="rId67">
        <w:r>
          <w:rPr>
            <w:color w:val="1155CC"/>
            <w:u w:val="single"/>
          </w:rPr>
          <w:t>00:41:10 – 00:41:50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‏السلام عليكم.‏ ‏أيها الحضور الكرام، أستاذنا جيهات يشار أوغلو، صاحب كتاب‏ ‏«التربية على القيم»، متخصص في هذا الموضوع.‏ ‏أما أنا فأدرس مقررات الأخلاق في الجامعة منذ أربع أو خمس سنوات.‏ ‏نناقش القضايا الأخلاقية كثيرا مع الشباب.‏ ‏ونناقشها من جانبين:‏ ‏الجانب النظري للأخلاق، والتربية الأخلاقية،‏ ‏كيف تعلم الأخلاق، وما هي الأخلاق؟‏ ‏نبحث عن جوابين لهذين السؤالين.‏ ‏هناك تساؤلات جادة جدا في هذا الشأن، وتأتينا أسئلة كثيرة‏</w:t>
      </w:r>
    </w:p>
    <w:p>
      <w:pPr>
        <w:keepNext/>
      </w:pPr>
      <w:hyperlink r:id="rId68">
        <w:r>
          <w:rPr>
            <w:color w:val="1155CC"/>
            <w:u w:val="single"/>
          </w:rPr>
          <w:t>00:41:50 – 00:42:31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الشباب.‏ ‏لماذا لا نرى الأخلاق الإسلامية في المجتمعات المسلمة؟‏ ‏لماذا لا تعاش القيم الرفيعة المتعلقة بالفضيلة الأخلاقية في القرآن‏ ‏في المجتمع؟‏ ‏أو كيف تحافظ بعض المجتمعات العلمانية على القيم الأخلاقية؟‏ ‏مثلا في بلدان أوروبية مثل النرويج، حيث يسود القانون،‏ ‏كيف نفسر أن النظام والصدق والأمانة في المجتمع في وضع‏ ‏أفضل نسبيا؟ تطرح أسئلة كثيرة كهذه.‏ ‏وفي رسائل النور أجوبة قوية جدا عن هذه الأسئلة.‏ ‏أردت إجراء مقارنة على هذا الأساس.‏</w:t>
      </w:r>
    </w:p>
    <w:p>
      <w:pPr>
        <w:keepNext/>
      </w:pPr>
      <w:hyperlink r:id="rId69">
        <w:r>
          <w:rPr>
            <w:color w:val="1155CC"/>
            <w:u w:val="single"/>
          </w:rPr>
          <w:t>00:42:31 – 00:43:13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‏أجرينا أولا مسحا للبحوث الأخلاقية.‏ ‏كان موضوع الأخلاق في رسائل النور مجالا لبحوث جادة جدا.‏ ‏في مجلتي «قطره» و«كوبرو»، وفي الندوات‏ ‏السابقة، توجد أوراق بحثية جميلة جدا.‏ ‏يمكننا تناولها في ثلاثة أبعاد.‏ ‏أولا، كل ما نتحدث عنه منذ أمس يرتبط بالأخلاق، وهو موضوع واسع جدا.‏ ‏فما نسميه الأزمة العالمية هو في الحقيقة أزمة أخلاقية.‏ ‏ولأن أزمة الإنسانية أخلاقية، فإن كل ما نتحدث عنه يدخل في أساسه‏ ‏في موضوع الفلسفة الأخلاقية.‏ ‏وبهذا المعنى فهو موضوع واسع جدا جدا.‏</w:t>
      </w:r>
    </w:p>
    <w:p>
      <w:pPr>
        <w:keepNext/>
      </w:pPr>
      <w:hyperlink r:id="rId70">
        <w:r>
          <w:rPr>
            <w:color w:val="1155CC"/>
            <w:u w:val="single"/>
          </w:rPr>
          <w:t>00:43:13 – 00:43:54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‏كان من الصعب جدا تلخيص موضوع بهذا الاتساع.‏ ‏سأتناول هنا عناوين ورقتي بإيجاز شديد.‏ ‏وللتفاصيل الشاملة يمكن الرجوع إلى الورقة كاملة.‏ ‏وأرى أيضا أن هذا الموضوع يستحق كتابا مستقلا.‏ ‏طلاب رسائل النور، ونموذج بديع الزمان الأخلاقي، ومنهجه الأخلاقي‏ ‏ومنهجه في التربية الأخلاقية، ينبغي تناولها بصورة شاملة جدا،‏ ‏فيما أرى.‏ ‏تتناول البحوث في الغالب البعد الاجتماعي.‏ ‏سبق أن عقدنا ندوة بعنوان «العولمة والأخلاق».‏ ‏في عام 2007، [تابعتها أنا أيضا؟] عن كثب في إسطنبول.‏</w:t>
      </w:r>
    </w:p>
    <w:p>
      <w:pPr>
        <w:keepNext/>
      </w:pPr>
      <w:hyperlink r:id="rId71">
        <w:r>
          <w:rPr>
            <w:color w:val="1155CC"/>
            <w:u w:val="single"/>
          </w:rPr>
          <w:t>00:43:54 – 00:44:37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‏ننظر في حلول لأخلاق المجتمع إزاء مشكلاته، على أساس‏ ‏الحلول التي يقدمها القرآن.‏ ‏نتناول الأخلاق الاجتماعية والفردية بوصفهما بعدين مختلفين‏ ‏إلى حد ما.‏ ‏فمثلا، حين نتحدث عن النظريات الأخلاقية‏ ‏في العالم، فإن نظريات أخلاق المجتمع‏ ‏موجودة.‏ ‏نعد في الغالب «الجمهورية» لأفلاطون، وفي الفلسفة الإسلامية كتاب الفارابي‏ ‏«المدينة الفاضلة»، من الكتب الأساسية في المجتمع المثالي.‏ ‏هناك فترة قبل الثورة الفرنسية شكلت نقطة تحول كبيرة جدا.‏ ‏وهنا شخصيتان مهمتان: برتراند راسل ودوركايم.‏</w:t>
      </w:r>
    </w:p>
    <w:p>
      <w:pPr>
        <w:keepNext/>
      </w:pPr>
      <w:hyperlink r:id="rId72">
        <w:r>
          <w:rPr>
            <w:color w:val="1155CC"/>
            <w:u w:val="single"/>
          </w:rPr>
          <w:t>00:44:37 – 00:45:19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‏ومن اللافت أنهما عاشا قبيل الثورة الفرنسية تماما.‏ ‏أثرت آراؤهما في النظام الاجتماعي تأثيرا كبيرا في العالم.‏ ‏لماذا أثرت بهذا القدر؟‏ ‏لأنهما فكرا في بيئة بلغ فيها فساد أخلاق المجتمع حدا شديدا.‏ ‏قبل الثورة الفرنسية، كما تعلمون،‏ ‏كان هناك انعدام مذهل لأمن الأرواح والأموال‏ ‏في المجتمع، وكانت هناك فوضى.‏ ‏كان هناك [ظلم برجوازي؟] يعبر عنه بقول:‏ ‏«إن لم يجدوا الخبز فليأكلوا الكعك».‏ ‏وكان الشعب يعاني الفقر والبؤس.‏ ‏كان المجتمع قد انهار تماما.‏ ‏فتساءلوا عن ذلك: لماذا انهار مجتمعنا؟‏ ‏وأرى أن الأطروحات التي طوروها في مواجهة المسيحية الفاسدة‏</w:t>
      </w:r>
    </w:p>
    <w:p>
      <w:pPr>
        <w:keepNext/>
      </w:pPr>
      <w:hyperlink r:id="rId73">
        <w:r>
          <w:rPr>
            <w:color w:val="1155CC"/>
            <w:u w:val="single"/>
          </w:rPr>
          <w:t>00:45:19 – 00:45:59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‏التي رأوها أمامهم قد عممت‏ ‏أكثر مما ينبغي.‏ ‏لدوركايم كتاب بعنوان «المجتمع والأخلاق».‏ ‏وكما تعلمون، دوركايم هو الأب المؤسس لعلم الاجتماع.‏ ‏ويعرف علم الاجتماع بأنه علم الأخلاق.‏ ‏أي مجال يدرس أخلاق المجتمع.‏ ‏وقد فكر وبحث بجدية كبيرة في أخلاق المجتمع.‏ ‏في ذلك الوقت، بيع الكنيسة للجنة، أو إمكانية التسامح مع شتى الجرائم‏ ‏والأفعال غير الأخلاقية عن طريق الاعتراف بالذنوب،‏</w:t>
      </w:r>
    </w:p>
    <w:p>
      <w:pPr>
        <w:keepNext/>
      </w:pPr>
      <w:hyperlink r:id="rId74">
        <w:r>
          <w:rPr>
            <w:color w:val="1155CC"/>
            <w:u w:val="single"/>
          </w:rPr>
          <w:t>00:45:59 – 00:46:41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‏يرى أن هذه الأنظمة أدت إلى فساد أخلاق الناس.‏ ‏وفي مقابل ذلك هناك نظرية تقوم على النظام الاجتماعي،‏ ‏وتصور علماني للأخلاق على أساس المواطنة المتساوية وحب المواطنة،‏ ‏كما يسميه، كما تعلمون.‏ ‏هذا عام 1762، وفي عام 1782 أيضا «العقد الاجتماعي» لروسو، وهو كتاب‏ ‏نعرفه جيدا.‏ ‏أود مقارنة هذا الكتاب بمنهج الأستاذ الذي أسميه العقد الاجتماعي الإسلامي،‏ ‏مقارنة أعمق في بحث آخر.‏ ‏وهو أيضا يكتب «العقد الاجتماعي» عام 1782 ويقول: لماذا ينبغي لنا أن‏</w:t>
      </w:r>
    </w:p>
    <w:p>
      <w:pPr>
        <w:keepNext/>
      </w:pPr>
      <w:hyperlink r:id="rId75">
        <w:r>
          <w:rPr>
            <w:color w:val="1155CC"/>
            <w:u w:val="single"/>
          </w:rPr>
          <w:t>00:46:41 – 00:47:24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‏نكون أخلاقيين؟‏ ‏لأن ذلك يعود بالنفع علينا جميعا.‏ ‏إذا التزم الجميع بالقواعد ساد السلام في المجتمع، واستفدنا‏ ‏جميعا. فيطرح فكرة أن نكون أخلاقيين لمصلحتنا.‏ ‏تطورت حقوق الإنسان والإعلانات‏ ‏والمعايير القانونية الأوروبية على هذا الأساس،‏ ‏إلى حد ما بعد الثورة، كما تعلمون.‏ ‏تطور أولا في فرنسا، ثم في أوروبا كلها وفي العالم، هذا التصور‏ ‏القانوني للأخلاق.‏ ‏هذا التصور جميل، وقد كانت له فوائد إيجابية جدا.‏ ‏لكن فيه بعض المآزق.‏ ‏ما أهم مأزق فيه؟ إنه لا يؤسس الأخلاق على أساس إنساني جوهري جدا.‏</w:t>
      </w:r>
    </w:p>
    <w:p>
      <w:pPr>
        <w:keepNext/>
      </w:pPr>
      <w:hyperlink r:id="rId76">
        <w:r>
          <w:rPr>
            <w:color w:val="1155CC"/>
            <w:u w:val="single"/>
          </w:rPr>
          <w:t>00:47:24 – 00:48:06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‏لو كان كذلك، لو كانت أطروحة قوية تماما، لما استمر الاستعمار‏ ‏الأوروبي بعد الثورة الفرنسية.‏ ‏بل على العكس، ازداد اندفاعا. استعمار الهولنديين والبرتغاليين‏ ‏القائم على تجارة الموانئ، [والمستند؟] إلى الملاحة،‏ ‏واستعمار الرق، أفضيا بعد الثورة الصناعية إلى استعمار إنجليزي وفرنسي‏ ‏سيئ جدا، قائم تماما على الظلم واستغلال المناجم.‏ ‏أقاموا نظاما لمجتمعاتهم يقوم على مصالحهم، لكن‏ ‏هذا لم يطور فهما أخلاقيا يظهر الرحمة للمجتمعات الأخرى‏ ‏أو للجار.‏</w:t>
      </w:r>
    </w:p>
    <w:p>
      <w:pPr>
        <w:keepNext/>
      </w:pPr>
      <w:hyperlink r:id="rId77">
        <w:r>
          <w:rPr>
            <w:color w:val="1155CC"/>
            <w:u w:val="single"/>
          </w:rPr>
          <w:t>00:48:06 – 00:48:49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‏أقام هذا التصور الأخلاقي نظاما نسبيا، لكن هذا النظام انهار الآن‏ ‏في العالم. والعقد الاجتماعي أمام الأزمة الأخلاقية العالمية الراهنة‏ ‏لا يقدم جوابا كافيا.‏ ‏نرى أن التحول الأخلاقي يحدث بتأثير‏ ‏أحداث قوية.‏ ‏عموما، دفعت التغيرات الكبيرة والثورات والحروب المجتمعات‏ ‏إلى التفكير.‏ ‏ويقول الأستاذ بديع الزمان أيضا‏ ‏إن الحربين العالميتين الأولى والثانية ستدفعان الإنسانية إلى التساؤل،‏ ‏وأنهم سيقتربون من الإسلام نتيجة لذلك.‏ ‏وأنا أرى أن هذا التساؤل، لعدم حدوثه بما يكفي في الحرب العالمية الثانية،‏</w:t>
      </w:r>
    </w:p>
    <w:p>
      <w:pPr>
        <w:keepNext/>
      </w:pPr>
      <w:hyperlink r:id="rId78">
        <w:r>
          <w:rPr>
            <w:color w:val="1155CC"/>
            <w:u w:val="single"/>
          </w:rPr>
          <w:t>00:48:49 – 00:49:33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‏سيحدث في الحرب العالمية الثالثة، وستتبنى الإنسانية بعد ذلك‏ ‏الأخلاق الإسلامية.‏ ‏لدينا بهذا المعنى عناوين كثيرة جدا.‏ ‏تقوم الأخلاق الفردية في رسائل النور على بناء الفضيلة.‏ ‏يقر الأستاذ بأمراض المجتمع الإسلامي، ثم‏ ‏يسرد الحلول المقترحة لها.‏ ‏ومن أهم نصوص ذلك «الخطبة الشامية»، كما تعلمون.‏ ‏في مواضع كثيرة، وطوال ندوتنا أمس، لفتنا النظر إلى‏ ‏مقارنة حضارة القرآن وحضارة الفلسفة، ومقارنة تصور القرآن‏ ‏القائم على الحق بتصور الفلسفة القائم على المصلحة. وهذه‏</w:t>
      </w:r>
    </w:p>
    <w:p>
      <w:pPr>
        <w:keepNext/>
      </w:pPr>
      <w:hyperlink r:id="rId79">
        <w:r>
          <w:rPr>
            <w:color w:val="1155CC"/>
            <w:u w:val="single"/>
          </w:rPr>
          <w:t>00:49:33 – 00:50:14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الحقيقة نصوص تساؤل أخلاقي ومقارنة أخلاقية تماما.‏ ‏وهنا خاصة، «الهجمات الست» مؤلف قيم جدا عندي‏ ‏في الأخلاق الفردية، وسأتطرق إليه بعد قليل.‏ ‏وعدا ذلك، تحتل الأخلاق النبوية مكانة مهمة جدا في رسائل النور.‏ ‏الترتيب المنهجي للقيم في «شعاعات معرفة النبي»،‏ ‏في ضوء أخلاق نبينا، ينبغي أن يكون في ذاته موضوع‏ ‏بحث مستقل.‏ ‏ومن الموضوعات الأخرى أخلاق القرآن، أو أخلاق الأسماء الحسنى.‏ ‏تطور أخلاق الإنسان بوصفها تجليا للأسماء الحسنى،‏ ‏وفي مقدمتها الاسم الأعظم،‏</w:t>
      </w:r>
    </w:p>
    <w:p>
      <w:pPr>
        <w:keepNext/>
      </w:pPr>
      <w:hyperlink r:id="rId80">
        <w:r>
          <w:rPr>
            <w:color w:val="1155CC"/>
            <w:u w:val="single"/>
          </w:rPr>
          <w:t>00:50:14 – 00:50:56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‏موضوع قائم بذاته.‏ ‏وتناول الأخلاق بوصفها تجليا في الإنسان لأسماء العادل والحكم والقدوس‏ ‏موضوع آخر أيضا.‏ ‏ينبغي تناول كل هذه الأمور على حدة.‏ ‏حاولت الآن تناوله من أربع زوايا:‏ ‏التربية الأخلاقية، وعلم نفس الفقه، والنية والضمير والإيمان وضبط النفس،‏ ‏والوعي بالآخرة.‏ ‏علم نفس الفقه موضوع لافت، وأوصي به أساتذتنا الفقهاء.‏ ‏فالفقه ليس مجرد مجال يحدد الحلال والحرام على نحو سطحي،‏ ‏بل على أساس النية والإنصاف‏ ‏اللذين يؤكد عليهما الإمام الأعظم في «الفقه الأكبر»،‏</w:t>
      </w:r>
    </w:p>
    <w:p>
      <w:pPr>
        <w:keepNext/>
      </w:pPr>
      <w:hyperlink r:id="rId81">
        <w:r>
          <w:rPr>
            <w:color w:val="1155CC"/>
            <w:u w:val="single"/>
          </w:rPr>
          <w:t>00:50:56 – 00:51:39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‏منهج يجعل الدافع الأساسي للفقه أساسا له.‏ ‏يقول الإمام الأعظم إن «الأعمال بالنيات» نصف الفقه، ويولي أهمية كبيرة‏ ‏لحديث «الإنصاف نصف الدين».‏ ‏هذا المنهج يخرجنا من فهم شكلي للفقه إلى‏ ‏فهم أعمق ينظر إلى الدافع، [والميل؟]، الكامن وراء العمل.‏ ‏ورابعا، الحلول التي يقترحها أستاذنا لنشر الأخلاق الحميدة‏ ‏في المجتمع الإسلامي.‏ ‏هنا أيضا، في مؤلفات كثيرة، وفي مقدمتها «الخطبة الشامية» و«المحاكمات»،‏ ‏يشبه أستاذنا اضطراباتنا الأخلاقية‏ ‏بأنواع الأمراض السارية في الأخلاق الإسلامية،‏</w:t>
      </w:r>
    </w:p>
    <w:p>
      <w:pPr>
        <w:keepNext/>
      </w:pPr>
      <w:hyperlink r:id="rId82">
        <w:r>
          <w:rPr>
            <w:color w:val="1155CC"/>
            <w:u w:val="single"/>
          </w:rPr>
          <w:t>00:51:39 – 00:52:25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‏ويلفت النظر إلى ما لهذه الاضطرابات الأساسية المنتشرة من‏ ‏حلول.‏ ‏— أستاذ عبد الله، أقاطعكم، لكن الوقت يضيق.‏ ‏[نعم أستاذ؟]‏ ‏— أظن أن لديكم كثيرا مما تريدون عرضه.‏ ‏— أقول ذلك للتنبيه فقط.‏ ‏أشرح أولا الأخلاق الفردية على هذا الأساس،‏ ‏وأحيل بقية الأجزاء إلى [حكومته؟]،‏ ‏أستاذنا.‏ ‏غاية الإنسانية ووظيفة البشرية هي التخلق بالأخلاق الإلهية‏ ‏والسجايا الحسنة.‏ ‏أن نرى الأخلاق أولا غاية للإنسانية.‏ ‏أن ننظر إلى الأخلاق بعد [الولادة؟] من منظور ثواب أبدي في الآخرة،‏ ‏وبوعي العبودية. هذا تماما هو أساس أخلاق القرآن وأكبر فرق بينها‏</w:t>
      </w:r>
    </w:p>
    <w:p>
      <w:pPr>
        <w:keepNext/>
      </w:pPr>
      <w:hyperlink r:id="rId83">
        <w:r>
          <w:rPr>
            <w:color w:val="1155CC"/>
            <w:u w:val="single"/>
          </w:rPr>
          <w:t>00:52:25 – 00:53:06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‏وبين الأخلاق العلمانية.‏ ‏في التصور العلماني للأخلاق، تراعى المنفعة الفردية لأخلاق‏ ‏متبادلة أكثر، أما هنا‏ ‏فالنظر إلى أن الفضيلة تأتي تماما من وعي العبودية.‏ ‏ومن خارج القرآن والفلسفات الإسلامية، كان أقرب الفلاسفة‏ ‏إلى هذا هم الرواقيون.‏ ‏اكتشف الرواقيون أن كون الإنسان صالحا هو في ذاته‏ ‏سبب للسعادة، وأن سعادة الإنسان تعتمد تماما‏ ‏على صلاحه.‏ ‏ما يسميه الأستاذ ثوابا معجلا في الخير، أي‏</w:t>
      </w:r>
    </w:p>
    <w:p>
      <w:pPr>
        <w:keepNext/>
      </w:pPr>
      <w:hyperlink r:id="rId84">
        <w:r>
          <w:rPr>
            <w:color w:val="1155CC"/>
            <w:u w:val="single"/>
          </w:rPr>
          <w:t>00:53:06 – 00:53:46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‏أن يكون المرء صالحا بإشباعه الذاتي نفسه. وفي التربية الأخلاقية نسمي هذا‏ ‏الإشباع الذاتي.‏ ‏أي أن يتحلى الإنسان بالأخلاق الحميدة ليشعر هو بالسعادة،‏ ‏أو، بوصفه دافعا داخليا، ألا يكون مصدر الأخلاق من الخارج،‏ ‏لا من قاعدة أو معيار أو قبول اجتماعي، بل على العكس من‏ ‏رغبة الإنسان وميله. وقد طرح ذلك أكثر الفلاسفة قربا من القرآن‏ ‏وانسجاما معه في نشوء الأخلاق.‏ ‏مثلا إبكتيتوس، والنصوص في رسائل سينيكا الأخلاقية، تكشف كأنها‏ ‏تدل على أنه استفاد من منبع إلهي.‏</w:t>
      </w:r>
    </w:p>
    <w:p>
      <w:pPr>
        <w:keepNext/>
      </w:pPr>
      <w:hyperlink r:id="rId85">
        <w:r>
          <w:rPr>
            <w:color w:val="1155CC"/>
            <w:u w:val="single"/>
          </w:rPr>
          <w:t>00:53:46 – 00:54:31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عهد ماركوس أوريليوس تعيش روما أعدل عصورها وأجملها.‏ ‏لأنه يلفت في الأساس النظر إلى‏ ‏تصور قرآني للأخلاق. أما في التصورات الأخلاقية العلمانية الأخرى، فالسؤال‏ ‏الأساسي يبقى بلا جواب.‏ ‏يبقى سؤال «لماذا ينبغي أن نكون أخلاقيين؟» بلا جواب.‏ ‏أرى أن أهم نص في الأخلاق الفردية في رسائل النور هو‏ ‏«الهجمات الست»: في مقابل أمراضنا الستة‏ ‏ستة أسس‏ ‏للأخلاق الحميدة.‏ ‏لماذا أرى ذلك؟ أولا، تحتل المحبة في أخلاق الأستاذ‏</w:t>
      </w:r>
    </w:p>
    <w:p>
      <w:pPr>
        <w:keepNext/>
      </w:pPr>
      <w:hyperlink r:id="rId86">
        <w:r>
          <w:rPr>
            <w:color w:val="1155CC"/>
            <w:u w:val="single"/>
          </w:rPr>
          <w:t>00:54:31 – 00:55:12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‏مكانة مهمة جدا.‏ ‏يقول أستاذنا: «المحبة مزاج الأخلاق».‏ ‏هذه الكلمة ثمينة جدا.‏ ‏نعم.‏ ‏لأتحدث دون العرض، [لعل هذا أفضل؟] أستاذنا.‏ ‏كما قلتم، لألخص هنا.‏ ‏ما موقع الأستاذ بديع الزمان في تاريخ الأخلاق الإسلامية؟‏ ‏موقف أستاذنا أقرب إلى الأخلاق الصوفية.‏ ‏أي إن الإخلاص والمحبة والتواضع في أساس الأخلاق.‏</w:t>
      </w:r>
    </w:p>
    <w:p>
      <w:pPr>
        <w:keepNext/>
      </w:pPr>
      <w:hyperlink r:id="rId87">
        <w:r>
          <w:rPr>
            <w:color w:val="1155CC"/>
            <w:u w:val="single"/>
          </w:rPr>
          <w:t>00:55:13 – 00:55:54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‏أما سوء الأخلاق فينشأ من الكبر والاستعلاء والكراهية والعداوة والكذب،‏ ‏والحرص وحب الجاه والعجب.‏ ‏إذا زاد تدين المسلم‏ ‏محبته للآخرين وتسامحه معهم، فهو تدين حقيقي.‏ ‏أما إذا ازداد ما نسميه التدين بصورة شكلية، وأدى بالعكس‏ ‏إلى كراهية الآخرين وإقصائهم والحكم عليهم، فعندئذ‏ ‏ليس ذلك تدينا حقيقيا، وهنا تكمن أكبر مشكلاتنا.‏ ‏«نحن فدائيو المحبة، لا وقت لدينا للخصومة»؛ شعار أستاذنا.‏</w:t>
      </w:r>
    </w:p>
    <w:p>
      <w:pPr>
        <w:keepNext/>
      </w:pPr>
      <w:hyperlink r:id="rId88">
        <w:r>
          <w:rPr>
            <w:color w:val="1155CC"/>
            <w:u w:val="single"/>
          </w:rPr>
          <w:t>00:55:54 – 00:56:34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‏ويصفها عموما بأنها مزاج الأخلاق.‏ ‏تلك الجملة للأستاذ ثمينة جدا.‏ ‏أي يقول إن المحبة والإنسانية هي مزاج الأخلاق.‏ ‏لأننا في التربية على القيم—‏ ‏— يمكننا أن ننهي.‏ ‏نعم.‏ ‏في التربية على القيم نعرف الأخلاق على النحو التالي.‏ ‏مجموع القيم يشكل الخلق.‏ ‏ويتحد الخلق بالمزاج ليكون الشخصية.‏ ‏تأثير المزاج مهم جدا لتكوين شخصية أخلاقية.‏ ‏إذا كان المزاج قائما على المحبة والتواضع، نشأت منه‏ ‏الأخلاق الحميدة، وكأنه تربة خصبة تنبتها.‏</w:t>
      </w:r>
    </w:p>
    <w:p>
      <w:pPr>
        <w:keepNext/>
      </w:pPr>
      <w:hyperlink r:id="rId89">
        <w:r>
          <w:rPr>
            <w:color w:val="1155CC"/>
            <w:u w:val="single"/>
          </w:rPr>
          <w:t>00:56:34 – 00:57:17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‏أما إذا كان العكس، أي الحكم على الآخرين ورؤية النفس متفوقة،‏ ‏إذا جعلنا فهمنا للتدين نرى أنفسنا فئة متميزة ومتفوقة‏ ‏على الآخرين، فإن هذا في الحقيقة يؤسس لسوء‏ ‏الأخلاق. ومسألة مهمة أخرى: أتناول العنوان الأخير وأنهي،‏ ‏أستاذنا.‏ ‏رؤية العيوب الذاتية حصن الأخلاق، والقناعة والرضا وسيلة لاستمرار‏ ‏الأخلاق، والتواضع والمحو مناخها؛ هذا ما استخلصه من رسائل النور.‏ ‏لماذا تعد رؤية عيوب النفس مهمة جدا؟‏ ‏لأننا نرى في علم النفس أن أساس أكبر صور سوء الأخلاق اليوم هو‏</w:t>
      </w:r>
    </w:p>
    <w:p>
      <w:pPr>
        <w:keepNext/>
      </w:pPr>
      <w:hyperlink r:id="rId90">
        <w:r>
          <w:rPr>
            <w:color w:val="1155CC"/>
            <w:u w:val="single"/>
          </w:rPr>
          <w:t>00:57:17 – 00:57:57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‏ما يسمى بسيكولوجية الاستثمار.‏ ‏هذا لافت جدا. حين يثق الإنسان ببعض القيم في نفسه،‏ ‏قد يفتح لنفسه مجالا لأفعال أخرى غير أخلاقية.‏ ‏يسمى هذا بسيكولوجية الاستثمار عند الإنسان،‏ ‏أو ما نسميه سيكولوجية المساومة.‏ ‏كأننا في حالة مساومة مع الخالق.‏ ‏إذا كنت قد حججت مثلا، فقد أعذر نفسي في ارتكاب بعض الأفعال غير الأخلاقية‏ ‏أو بعض الأخطاء في تجارتي.‏ ‏أو إذا كان لي عمل أعتمد عليه، وهو ما نسميه العجب، فقد أتعامل مع أمور‏ ‏أخرى وكأنني أفتح لنفسي رصيدا.‏</w:t>
      </w:r>
    </w:p>
    <w:p>
      <w:pPr>
        <w:keepNext/>
      </w:pPr>
      <w:hyperlink r:id="rId91">
        <w:r>
          <w:rPr>
            <w:color w:val="1155CC"/>
            <w:u w:val="single"/>
          </w:rPr>
          <w:t>00:57:57 – 00:58:41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‏هذه [دسيسة؟] للنفس.‏ ‏في ما يسميه الأستاذ [خطوات؟]، أي الخطوات، هذا أيضا أحد فخاخ النفس.‏ ‏أي النظر إلى الأخلاق وكأنها مجال ائتمان نسبي.‏ ‏— نعم، أستاذ عبد الله.‏ ‏نعم.‏ ‏— يمكننا أن ننهي، فقد [تجاوزنا؟] وقتنا كثيرا.‏ ‏وهذا أيضا مجال مهم جدا للبحث.‏ ‏وكل هذه، [من القيمة الأخلاقية في رسائل النور؟]،‏ ‏عميقة بما يكفي لتكون كل منها‏ ‏موضوع بحث مستقل.‏ ‏أي مجال للنقاش. أتمنى أن توجد مستقبلا‏ ‏دراسات تتناولها جميعا [ضمن النطاق؟].‏ ‏شكرا لكم أستاذنا.‏ ‏نعم، ونحن أيضا نشكر أستاذنا عبد الله.‏ ‏هنا غاية الإنسانية‏</w:t>
      </w:r>
    </w:p>
    <w:p>
      <w:pPr>
        <w:keepNext/>
      </w:pPr>
      <w:hyperlink r:id="rId92">
        <w:r>
          <w:rPr>
            <w:color w:val="1155CC"/>
            <w:u w:val="single"/>
          </w:rPr>
          <w:t>00:58:41 – 00:59:23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‏ووظيفة البشرية هي التخلق بالأخلاق الإلهية والسجايا الحسنة.‏ ‏أي إن الغاية الأساسية للإنسان، ووظيفة البشرية الأصلية، ومهمتها‏ ‏الأساسية، هي اكتساب الخلق بالأخلاق‏ ‏الإلهية والأخلاق الحميدة والسلوك الحسن.‏ ‏إنه اقتباس جميل وتعبير جميل.‏ ‏وهذا ما رأيته هنا.‏ ‏أستاذ عبد الله، كما قلتم، هذا بحث بحجم كتاب؛ بل إن جانبا منه،‏ ‏ربما حتى عشرة في المئة، لا يتسع له ربع ساعة.‏ ‏لذا أرى أنه بحث موجه إلى المستقبل.‏ ‏شكرا جزيلا.‏ ‏وكل مشكلة أيضا فرصة جديدة للتعلم.‏</w:t>
      </w:r>
    </w:p>
    <w:p>
      <w:pPr>
        <w:keepNext/>
      </w:pPr>
      <w:hyperlink r:id="rId93">
        <w:r>
          <w:rPr>
            <w:color w:val="1155CC"/>
            <w:u w:val="single"/>
          </w:rPr>
          <w:t>00:59:23 – 01:00:06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‏هذه مقولة لفيلسوف غربي.‏ ‏فكل فترة أزمة هي أيضا فرصة للحلول وإيجاد المخارج،‏ ‏وفرصة للتعلم.‏ ‏إذا نظرنا إليها هكذا خرجنا من الأزمات أقوى.‏ ‏نشكر أستاذنا عبد الله.‏ ‏طبعا لم يبق لنا سوى خمس عشرة دقيقة.‏ ‏أي قدر وقت عرض واحد.‏ ‏مقدم عرضنا الأخير من جامعة بيروني:‏ ‏أستاذنا البروفيسور الدكتور إسماعيل قوجه تشاليشكان.‏ ‏وعرضه بعنوان «صيغة الأزمة البيئية: الاستهلاك بقدر الحاجة»،‏ ‏سيشاركه معنا. ريثما يفتح عرض أستاذنا، أود أن أقول شيئا بإيجاز.‏</w:t>
      </w:r>
    </w:p>
    <w:p>
      <w:pPr>
        <w:keepNext/>
      </w:pPr>
      <w:hyperlink r:id="rId94">
        <w:r>
          <w:rPr>
            <w:color w:val="1155CC"/>
            <w:u w:val="single"/>
          </w:rPr>
          <w:t>01:00:06 – 01:00:49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الواقع، المعاني التي نريد شرحها والتعبير عنها هنا كثيرة.‏ ‏لكن لضيق الوقت، فإن التركيز على أجزاء معينة ونقلها وحدها‏ ‏أكثر فاعلية، على الأقل من حيث استثمار الوقت.‏ ‏أستاذنا، الكلمة لكم، تفضلوا.‏ ‏شكرا لكم، سيدي الرئيس.‏ ‏أيها المستمعون الكرام، موضوعنا صيغة الأزمة البيئية:‏ ‏الاستهلاك بقدر الحاجة، أي الاقتصاد.‏ ‏الفلسفة الأساسية للنظام الرأسمالي السائد في العالم اليوم‏</w:t>
      </w:r>
    </w:p>
    <w:p>
      <w:pPr>
        <w:keepNext/>
      </w:pPr>
      <w:hyperlink r:id="rId95">
        <w:r>
          <w:rPr>
            <w:color w:val="1155CC"/>
            <w:u w:val="single"/>
          </w:rPr>
          <w:t>01:00:49 – 01:01:32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‏هي زيادة الاستهلاك.‏ ‏فالرأسمالية تتغذى من الاستهلاك، هذه فلسفتها.‏ ‏أي إنشاء مجتمع استهلاكي ونشر هذه الفلسفة في‏ ‏العالم.‏ ‏وهذا بالطبع يسبب التلوث البيئي،‏ ‏وهو أزمة عالمية.‏ ‏الاستهلاك المفرط: حين تستهلكون كثيرا، ماذا تفعل المخلفات؟‏ ‏تتراكم في البيئة، فتسبب التلوث البيئي.‏ ‏لكن فلسفة الاستهلاك هذه تتعارض‏ ‏مع فلسفة الإسلام.‏</w:t>
      </w:r>
    </w:p>
    <w:p>
      <w:pPr>
        <w:keepNext/>
      </w:pPr>
      <w:hyperlink r:id="rId96">
        <w:r>
          <w:rPr>
            <w:color w:val="1155CC"/>
            <w:u w:val="single"/>
          </w:rPr>
          <w:t>01:01:32 – 01:02:17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‏إنها تخالف مبادئ الاقتصاد التي بينها الحق سبحانه في القرآن‏ ‏ووضعها في الكون.‏ ‏لأن مبادئ أقصى درجات الاقتصاد تعمل في الكون.‏ ‏في عالم الأحياء وعالم الجمادات، تبين مختلف فروع‏ ‏العلم ذلك.‏ ‏يظهر هذا التلوث البيئي العالمي في ثلاثة‏ ‏مجالات.‏ ‏أحدها التربة، والآخر المياه، والثالث الهواء:‏ ‏تلوثها.‏ ‏للأسف، هذه العناصر الثلاثة اليوم‏ ‏ملوثة بشدة، ويستمر تلوثها‏</w:t>
      </w:r>
    </w:p>
    <w:p>
      <w:pPr>
        <w:keepNext/>
      </w:pPr>
      <w:hyperlink r:id="rId97">
        <w:r>
          <w:rPr>
            <w:color w:val="1155CC"/>
            <w:u w:val="single"/>
          </w:rPr>
          <w:t>01:02:17 – 01:03:00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‏أكثر فأكثر.‏ ‏لكن اللافت هو أن هذا‏ ‏التلوث عالمي وشامل.‏ ‏فالتلوث الذي يحدث في مكان ما،‏ ‏في بلد ما، لا يبقى هناك.‏ ‏بل ينتشر إلى بلدان أخرى.‏ ‏خصوصا تلوث المياه والهواء.‏ ‏تلوث التربة ليس بالقدر نفسه، لكن تلوث المياه والهواء، لأن‏ ‏عالمنا يشبه الأواني المستطرقة.‏ ‏فما يحدث في مكان ينتشر سريعا إلى سائر أنحاء العالم.‏</w:t>
      </w:r>
    </w:p>
    <w:p>
      <w:pPr>
        <w:keepNext/>
      </w:pPr>
      <w:hyperlink r:id="rId98">
        <w:r>
          <w:rPr>
            <w:color w:val="1155CC"/>
            <w:u w:val="single"/>
          </w:rPr>
          <w:t>01:03:06 – 01:03:50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‏لأضرب مثالا أو مثالين لهذه الأواني المستطرقة.‏ ‏نهر الدانوب، أحد أكبر أنهار أوروبا،‏ ‏انظروا، ينبع من البلدان الاسكندنافية، مثل السويد والنرويج.‏ ‏ومن الجداول هناك تتجمع مياهه في ألمانيا‏ ‏ويصبح نهرا.‏ ‏من ألمانيا إلى جمهورية التشيك، ثم سلوفاكيا، ثم‏ ‏المجر، ثم صربيا، ثم رومانيا،‏ ‏ومن رومانيا يصب في البحر الأسود.‏ ‏انظروا، يمر عبر بلدان أوروبية كثيرة ليصب في بحرنا‏</w:t>
      </w:r>
    </w:p>
    <w:p>
      <w:pPr>
        <w:keepNext/>
      </w:pPr>
      <w:hyperlink r:id="rId99">
        <w:r>
          <w:rPr>
            <w:color w:val="1155CC"/>
            <w:u w:val="single"/>
          </w:rPr>
          <w:t>01:03:50 – 01:04:32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‏الأسود.‏ ‏وكما تعلمون، تتكون أوروبا من بلدان‏ ‏صناعية.‏ ‏لذلك تصرف مخلفات تلك البلدان إلى الدانوب.‏ ‏سواء مخلفات المصانع أو المخلفات المنزلية.‏ ‏إذا ألقيت هذه المخلفات في النهر دون تنظيف أو معالجة، كما‏ ‏كان الحال بالفعل حتى وقت قريب،‏ ‏فلم تكن هناك محطات معالجة.‏ ‏ربما منذ مئة أو مئة وخمسين سنة، حمل الدانوب مخلفات أوروبا،‏ ‏مخلفاتها الملوثة، إلى البحر الأسود.‏ ‏وغاصت المخلفات الواصلة إلى البحر الأسود فتجمعت في قاعه.‏</w:t>
      </w:r>
    </w:p>
    <w:p>
      <w:pPr>
        <w:keepNext/>
      </w:pPr>
      <w:hyperlink r:id="rId100">
        <w:r>
          <w:rPr>
            <w:color w:val="1155CC"/>
            <w:u w:val="single"/>
          </w:rPr>
          <w:t>01:04:32 – 01:05:12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‏وقاع البحر الأسود الآن ممتلئ بمخلفات ملوثة على هيئة وحل.‏ ‏أي تلوث وانتهى.‏ ‏لأضرب مثالا آخر.‏ ‏نهران كبيران من بلدنا: الفرات ودجلة.‏ ‏ينبعان في منطقة شرق الأناضول ببلدنا، وبعد مرورهما عبر‏ ‏مدن مختلفة، يجري الفرات إلى سوريا،‏ ‏ودجلة إلى العراق.‏ ‏ثم يلتقيان مجددا في العراق ويصلان إلى البحر في‏ ‏الخليج الفارسي.‏</w:t>
      </w:r>
    </w:p>
    <w:p>
      <w:pPr>
        <w:keepNext/>
      </w:pPr>
      <w:hyperlink r:id="rId101">
        <w:r>
          <w:rPr>
            <w:color w:val="1155CC"/>
            <w:u w:val="single"/>
          </w:rPr>
          <w:t>01:05:13 – 01:05:54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‏إذا كان هناك تلوث في تركيا،‏ ‏ولحسن الحظ لا يوجد في ولاياتنا الشرقية كثير من‏ ‏التلوث؛ فالصناعة تتركز أكثر في مدننا الغربية، خصوصا إسطنبول،‏ ‏لذا نحن محظوظون من هذه الناحية.‏ ‏لو تلوث الفرات ودجلة، مع أن مثل هذا الخطر الآن‏ ‏لا يظهر،‏ ‏لو تلوثا لتأثرت سوريا بذلك، ولتأثر العراق.‏ ‏كما ترون، ماذا يفعل التلوث في مكان ما؟‏ ‏يؤثر في البلدان الأخرى أيضا. أضرب تلوث المياه مثالا.‏ ‏أما تلوث الهواء فينتشر أسرع بكثير.‏ ‏حين يتلوث هواء بلد، تنقل الرياح والعواصف هذا التلوث عبر الهواء‏</w:t>
      </w:r>
    </w:p>
    <w:p>
      <w:pPr>
        <w:keepNext/>
      </w:pPr>
      <w:hyperlink r:id="rId102">
        <w:r>
          <w:rPr>
            <w:color w:val="1155CC"/>
            <w:u w:val="single"/>
          </w:rPr>
          <w:t>01:05:54 – 01:06:35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البلدان الأخرى بسرعة أكبر بكثير.‏ ‏لذلك ينتقل تلوث الهواء في أوروبا بسرعة إلى‏ ‏البلدان القريبة.‏ ‏نعم، يمكننا إثراء ذلك بأمثلة كثيرة.‏ ‏وضع الخالق العظيم نظاما في الكون وفي العالم،‏ ‏بعد خلقه أول مرة.‏ ‏نسمي هذا النظام التوازن البيئي.‏ ‏خلق وأقام توازنا بين الأحياء والجمادات.‏ ‏وأودعه لدينا، لدى الإنسان بوصفه خليفة الأرض.‏ ‏يقول للناس: «وضعت هذا النظام، فعيشوا من فضلكم دون أن تفسدوه».‏</w:t>
      </w:r>
    </w:p>
    <w:p>
      <w:pPr>
        <w:keepNext/>
      </w:pPr>
      <w:hyperlink r:id="rId103">
        <w:r>
          <w:rPr>
            <w:color w:val="1155CC"/>
            <w:u w:val="single"/>
          </w:rPr>
          <w:t>01:06:35 – 01:07:19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الإنسان لا [يأخذ هذا بعين الاعتبار؟]، بل [يصم أذنيه؟].‏ ‏فماذا حدث للنظام البيئي في العالم اليوم؟‏ ‏لقد اختل. والآن العلماء العاملون في علم البيئة،‏ ‏والأحياء والكيمياء والفيزياء وغيرها،‏ ‏والعلماء المشتغلون [بالعلوم الطبيعية؟]،‏ ‏يحاولون معرفة كيف يعيدون هذا التوازن البيئي.‏ ‏ولهذا ظهر قسم يسمى علم البيئة والهندسة البيئية، ومجال‏ ‏علمي.‏ ‏نعم.‏ ‏فما الحل؟‏ ‏عند الحديث عن الحل، فإن أفضل تنظيف أولا‏</w:t>
      </w:r>
    </w:p>
    <w:p>
      <w:pPr>
        <w:keepNext/>
      </w:pPr>
      <w:hyperlink r:id="rId104">
        <w:r>
          <w:rPr>
            <w:color w:val="1155CC"/>
            <w:u w:val="single"/>
          </w:rPr>
          <w:t>01:07:19 – 01:08:03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‏هو ألا نلوث. ينبغي أن تكون هذه فلسفتنا الأساسية.‏ ‏فبعد أن نلوث الشيء يكون تنظيفه أصعب بكثير.‏ ‏والأفضل: كيف نعيش دون أن نلوث؟‏ ‏ينبغي التفكير في ذلك منذ البداية.‏ ‏وإذا تلوث، فكيف ننظفه؟‏ ‏كيف لا نلحق الضرر؟‏ ‏علينا البحث عن سبل ذلك.‏ ‏وهذا بالطبع يكون بالتربية.‏ ‏علينا أن نعلم أطفالنا وشبابنا أن في العالم نظاما،‏ ‏وأن نغرس فكرة ضرورة العيش وفق هذا النظام‏ ‏في أذهانهم.‏ ‏وإلا فسيستمر هذا الخطر بوصفه أزمة‏</w:t>
      </w:r>
    </w:p>
    <w:p>
      <w:pPr>
        <w:keepNext/>
      </w:pPr>
      <w:hyperlink r:id="rId105">
        <w:r>
          <w:rPr>
            <w:color w:val="1155CC"/>
            <w:u w:val="single"/>
          </w:rPr>
          <w:t>01:08:03 – 01:08:46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‏تحيط بالعالم أكثر فأكثر.‏ ‏في القرآن آيات مختلفة عن البيئة والتوازن البيئي، أي‏ ‏طبعا لا يقول القرآن «التوازن البيئي»،‏ ‏فهذا اسمه العلمي؛ بل عن هذا النظام،‏ ‏توجد آيات متعددة.‏ ‏فمثلا في سورة البقرة: «لا تعرضوا أنفسكم للخطر بأيديكم»،‏ ‏كما ورد. وفي سورة الروم: «بسبب ما فعله الناس بأيديهم،‏ ‏اختل النظام في البر والبحر، ليذيقهم الله بعض‏ ‏ما فعلوه، لعلهم يرجعون عن هذا الخطأ»، كما ورد.‏ ‏وفي الأحاديث الشريفة أيضا أحاديث كثيرة في هذا الشأن.‏</w:t>
      </w:r>
    </w:p>
    <w:p>
      <w:pPr>
        <w:keepNext/>
      </w:pPr>
      <w:hyperlink r:id="rId106">
        <w:r>
          <w:rPr>
            <w:color w:val="1155CC"/>
            <w:u w:val="single"/>
          </w:rPr>
          <w:t>01:08:46 – 01:09:29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‏مثلا، أزال رجل شوكة من الطريق.‏ ‏فغفر الله ذنوبه لذلك وأدخله الجنة.‏ ‏انظروا كم هو مهم ألا نلوث البيئة.‏ ‏توجد شوكة في الطريق، فيزيلها أحد المارة.‏ ‏وبذلك ينال الرجل رضا الله.‏ ‏نعم، وفي حديث شريف آخر، إن إزالة ما يؤذي المارة‏ ‏صدقة عظيمة. انظروا، تعد صدقة.‏ ‏وفي حديث ثالث: «للإيمان بضع وسبعون شعبة، أدناها إزالة‏ ‏ما يؤذي في الطريق».‏ ‏وهناك أحاديث شريفة كثيرة أخرى كهذه.‏ ‏المهم أساسا هنا الاستهلاك بقدر الحاجة، أي العيش باقتصاد.‏</w:t>
      </w:r>
    </w:p>
    <w:p>
      <w:pPr>
        <w:keepNext/>
      </w:pPr>
      <w:hyperlink r:id="rId107">
        <w:r>
          <w:rPr>
            <w:color w:val="1155CC"/>
            <w:u w:val="single"/>
          </w:rPr>
          <w:t>01:09:29 – 01:10:12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‏وبديع الزمان قدوة حسنة لنا في هذا الشأن.‏ ‏عاش طوال حياته باقتصاد شديد، في أكله وشربه،‏ ‏ولباسه وكل شيء، حتى في نومه.‏ ‏وفي كلامه [هكذا أيضا؟].‏ ‏إذن، لكيلا نفسد هذا النظام الذي وضعه الحق سبحانه،‏ ‏يجب ألا نستهلك أكثر من حاجتنا.‏ ‏أي ينبغي أن ننفق بقدر حاجتنا.‏ ‏ينبغي أن تكون هذه فلسفة حياة لنا.‏ ‏وفي هذا الشأن أيضا: «كلوا واشربوا، لكن لا تسرفوا.‏ ‏إن الله لا يحب المسرفين»؛ هناك آية مشهورة بهذا المعنى.‏</w:t>
      </w:r>
    </w:p>
    <w:p>
      <w:pPr>
        <w:keepNext/>
      </w:pPr>
      <w:hyperlink r:id="rId108">
        <w:r>
          <w:rPr>
            <w:color w:val="1155CC"/>
            <w:u w:val="single"/>
          </w:rPr>
          <w:t>01:10:13 – 01:10:55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‏وفي رسائل النور أيضا عبارات عن التوازن والميزان‏ ‏في مواضع كثيرة.‏ ‏أوردت هنا مثالا أو مثالين.‏ ‏نعم، كما لا يوجد إسراف في شيء، فلا يوجد في شيء ظلم حقيقي‏ ‏ولا اختلال في الميزان.‏ ‏والتطهير والنظافة الناشئان من التجلي الأعظم لاسم القدوس‏ ‏ينظفان موجودات الكون كلها،‏ ‏ويجملانها. وبشرط ألا تتدخل يد البشر الملوثة، لا يظهر في شيء‏ ‏قذر حقيقي ولا قبح حقيقي.‏ ‏إذن الإنسان هو الذي يلوث، يلوث البيئة.‏ ‏حقا، حين نتجه نحو الجبال والريف الذي لم تمسه يد الإنسان،‏</w:t>
      </w:r>
    </w:p>
    <w:p>
      <w:pPr>
        <w:keepNext/>
      </w:pPr>
      <w:hyperlink r:id="rId109">
        <w:r>
          <w:rPr>
            <w:color w:val="1155CC"/>
            <w:u w:val="single"/>
          </w:rPr>
          <w:t>01:10:55 – 01:11:37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‏أليس كذلك، حين ندخل غابة، نرى، لا نرى أي تلوث.‏ ‏مع أن هناك أيضا كائنات حية، حيوانات ونباتات.‏ ‏ولها مخلفات أيضا.‏ ‏لكن كيف لا يرى هذا التلوث؟ وكيف لا يحدث التلوث؟‏ ‏لأن الحق سبحانه وضع نظاما يصفي ذلك التلوث.‏ ‏فماذا يحدث لذلك التلوث من تلقاء نفسه، تلقائيا؟‏ ‏بواسطة البكتيريا، والكائنات الصغيرة التي نسميها المحللات،‏ ‏ينظف. لكن حين تتدخل يد الإنسان يزداد التلوث هناك.‏ ‏خصوصا اليوم مع إنتاج المواد الاصطناعية، فقد صار كل شيء اصطناعيا.‏ ‏من البلاستيك وصولا إلى الأدوية.‏</w:t>
      </w:r>
    </w:p>
    <w:p>
      <w:pPr>
        <w:keepNext/>
      </w:pPr>
      <w:hyperlink r:id="rId110">
        <w:r>
          <w:rPr>
            <w:color w:val="1155CC"/>
            <w:u w:val="single"/>
          </w:rPr>
          <w:t>01:11:37 – 01:12:19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‏مع أنه لا توجد في الطبيعة إنزيمات تحلل المواد الاصطناعية.‏ ‏لذلك تتراكم المواد الاصطناعية [في الطبيعة؟]، وفي النهاية‏ ‏تبقى سنوات طويلة، خمسين أو مئة سنة، دون تحلل، مسببة التلوث البيئي.‏ ‏نعم، وفي رسائل النور أيضا مفهوم الأخوة الكونية.‏ ‏وصف بديع الزمان جميع الأحياء بالإخوة في رسائل النور.‏ ‏ويقول في مواضع كثيرة: «يا إخوة الكون».‏ ‏يقول: لو رأى الإنسان سائر أحياء العالم إخوة له،‏ ‏فهل يستطيع إيذاءهم؟‏</w:t>
      </w:r>
    </w:p>
    <w:p>
      <w:pPr>
        <w:keepNext/>
      </w:pPr>
      <w:hyperlink r:id="rId111">
        <w:r>
          <w:rPr>
            <w:color w:val="1155CC"/>
            <w:u w:val="single"/>
          </w:rPr>
          <w:t>01:12:19 – 01:13:01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‏أليس كذلك؟‏ ‏لا يستطيع إتلافهم ولا إيذاءهم.‏ ‏أود أن أذكر هنا أمثلة أخرى من حياة بديع الزمان.‏ ‏يقول بديع الزمان إن أمام بيته في بارلا شجرة دلب.‏ ‏ويحب تلك الشجرة إلى حد أنه أمر ببناء كوخ صغير من الخشب‏ ‏فوقها.‏ ‏وفيها يتفكر ويذكر الله ويطالع رسائل النور.‏ ‏ويقول، قال مرة: «لا أبدل شجرة الدلب هذه‏ ‏بقصر يلدز».‏ ‏«لا أبدلها بقصر يلدز الذي كان يسكنه عبد الحميد آنذاك».‏ ‏يقول: «لو أعطوني قصر يلدز، لما تخليت عن شجرة الدلب هذه».‏</w:t>
      </w:r>
    </w:p>
    <w:p>
      <w:pPr>
        <w:keepNext/>
      </w:pPr>
      <w:hyperlink r:id="rId112">
        <w:r>
          <w:rPr>
            <w:color w:val="1155CC"/>
            <w:u w:val="single"/>
          </w:rPr>
          <w:t>01:13:01 – 01:13:40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هذا الحد يقدر الشجرة.‏ ‏وفي قول آخر يقول عن الأشجار: «هي أيضا تذكر الله».‏ ‏وهذا تعبير وارد في القرآن أصلا:‏ ‏أن كل شيء يذكر الله.‏ ‏وأيضا: «لا تزعجوا الحيوانات».‏ ‏حين يرى [الصيادين؟] كان يقول: «لا تطلقوا النار على [الأرانب؟]‏ ‏و[الحجل؟]». أي إنه شخصية شديدة الرحمة، كما في هذه الأمثلة.‏ ‏— أستاذنا، يمكننا أن نوجز.‏ ‏لقد [وصلت؟] إلى الخاتمة بالفعل، سيدي الرئيس. شكرا لكم.‏ ‏نعم، في الختام، حماية الكائنات الحية هي بالتالي حماية التوازن‏ ‏البيئي.‏ ‏إنه أمر مهم. تحدثنا عنها قبل قليل بالفعل.‏ ‏نعم، أتجاوز هذه.‏</w:t>
      </w:r>
    </w:p>
    <w:p>
      <w:pPr>
        <w:keepNext/>
      </w:pPr>
      <w:hyperlink r:id="rId113">
        <w:r>
          <w:rPr>
            <w:color w:val="1155CC"/>
            <w:u w:val="single"/>
          </w:rPr>
          <w:t>01:13:41 – 01:14:24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أشكركم على الاستماع إلي.‏ ‏ونحن أيضا نشكركم أستاذنا.‏ ‏العرض الذي سمعناه عبر بصورة جميلة عن أن التلوث‏ ‏والمشكلات البيئية التي نراها في الكون ترجع أيضا إلى السلوك البشري.‏ ‏أود أن أنقل آية دونتها، وكذلك قولا [للأستاذ؟]،‏ ‏أن أشاركهما معكم.‏ ‏بسبب ما فعله الناس بأيديهم، اختل النظام في البر والبحر.‏ ‏وهكذا، لكي يرجعوا، يذيقهم الله بعض ما فعلوه.‏ ‏ويقول أستاذنا أيضا: «بشرط ألا تتدخل يد البشر الملوثة، لا يظهر في شيء‏</w:t>
      </w:r>
    </w:p>
    <w:p>
      <w:pPr>
        <w:keepNext/>
      </w:pPr>
      <w:hyperlink r:id="rId114">
        <w:r>
          <w:rPr>
            <w:color w:val="1155CC"/>
            <w:u w:val="single"/>
          </w:rPr>
          <w:t>01:14:24 – 01:15:04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‏قذر حقيقي ولا قبح». إذن، هنا حين‏ ‏يستسلم الإنسان لطمعه ويضر بالكون، فإنه هو أيضا‏ ‏من يتضرر. شكرا جزيلا أستاذنا. لقد أنهينا‏ ‏في الوقت المحدد تماما. أشكر أساتذتنا.‏ ‏يمكن في الحقيقة إجراء فقرة أسئلة وأجوبة، لكن إن أذنتم فلنفعل‏ ‏هكذا: ستتواصل الجلسات الأخرى لاحقا.‏ ‏هناك استراحة شاي لمدة نصف ساعة.‏ ‏وخلال ذلك الوقت، من أراد مناقشة أي موضوع مع أي أستاذ‏ ‏يمكنه التواصل معه مباشرة.‏ ‏لذلك أود إنهاء الجلسة هنا.‏</w:t>
      </w:r>
    </w:p>
    <w:p>
      <w:pPr>
        <w:keepNext/>
      </w:pPr>
      <w:hyperlink r:id="rId115">
        <w:r>
          <w:rPr>
            <w:color w:val="1155CC"/>
            <w:u w:val="single"/>
          </w:rPr>
          <w:t>01:15:06 – 01:15:40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‏وأود أيضا تقديم شهادات المشاركة لأساتذتنا.‏ ‏نعم، أساتذتي.‏ ‏أستاذنا، فلننهِ.‏ ‏من أراد التواصل فليتواصل. نعم.‏ ‏لأنتقل إلى هنا أستاذنا.‏</w:t>
      </w:r>
    </w:p>
    <w:p>
      <w:pPr>
        <w:keepNext/>
      </w:pPr>
      <w:hyperlink r:id="rId116">
        <w:r>
          <w:rPr>
            <w:color w:val="1155CC"/>
            <w:u w:val="single"/>
          </w:rPr>
          <w:t>01:15:47 – 01:16:27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‏متحدثنا الأول،‏ ‏أستاذنا البروفيسور الدكتور آدم طاتلي.‏ ‏أستاذنا، شكرا جزيلا لكم.‏ ‏متحدثنا الثاني،‏ ‏أستاذنا البروفيسور الدكتور حسن آكان.‏ ‏متحدثنا الثالث بحسب ترتيب الكلمات،‏</w:t>
      </w:r>
    </w:p>
    <w:p>
      <w:pPr>
        <w:keepNext/>
      </w:pPr>
      <w:hyperlink r:id="rId117">
        <w:r>
          <w:rPr>
            <w:color w:val="1155CC"/>
            <w:u w:val="single"/>
          </w:rPr>
          <w:t>01:16:27 – 01:16:56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‏أستاذنا الأستاذ المشارك الدكتور عبد الله إيكر.‏ ‏[فوزي؟]،‏ ‏أستاذنا، سنأخذه منكم الآن.‏ ‏جزيل‏ ‏الشكر، أستاذنا.‏ ‏متحدثنا الأخير،‏ ‏أستاذنا البروفيسور الدكتور إسماعيل قوجه تشاليشكان.‏ ‏نلتقط صورة جماعية وننهي، إن شاء الله.‏</w:t>
      </w:r>
    </w:p>
    <w:p>
      <w:pPr>
        <w:keepNext/>
      </w:pPr>
      <w:hyperlink r:id="rId118">
        <w:r>
          <w:rPr>
            <w:color w:val="1155CC"/>
            <w:u w:val="single"/>
          </w:rPr>
          <w:t>01:17:11 – 01:17:15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‏نشكركم.‏ ‏نرجو أن نلقاكم في الجلسات التالية، إن شاء الله.‏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QQlRQR0uRIM" TargetMode="External"/><Relationship Id="rId10" Type="http://schemas.openxmlformats.org/officeDocument/2006/relationships/hyperlink" Target="https://youtu.be/QQlRQR0uRIM?t=2" TargetMode="External"/><Relationship Id="rId11" Type="http://schemas.openxmlformats.org/officeDocument/2006/relationships/hyperlink" Target="https://youtu.be/QQlRQR0uRIM?t=61" TargetMode="External"/><Relationship Id="rId12" Type="http://schemas.openxmlformats.org/officeDocument/2006/relationships/hyperlink" Target="https://youtu.be/QQlRQR0uRIM?t=102" TargetMode="External"/><Relationship Id="rId13" Type="http://schemas.openxmlformats.org/officeDocument/2006/relationships/hyperlink" Target="https://youtu.be/QQlRQR0uRIM?t=142" TargetMode="External"/><Relationship Id="rId14" Type="http://schemas.openxmlformats.org/officeDocument/2006/relationships/hyperlink" Target="https://youtu.be/QQlRQR0uRIM?t=183" TargetMode="External"/><Relationship Id="rId15" Type="http://schemas.openxmlformats.org/officeDocument/2006/relationships/hyperlink" Target="https://youtu.be/QQlRQR0uRIM?t=237" TargetMode="External"/><Relationship Id="rId16" Type="http://schemas.openxmlformats.org/officeDocument/2006/relationships/hyperlink" Target="https://youtu.be/QQlRQR0uRIM?t=283" TargetMode="External"/><Relationship Id="rId17" Type="http://schemas.openxmlformats.org/officeDocument/2006/relationships/hyperlink" Target="https://youtu.be/QQlRQR0uRIM?t=326" TargetMode="External"/><Relationship Id="rId18" Type="http://schemas.openxmlformats.org/officeDocument/2006/relationships/hyperlink" Target="https://youtu.be/QQlRQR0uRIM?t=368" TargetMode="External"/><Relationship Id="rId19" Type="http://schemas.openxmlformats.org/officeDocument/2006/relationships/hyperlink" Target="https://youtu.be/QQlRQR0uRIM?t=411" TargetMode="External"/><Relationship Id="rId20" Type="http://schemas.openxmlformats.org/officeDocument/2006/relationships/hyperlink" Target="https://youtu.be/QQlRQR0uRIM?t=454" TargetMode="External"/><Relationship Id="rId21" Type="http://schemas.openxmlformats.org/officeDocument/2006/relationships/hyperlink" Target="https://youtu.be/QQlRQR0uRIM?t=496" TargetMode="External"/><Relationship Id="rId22" Type="http://schemas.openxmlformats.org/officeDocument/2006/relationships/hyperlink" Target="https://youtu.be/QQlRQR0uRIM?t=539" TargetMode="External"/><Relationship Id="rId23" Type="http://schemas.openxmlformats.org/officeDocument/2006/relationships/hyperlink" Target="https://youtu.be/QQlRQR0uRIM?t=581" TargetMode="External"/><Relationship Id="rId24" Type="http://schemas.openxmlformats.org/officeDocument/2006/relationships/hyperlink" Target="https://youtu.be/QQlRQR0uRIM?t=626" TargetMode="External"/><Relationship Id="rId25" Type="http://schemas.openxmlformats.org/officeDocument/2006/relationships/hyperlink" Target="https://youtu.be/QQlRQR0uRIM?t=672" TargetMode="External"/><Relationship Id="rId26" Type="http://schemas.openxmlformats.org/officeDocument/2006/relationships/hyperlink" Target="https://youtu.be/QQlRQR0uRIM?t=715" TargetMode="External"/><Relationship Id="rId27" Type="http://schemas.openxmlformats.org/officeDocument/2006/relationships/hyperlink" Target="https://youtu.be/QQlRQR0uRIM?t=760" TargetMode="External"/><Relationship Id="rId28" Type="http://schemas.openxmlformats.org/officeDocument/2006/relationships/hyperlink" Target="https://youtu.be/QQlRQR0uRIM?t=800" TargetMode="External"/><Relationship Id="rId29" Type="http://schemas.openxmlformats.org/officeDocument/2006/relationships/hyperlink" Target="https://youtu.be/QQlRQR0uRIM?t=841" TargetMode="External"/><Relationship Id="rId30" Type="http://schemas.openxmlformats.org/officeDocument/2006/relationships/hyperlink" Target="https://youtu.be/QQlRQR0uRIM?t=887" TargetMode="External"/><Relationship Id="rId31" Type="http://schemas.openxmlformats.org/officeDocument/2006/relationships/hyperlink" Target="https://youtu.be/QQlRQR0uRIM?t=929" TargetMode="External"/><Relationship Id="rId32" Type="http://schemas.openxmlformats.org/officeDocument/2006/relationships/hyperlink" Target="https://youtu.be/QQlRQR0uRIM?t=972" TargetMode="External"/><Relationship Id="rId33" Type="http://schemas.openxmlformats.org/officeDocument/2006/relationships/hyperlink" Target="https://youtu.be/QQlRQR0uRIM?t=1012" TargetMode="External"/><Relationship Id="rId34" Type="http://schemas.openxmlformats.org/officeDocument/2006/relationships/hyperlink" Target="https://youtu.be/QQlRQR0uRIM?t=1052" TargetMode="External"/><Relationship Id="rId35" Type="http://schemas.openxmlformats.org/officeDocument/2006/relationships/hyperlink" Target="https://youtu.be/QQlRQR0uRIM?t=1094" TargetMode="External"/><Relationship Id="rId36" Type="http://schemas.openxmlformats.org/officeDocument/2006/relationships/hyperlink" Target="https://youtu.be/QQlRQR0uRIM?t=1137" TargetMode="External"/><Relationship Id="rId37" Type="http://schemas.openxmlformats.org/officeDocument/2006/relationships/hyperlink" Target="https://youtu.be/QQlRQR0uRIM?t=1182" TargetMode="External"/><Relationship Id="rId38" Type="http://schemas.openxmlformats.org/officeDocument/2006/relationships/hyperlink" Target="https://youtu.be/QQlRQR0uRIM?t=1223" TargetMode="External"/><Relationship Id="rId39" Type="http://schemas.openxmlformats.org/officeDocument/2006/relationships/hyperlink" Target="https://youtu.be/QQlRQR0uRIM?t=1268" TargetMode="External"/><Relationship Id="rId40" Type="http://schemas.openxmlformats.org/officeDocument/2006/relationships/hyperlink" Target="https://youtu.be/QQlRQR0uRIM?t=1313" TargetMode="External"/><Relationship Id="rId41" Type="http://schemas.openxmlformats.org/officeDocument/2006/relationships/hyperlink" Target="https://youtu.be/QQlRQR0uRIM?t=1358" TargetMode="External"/><Relationship Id="rId42" Type="http://schemas.openxmlformats.org/officeDocument/2006/relationships/hyperlink" Target="https://youtu.be/QQlRQR0uRIM?t=1403" TargetMode="External"/><Relationship Id="rId43" Type="http://schemas.openxmlformats.org/officeDocument/2006/relationships/hyperlink" Target="https://youtu.be/QQlRQR0uRIM?t=1444" TargetMode="External"/><Relationship Id="rId44" Type="http://schemas.openxmlformats.org/officeDocument/2006/relationships/hyperlink" Target="https://youtu.be/QQlRQR0uRIM?t=1487" TargetMode="External"/><Relationship Id="rId45" Type="http://schemas.openxmlformats.org/officeDocument/2006/relationships/hyperlink" Target="https://youtu.be/QQlRQR0uRIM?t=1531" TargetMode="External"/><Relationship Id="rId46" Type="http://schemas.openxmlformats.org/officeDocument/2006/relationships/hyperlink" Target="https://youtu.be/QQlRQR0uRIM?t=1574" TargetMode="External"/><Relationship Id="rId47" Type="http://schemas.openxmlformats.org/officeDocument/2006/relationships/hyperlink" Target="https://youtu.be/QQlRQR0uRIM?t=1614" TargetMode="External"/><Relationship Id="rId48" Type="http://schemas.openxmlformats.org/officeDocument/2006/relationships/hyperlink" Target="https://youtu.be/QQlRQR0uRIM?t=1657" TargetMode="External"/><Relationship Id="rId49" Type="http://schemas.openxmlformats.org/officeDocument/2006/relationships/hyperlink" Target="https://youtu.be/QQlRQR0uRIM?t=1699" TargetMode="External"/><Relationship Id="rId50" Type="http://schemas.openxmlformats.org/officeDocument/2006/relationships/hyperlink" Target="https://youtu.be/QQlRQR0uRIM?t=1740" TargetMode="External"/><Relationship Id="rId51" Type="http://schemas.openxmlformats.org/officeDocument/2006/relationships/hyperlink" Target="https://youtu.be/QQlRQR0uRIM?t=1781" TargetMode="External"/><Relationship Id="rId52" Type="http://schemas.openxmlformats.org/officeDocument/2006/relationships/hyperlink" Target="https://youtu.be/QQlRQR0uRIM?t=1824" TargetMode="External"/><Relationship Id="rId53" Type="http://schemas.openxmlformats.org/officeDocument/2006/relationships/hyperlink" Target="https://youtu.be/QQlRQR0uRIM?t=1869" TargetMode="External"/><Relationship Id="rId54" Type="http://schemas.openxmlformats.org/officeDocument/2006/relationships/hyperlink" Target="https://youtu.be/QQlRQR0uRIM?t=1912" TargetMode="External"/><Relationship Id="rId55" Type="http://schemas.openxmlformats.org/officeDocument/2006/relationships/hyperlink" Target="https://youtu.be/QQlRQR0uRIM?t=1956" TargetMode="External"/><Relationship Id="rId56" Type="http://schemas.openxmlformats.org/officeDocument/2006/relationships/hyperlink" Target="https://youtu.be/QQlRQR0uRIM?t=1998" TargetMode="External"/><Relationship Id="rId57" Type="http://schemas.openxmlformats.org/officeDocument/2006/relationships/hyperlink" Target="https://youtu.be/QQlRQR0uRIM?t=2042" TargetMode="External"/><Relationship Id="rId58" Type="http://schemas.openxmlformats.org/officeDocument/2006/relationships/hyperlink" Target="https://youtu.be/QQlRQR0uRIM?t=2086" TargetMode="External"/><Relationship Id="rId59" Type="http://schemas.openxmlformats.org/officeDocument/2006/relationships/hyperlink" Target="https://youtu.be/QQlRQR0uRIM?t=2128" TargetMode="External"/><Relationship Id="rId60" Type="http://schemas.openxmlformats.org/officeDocument/2006/relationships/hyperlink" Target="https://youtu.be/QQlRQR0uRIM?t=2170" TargetMode="External"/><Relationship Id="rId61" Type="http://schemas.openxmlformats.org/officeDocument/2006/relationships/hyperlink" Target="https://youtu.be/QQlRQR0uRIM?t=2210" TargetMode="External"/><Relationship Id="rId62" Type="http://schemas.openxmlformats.org/officeDocument/2006/relationships/hyperlink" Target="https://youtu.be/QQlRQR0uRIM?t=2252" TargetMode="External"/><Relationship Id="rId63" Type="http://schemas.openxmlformats.org/officeDocument/2006/relationships/hyperlink" Target="https://youtu.be/QQlRQR0uRIM?t=2293" TargetMode="External"/><Relationship Id="rId64" Type="http://schemas.openxmlformats.org/officeDocument/2006/relationships/hyperlink" Target="https://youtu.be/QQlRQR0uRIM?t=2337" TargetMode="External"/><Relationship Id="rId65" Type="http://schemas.openxmlformats.org/officeDocument/2006/relationships/hyperlink" Target="https://youtu.be/QQlRQR0uRIM?t=2378" TargetMode="External"/><Relationship Id="rId66" Type="http://schemas.openxmlformats.org/officeDocument/2006/relationships/hyperlink" Target="https://youtu.be/QQlRQR0uRIM?t=2420" TargetMode="External"/><Relationship Id="rId67" Type="http://schemas.openxmlformats.org/officeDocument/2006/relationships/hyperlink" Target="https://youtu.be/QQlRQR0uRIM?t=2470" TargetMode="External"/><Relationship Id="rId68" Type="http://schemas.openxmlformats.org/officeDocument/2006/relationships/hyperlink" Target="https://youtu.be/QQlRQR0uRIM?t=2510" TargetMode="External"/><Relationship Id="rId69" Type="http://schemas.openxmlformats.org/officeDocument/2006/relationships/hyperlink" Target="https://youtu.be/QQlRQR0uRIM?t=2551" TargetMode="External"/><Relationship Id="rId70" Type="http://schemas.openxmlformats.org/officeDocument/2006/relationships/hyperlink" Target="https://youtu.be/QQlRQR0uRIM?t=2593" TargetMode="External"/><Relationship Id="rId71" Type="http://schemas.openxmlformats.org/officeDocument/2006/relationships/hyperlink" Target="https://youtu.be/QQlRQR0uRIM?t=2634" TargetMode="External"/><Relationship Id="rId72" Type="http://schemas.openxmlformats.org/officeDocument/2006/relationships/hyperlink" Target="https://youtu.be/QQlRQR0uRIM?t=2677" TargetMode="External"/><Relationship Id="rId73" Type="http://schemas.openxmlformats.org/officeDocument/2006/relationships/hyperlink" Target="https://youtu.be/QQlRQR0uRIM?t=2719" TargetMode="External"/><Relationship Id="rId74" Type="http://schemas.openxmlformats.org/officeDocument/2006/relationships/hyperlink" Target="https://youtu.be/QQlRQR0uRIM?t=2759" TargetMode="External"/><Relationship Id="rId75" Type="http://schemas.openxmlformats.org/officeDocument/2006/relationships/hyperlink" Target="https://youtu.be/QQlRQR0uRIM?t=2801" TargetMode="External"/><Relationship Id="rId76" Type="http://schemas.openxmlformats.org/officeDocument/2006/relationships/hyperlink" Target="https://youtu.be/QQlRQR0uRIM?t=2844" TargetMode="External"/><Relationship Id="rId77" Type="http://schemas.openxmlformats.org/officeDocument/2006/relationships/hyperlink" Target="https://youtu.be/QQlRQR0uRIM?t=2886" TargetMode="External"/><Relationship Id="rId78" Type="http://schemas.openxmlformats.org/officeDocument/2006/relationships/hyperlink" Target="https://youtu.be/QQlRQR0uRIM?t=2929" TargetMode="External"/><Relationship Id="rId79" Type="http://schemas.openxmlformats.org/officeDocument/2006/relationships/hyperlink" Target="https://youtu.be/QQlRQR0uRIM?t=2973" TargetMode="External"/><Relationship Id="rId80" Type="http://schemas.openxmlformats.org/officeDocument/2006/relationships/hyperlink" Target="https://youtu.be/QQlRQR0uRIM?t=3014" TargetMode="External"/><Relationship Id="rId81" Type="http://schemas.openxmlformats.org/officeDocument/2006/relationships/hyperlink" Target="https://youtu.be/QQlRQR0uRIM?t=3056" TargetMode="External"/><Relationship Id="rId82" Type="http://schemas.openxmlformats.org/officeDocument/2006/relationships/hyperlink" Target="https://youtu.be/QQlRQR0uRIM?t=3099" TargetMode="External"/><Relationship Id="rId83" Type="http://schemas.openxmlformats.org/officeDocument/2006/relationships/hyperlink" Target="https://youtu.be/QQlRQR0uRIM?t=3145" TargetMode="External"/><Relationship Id="rId84" Type="http://schemas.openxmlformats.org/officeDocument/2006/relationships/hyperlink" Target="https://youtu.be/QQlRQR0uRIM?t=3186" TargetMode="External"/><Relationship Id="rId85" Type="http://schemas.openxmlformats.org/officeDocument/2006/relationships/hyperlink" Target="https://youtu.be/QQlRQR0uRIM?t=3226" TargetMode="External"/><Relationship Id="rId86" Type="http://schemas.openxmlformats.org/officeDocument/2006/relationships/hyperlink" Target="https://youtu.be/QQlRQR0uRIM?t=3271" TargetMode="External"/><Relationship Id="rId87" Type="http://schemas.openxmlformats.org/officeDocument/2006/relationships/hyperlink" Target="https://youtu.be/QQlRQR0uRIM?t=3313" TargetMode="External"/><Relationship Id="rId88" Type="http://schemas.openxmlformats.org/officeDocument/2006/relationships/hyperlink" Target="https://youtu.be/QQlRQR0uRIM?t=3354" TargetMode="External"/><Relationship Id="rId89" Type="http://schemas.openxmlformats.org/officeDocument/2006/relationships/hyperlink" Target="https://youtu.be/QQlRQR0uRIM?t=3394" TargetMode="External"/><Relationship Id="rId90" Type="http://schemas.openxmlformats.org/officeDocument/2006/relationships/hyperlink" Target="https://youtu.be/QQlRQR0uRIM?t=3437" TargetMode="External"/><Relationship Id="rId91" Type="http://schemas.openxmlformats.org/officeDocument/2006/relationships/hyperlink" Target="https://youtu.be/QQlRQR0uRIM?t=3477" TargetMode="External"/><Relationship Id="rId92" Type="http://schemas.openxmlformats.org/officeDocument/2006/relationships/hyperlink" Target="https://youtu.be/QQlRQR0uRIM?t=3521" TargetMode="External"/><Relationship Id="rId93" Type="http://schemas.openxmlformats.org/officeDocument/2006/relationships/hyperlink" Target="https://youtu.be/QQlRQR0uRIM?t=3563" TargetMode="External"/><Relationship Id="rId94" Type="http://schemas.openxmlformats.org/officeDocument/2006/relationships/hyperlink" Target="https://youtu.be/QQlRQR0uRIM?t=3606" TargetMode="External"/><Relationship Id="rId95" Type="http://schemas.openxmlformats.org/officeDocument/2006/relationships/hyperlink" Target="https://youtu.be/QQlRQR0uRIM?t=3649" TargetMode="External"/><Relationship Id="rId96" Type="http://schemas.openxmlformats.org/officeDocument/2006/relationships/hyperlink" Target="https://youtu.be/QQlRQR0uRIM?t=3692" TargetMode="External"/><Relationship Id="rId97" Type="http://schemas.openxmlformats.org/officeDocument/2006/relationships/hyperlink" Target="https://youtu.be/QQlRQR0uRIM?t=3737" TargetMode="External"/><Relationship Id="rId98" Type="http://schemas.openxmlformats.org/officeDocument/2006/relationships/hyperlink" Target="https://youtu.be/QQlRQR0uRIM?t=3786" TargetMode="External"/><Relationship Id="rId99" Type="http://schemas.openxmlformats.org/officeDocument/2006/relationships/hyperlink" Target="https://youtu.be/QQlRQR0uRIM?t=3830" TargetMode="External"/><Relationship Id="rId100" Type="http://schemas.openxmlformats.org/officeDocument/2006/relationships/hyperlink" Target="https://youtu.be/QQlRQR0uRIM?t=3872" TargetMode="External"/><Relationship Id="rId101" Type="http://schemas.openxmlformats.org/officeDocument/2006/relationships/hyperlink" Target="https://youtu.be/QQlRQR0uRIM?t=3913" TargetMode="External"/><Relationship Id="rId102" Type="http://schemas.openxmlformats.org/officeDocument/2006/relationships/hyperlink" Target="https://youtu.be/QQlRQR0uRIM?t=3954" TargetMode="External"/><Relationship Id="rId103" Type="http://schemas.openxmlformats.org/officeDocument/2006/relationships/hyperlink" Target="https://youtu.be/QQlRQR0uRIM?t=3995" TargetMode="External"/><Relationship Id="rId104" Type="http://schemas.openxmlformats.org/officeDocument/2006/relationships/hyperlink" Target="https://youtu.be/QQlRQR0uRIM?t=4039" TargetMode="External"/><Relationship Id="rId105" Type="http://schemas.openxmlformats.org/officeDocument/2006/relationships/hyperlink" Target="https://youtu.be/QQlRQR0uRIM?t=4083" TargetMode="External"/><Relationship Id="rId106" Type="http://schemas.openxmlformats.org/officeDocument/2006/relationships/hyperlink" Target="https://youtu.be/QQlRQR0uRIM?t=4126" TargetMode="External"/><Relationship Id="rId107" Type="http://schemas.openxmlformats.org/officeDocument/2006/relationships/hyperlink" Target="https://youtu.be/QQlRQR0uRIM?t=4169" TargetMode="External"/><Relationship Id="rId108" Type="http://schemas.openxmlformats.org/officeDocument/2006/relationships/hyperlink" Target="https://youtu.be/QQlRQR0uRIM?t=4213" TargetMode="External"/><Relationship Id="rId109" Type="http://schemas.openxmlformats.org/officeDocument/2006/relationships/hyperlink" Target="https://youtu.be/QQlRQR0uRIM?t=4255" TargetMode="External"/><Relationship Id="rId110" Type="http://schemas.openxmlformats.org/officeDocument/2006/relationships/hyperlink" Target="https://youtu.be/QQlRQR0uRIM?t=4297" TargetMode="External"/><Relationship Id="rId111" Type="http://schemas.openxmlformats.org/officeDocument/2006/relationships/hyperlink" Target="https://youtu.be/QQlRQR0uRIM?t=4339" TargetMode="External"/><Relationship Id="rId112" Type="http://schemas.openxmlformats.org/officeDocument/2006/relationships/hyperlink" Target="https://youtu.be/QQlRQR0uRIM?t=4381" TargetMode="External"/><Relationship Id="rId113" Type="http://schemas.openxmlformats.org/officeDocument/2006/relationships/hyperlink" Target="https://youtu.be/QQlRQR0uRIM?t=4421" TargetMode="External"/><Relationship Id="rId114" Type="http://schemas.openxmlformats.org/officeDocument/2006/relationships/hyperlink" Target="https://youtu.be/QQlRQR0uRIM?t=4464" TargetMode="External"/><Relationship Id="rId115" Type="http://schemas.openxmlformats.org/officeDocument/2006/relationships/hyperlink" Target="https://youtu.be/QQlRQR0uRIM?t=4506" TargetMode="External"/><Relationship Id="rId116" Type="http://schemas.openxmlformats.org/officeDocument/2006/relationships/hyperlink" Target="https://youtu.be/QQlRQR0uRIM?t=4547" TargetMode="External"/><Relationship Id="rId117" Type="http://schemas.openxmlformats.org/officeDocument/2006/relationships/hyperlink" Target="https://youtu.be/QQlRQR0uRIM?t=4587" TargetMode="External"/><Relationship Id="rId118" Type="http://schemas.openxmlformats.org/officeDocument/2006/relationships/hyperlink" Target="https://youtu.be/QQlRQR0uRIM?t=46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Salon — Ana Salon 1 (1. oturum) — Arapça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