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Ana Salon — Ana Salon 3 (21. oturum) — Arapça / çalışma metni</w:t>
      </w:r>
    </w:p>
    <w:p>
      <w:r>
        <w:t>05.10.2026 • Tarihî ve Çağdaş Boyutlarıyla Bediüzzaman’da İttihâd-ı İslâm Tasavvuru</w:t>
      </w:r>
    </w:p>
    <w:p>
      <w:hyperlink r:id="rId9">
        <w:r>
          <w:rPr>
            <w:color w:val="1155CC"/>
            <w:u w:val="single"/>
          </w:rPr>
          <w:t>Videoyu aç</w:t>
        </w:r>
      </w:hyperlink>
    </w:p>
    <w:p>
      <w:r>
        <w:t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>
      <w:r>
        <w:t>Bu belge Arapça altyazı sürümüdür; özgün konuşmaların yanı sıra çeviri bölümleri içerebilir.</w:t>
      </w:r>
    </w:p>
    <w:p>
      <w:pPr>
        <w:keepNext/>
      </w:pPr>
      <w:hyperlink r:id="rId10">
        <w:r>
          <w:rPr>
            <w:color w:val="1155CC"/>
            <w:u w:val="single"/>
          </w:rPr>
          <w:t>00:00:02 – 00:00:45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‏السيدات والسادة الكرام،‏ ‏أرحب بكم في الجلسة الحادية والعشرين‏ ‏لندوتنا، [الأبعاد؟] التاريخية والمعاصرة‏ ‏لتصور الاتحاد الإسلامي عند بديع الزمان.‏ ‏أحييكم جميعا بكل احترام وتقدير.‏ ‏مع أن بديع الزمان سعيد النورسي كانت له في حياته [غايات مثالية؟] كثيرة،‏ ‏فإنه يتحدث عن غايتين مثاليتين كبيرتين.‏ ‏أولاهما مدرسة الزهراء، حيث تدرس العلوم الدينية والعلوم الطبيعية‏ ‏معا؛ حلم جامعة إسلامية.‏ ‏أما ما يسميه غايته المثالية الثانية فهو الاتحاد الإسلامي.‏ ‏تصور الاتحاد الإسلامي عند بديع الزمان ليس مجرد حلم تجريدي،‏</w:t>
      </w:r>
    </w:p>
    <w:p>
      <w:pPr>
        <w:keepNext/>
      </w:pPr>
      <w:hyperlink r:id="rId11">
        <w:r>
          <w:rPr>
            <w:color w:val="1155CC"/>
            <w:u w:val="single"/>
          </w:rPr>
          <w:t>00:00:45 – 00:01:28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‏بل تحول بنفسه إلى عمل،‏ ‏وهو مثال أعلى له جوانب تخص ليس العالم الإسلامي وحده‏ ‏بل الإنسانية أيضا. والعنوان الرئيس لندوتنا‏ ‏هو الحلول القرآنية للأزمات العالمية.‏ ‏من هذه الزاوية، حين نتحدث عن الاتحاد‏ ‏الإسلامي، فليس الأمر، إن صح التعبير، مجرد‏ ‏حل لأزمات العالم الإسلامي؛ بل إن للاتحاد الإسلامي أيضا‏ ‏جوانب كثيرة الحكمة تتعلق بعالم الإنسانية.‏ ‏اليوم، مع أساتذتنا المتخصصين في [عصر التاريخ القريب؟]،‏ ‏سنتناول أبعاد هذا الموضوع المختلفة ونستفيد منهم، إن شاء الله.‏ ‏سنبدأ بمتحدثنا الأول من جامعة إسطنبول مدنيت،‏</w:t>
      </w:r>
    </w:p>
    <w:p>
      <w:pPr>
        <w:keepNext/>
      </w:pPr>
      <w:hyperlink r:id="rId12">
        <w:r>
          <w:rPr>
            <w:color w:val="1155CC"/>
            <w:u w:val="single"/>
          </w:rPr>
          <w:t>00:01:29 – 00:02:09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‏الأستاذ الدكتور آدم أولمز.‏ ‏أستاذي، إلى المنصة [ألقي التحية؟].‏ ‏بسم الله الرحمن الرحيم‏ ‏أيها الحضور الكرام، قبل أن أبدأ حديثي،‏ ‏أود أن أحيي الجميع بكل احترام.‏ ‏هناك قضايا تكون في وقتها‏ ‏أهم قضايا ذلك العصر.‏ ‏فقد حان وقتها المرهون.‏ ‏والاتحاد الإسلامي قضية من هذا القبيل.‏</w:t>
      </w:r>
    </w:p>
    <w:p>
      <w:pPr>
        <w:keepNext/>
      </w:pPr>
      <w:hyperlink r:id="rId13">
        <w:r>
          <w:rPr>
            <w:color w:val="1155CC"/>
            <w:u w:val="single"/>
          </w:rPr>
          <w:t>00:02:09 – 00:02:49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وقت يعيش فيه العالم الإسلامي شتى أنواع الظلم والمشقة،‏ ‏تكون فكرة الاتحاد الإسلامي [بلا شك؟] من أبرز القضايا.‏ ‏وهذه حقيقة. واليوم سأقدم‏ ‏عرضا موجزا لآراء حضرة بديع الزمان‏ ‏وغيره من علماء العهد الدستوري بشأن الاتحاد الإسلامي.‏ ‏سأوجزها بقدر ما تتسع له خمس عشرة دقيقة،‏ ‏خلاصة في حدود هذا الوقت.‏ ‏ولا شك أن قضية الاتحاد الإسلامي،‏ ‏من أين تستمد أصولها؟‏</w:t>
      </w:r>
    </w:p>
    <w:p>
      <w:pPr>
        <w:keepNext/>
      </w:pPr>
      <w:hyperlink r:id="rId14">
        <w:r>
          <w:rPr>
            <w:color w:val="1155CC"/>
            <w:u w:val="single"/>
          </w:rPr>
          <w:t>00:02:50 – 00:03:34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‏من نصوصنا المقدسة، من القرآن الكريم والأحاديث الشريفة.‏ ‏كما نعلم جميعا، في الآية 103 من سورة آل عمران:‏ ‏وَاعْتَصِمُوا بِحَبْلِ اللّٰهِ جَمِيعًا وَلَا تَفَرَّقُوا‏ ‏اتحدوا واعتصموا بحبل الله، ولا تتفرقوا.‏ ‏وكما تعلمون جميعا، هناك آيات كثيرة مثل هذه،‏ ‏وأحاديث شريفة كثيرة تدعو إلى الأخوة، ونحن جميعا نعلم ذلك.‏ ‏وهذه هي النصوص الأساسية التي صاغت عبر التاريخ‏ ‏التصور الذهني للإسلام وللمسلم.‏ ‏وانطلاقا منها، فإن المقيمين في العالم الإسلامي،‏</w:t>
      </w:r>
    </w:p>
    <w:p>
      <w:pPr>
        <w:keepNext/>
      </w:pPr>
      <w:hyperlink r:id="rId15">
        <w:r>
          <w:rPr>
            <w:color w:val="1155CC"/>
            <w:u w:val="single"/>
          </w:rPr>
          <w:t>00:03:34 – 00:04:15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‏والمثقفين المسلمين في أنحاء العالم،‏ ‏تساءلوا كيف نتناول الاتحاد الإسلامي وكيف نفسره،‏ ‏وتحدثوا عن ذلك وناقشوه.‏ ‏ولنتذكر أولا ما يلي.‏ ‏في العصور الكلاسيكية، أي قبل العصر الحديث، كان الاتحاد الإسلامي‏ ‏أبعد بكثير، بكثير عن كونه مفهوما أيديولوجيا،‏ ‏بل كان جهودا تهدف إلى جمع المسلمين.‏ ‏وكان هذا عموما اتحادا يتحقق تحت مظلة الخلافة.‏ ‏وجهود السلطان سليم ياووز وسائر الحكام العثمانيين والحكام المسلمين‏ ‏الآخرين في العالم،‏</w:t>
      </w:r>
    </w:p>
    <w:p>
      <w:pPr>
        <w:keepNext/>
      </w:pPr>
      <w:hyperlink r:id="rId16">
        <w:r>
          <w:rPr>
            <w:color w:val="1155CC"/>
            <w:u w:val="single"/>
          </w:rPr>
          <w:t>00:04:16 – 00:04:58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‏فهذا أحد الأهداف الأساسية في فتوحات الحكام‏ ‏من العرب والأتراك وغيرهم من الأمم.‏ ‏جمع المسلمين تحت سقف واحد.‏ ‏ولكن ظهر في العصر الحديث أمر آخر.‏ ‏الاتحاد الإسلامي، ومحاولات الوحدة العالمية مثل السلافية الجامعة‏ ‏والجرمانية الجامعة، بدأت تؤثر في العالم الإسلامي أيضا،‏ ‏وأدت إلى انتشار تيار يمكن أن نسميه الجامعة الإسلامية.‏ ‏ونحن نتحدث هنا عن القرن التاسع عشر.‏ ‏وكانت أول جماعة فكرية في هذا السياق هي العثمانيون الجدد.‏</w:t>
      </w:r>
    </w:p>
    <w:p>
      <w:pPr>
        <w:keepNext/>
      </w:pPr>
      <w:hyperlink r:id="rId17">
        <w:r>
          <w:rPr>
            <w:color w:val="1155CC"/>
            <w:u w:val="single"/>
          </w:rPr>
          <w:t>00:04:58 – 00:05:41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‏وبعد العثمانيين الجدد ظهر بين الأتراك الشباب مؤلفون‏ ‏يؤكدون على الاتحاد الإسلامي.‏ ‏فبين الأتراك الشباب مثلا سعيد [حليم؟] باشا، وبين العثمانيين الجدد‏ ‏نامق كمال وعلي سعاوي وغيرهما.‏ ‏وقد أرسوا أرضية لذلك.‏ ‏أرسوا أرضية قضية الوحدة الإسلامية في العصر الحديث.‏ ‏لكن في العصر الحديث، حين كان الاستعمار منتشرا،‏ ‏فإن إبقاء قضية الوحدة الإسلامية في صدارة الاهتمام أزعج‏ ‏الدول الاستعمارية.‏ ‏وضغطوا خصوصا على الدولة العثمانية وقالوا:‏</w:t>
      </w:r>
    </w:p>
    <w:p>
      <w:pPr>
        <w:keepNext/>
      </w:pPr>
      <w:hyperlink r:id="rId18">
        <w:r>
          <w:rPr>
            <w:color w:val="1155CC"/>
            <w:u w:val="single"/>
          </w:rPr>
          <w:t>00:05:41 – 00:06:24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‏لا تنشروا مفهوم الاتحاد الإسلامي في الصحف.‏ ‏ولا تعلقوا على الاتحاد الإسلامي.‏ ‏مثلا في صحيفة بصيرت سنة 1892 في عهد عبد الحميد، كان الاتحاد الإسلامي‏ ‏في إحدى الفترات التي احتل فيها أبرز مكانة.‏ ‏نشر مقال بعنوان «تبشير».‏ ‏وتحدث عن طلب مسلمي آتشيه المساعدة ضد الهولنديين،‏ ‏وأن الدولة العثمانية سترسل سفنا حربية.‏ ‏وهذا أثار رد فعل بالطبع.‏ ‏فسيتدخلون فورا ويجرون مباحثات‏</w:t>
      </w:r>
    </w:p>
    <w:p>
      <w:pPr>
        <w:keepNext/>
      </w:pPr>
      <w:hyperlink r:id="rId19">
        <w:r>
          <w:rPr>
            <w:color w:val="1155CC"/>
            <w:u w:val="single"/>
          </w:rPr>
          <w:t>00:06:24 – 00:07:05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‏لدى الدولة العثمانية، ويحاولون منع ذلك.‏ ‏بل سيصل الأمر إلى حد أن السلطان، كما تعلمون،‏ ‏عبد الحميد الثاني، وبفعل مغادرة غير المسلمين البلاد إلى حد كبير،‏ ‏قدم التوجه الإسلامي في الحكم، ومع ذلك كان من الكلمات‏ ‏التي حظرها في الصحف «الاتحاد الإسلامي».‏ ‏وهذا أمر لافت جدا.‏ ‏وهذا لا يعني بالطبع‏ ‏أن السلطان لم يكن يريد الوحدة الإسلامية؛ فقد كانت سياسته الأساسية.‏ ‏لكنه اضطر، بحكم حساسية الظروف، إلى مراعاة ردود الدول الغربية‏ ‏أيضا.‏</w:t>
      </w:r>
    </w:p>
    <w:p>
      <w:pPr>
        <w:keepNext/>
      </w:pPr>
      <w:hyperlink r:id="rId20">
        <w:r>
          <w:rPr>
            <w:color w:val="1155CC"/>
            <w:u w:val="single"/>
          </w:rPr>
          <w:t>00:07:05 – 00:07:50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‏وبعد عبد الحميد الثاني، بعد السلطان عبد الحميد الثاني، تبدأ مرحلة جديدة،‏ ‏مرحلة الدستوريين.‏ ‏وفي عهد الدستوريين كانت هناك جماعة من المثقفين‏ ‏كان من ضمنها حضرة بديع الزمان.‏ ‏وكانت سمة معظمهم أنهم‏ ‏عارضوا السلطان عبد الحميد الثاني.‏ ‏وعارضوه لأنهم لم يستطيعوا تأليف الكتب أو إنجاز بعض الأمور.‏ ‏وعندما أعلنت المشروطية،‏ ‏وبدؤوا يكتبون بحرية، أخذوا يظهرون معارضتهم‏ ‏عبر الصحف. فمثلا بعد إعلان المشروطية سنة 1908،‏</w:t>
      </w:r>
    </w:p>
    <w:p>
      <w:pPr>
        <w:keepNext/>
      </w:pPr>
      <w:hyperlink r:id="rId21">
        <w:r>
          <w:rPr>
            <w:color w:val="1155CC"/>
            <w:u w:val="single"/>
          </w:rPr>
          <w:t>00:07:50 – 00:08:34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‏صراط مستقيم، سبيل الرشاد، بيان الحق، حكمت، اتحاد إسلام،‏ ‏تصوف، إسلام مجموعسي، وولقان مجموعسي وغيرها.‏ ‏كلها ظهرت بعد المشروطية، وفي جميعها‏ ‏أخذ مفهوم الاتحاد الإسلامي، الذي كان محظورا‏ ‏في العهد السابق، عهد السلطان عبد الحميد، يناقش‏ ‏بكثافة شديدة.‏ ‏وكان هناك كثير من أهل العلم والعلماء.‏ ‏مثلا شهبندرزاده أحمد حلمي، سعيد حليم باشا، محمد عاكف،‏ ‏مصطفى صبري، فريد قام، محمد علي عيني،‏ ‏إسماعيل فني، بديع الزمان سعيد النورسي.‏ ‏كلهم نشروا مقالات حول الاتحاد الإسلامي.‏</w:t>
      </w:r>
    </w:p>
    <w:p>
      <w:pPr>
        <w:keepNext/>
      </w:pPr>
      <w:hyperlink r:id="rId22">
        <w:r>
          <w:rPr>
            <w:color w:val="1155CC"/>
            <w:u w:val="single"/>
          </w:rPr>
          <w:t>00:08:34 – 00:09:14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‏وأغلبها نشر في صراط مستقيم وسبيل الرشاد اللتين ذكرتهما.‏ ‏وإحداهما امتداد للأخرى.‏ ‏وكانوا ينشرون في هذه الصحف.‏ ‏وأصدروا أيضا صحيفة باسم اتحاد إسلام.‏ ‏ونشروا في صحيفة بيان الحق.‏ ‏وكان هناك ثراء فكري هائل.‏ ‏ولو حاولنا عرض ما كتبه هؤلاء في تلك الأجواء،‏ ‏فلن يسعفنا الوقت بلا شك.‏ ‏لكن سأقدم مثالا أو مثالين ثم أنتقل إلى بديع الزمان سعيد النورسي.‏ ‏مثلا بعد إعلان المشروطية، سيسلك إسماعيل حقي المناسترلي‏ ‏المسلك التالي.‏</w:t>
      </w:r>
    </w:p>
    <w:p>
      <w:pPr>
        <w:keepNext/>
      </w:pPr>
      <w:hyperlink r:id="rId23">
        <w:r>
          <w:rPr>
            <w:color w:val="1155CC"/>
            <w:u w:val="single"/>
          </w:rPr>
          <w:t>00:09:14 – 00:09:57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‏وهو عالم توفي سنة 1912.‏ ‏سيقول: يجب أن نجعل الأخوة مع جميع العناصر ومع العالم الإسلامي‏ ‏أساسا لنا.‏ ‏والأخوة أنواع:‏ ‏أخوة النسب والوطن والدين.‏ ‏ولكن أيها أقوى وأهم؟‏ ‏الأخوة الدينية، الأخوة الإسلامية.‏ ‏فالعلماء [يؤيدون؟] المشروطية التي ظهرت حديثا،‏ ‏ويؤكدون كذلك على الأخوة الإسلامية.‏ ‏وفي هذا الإطار، من محمد [عالم؟]،‏ ‏ومن جهود [نور علي زاده غياث الدين حسني؟] لجمع المسلمين‏</w:t>
      </w:r>
    </w:p>
    <w:p>
      <w:pPr>
        <w:keepNext/>
      </w:pPr>
      <w:hyperlink r:id="rId24">
        <w:r>
          <w:rPr>
            <w:color w:val="1155CC"/>
            <w:u w:val="single"/>
          </w:rPr>
          <w:t>00:09:57 – 00:10:39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روسيا،‏ ‏ومن أهمهم محمد عبيد الله، فهو يقول مثلا:‏ ‏قوة الإسلام في الاتحاد، والاتحاد الحقيقي اتحاد القلوب.‏ ‏واتحاد القلوب موجود [بين المسلمين؟] منذ ظهور الإسلام.‏ ‏واتحاد القلوب هو ما كان بديع الزمان أيضا [لي؟] يؤكد عليه‏ ‏بصورة خاصة.‏ ‏ومحمد عبيد الله من كبار علماء عصره، ونرى لديه أيضا‏ ‏أفكارا مماثلة. وكانت تلك فترة فيها كثير‏ ‏من المثقفين.‏ ‏وكان العهد الدستوري غنيا جدا.‏ ‏ولذلك لن نستطيع ذكرهم جميعا.‏</w:t>
      </w:r>
    </w:p>
    <w:p>
      <w:pPr>
        <w:keepNext/>
      </w:pPr>
      <w:hyperlink r:id="rId25">
        <w:r>
          <w:rPr>
            <w:color w:val="1155CC"/>
            <w:u w:val="single"/>
          </w:rPr>
          <w:t>00:10:39 – 00:11:23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‏وأود أن أورد اقتباسا لمحمد عاكف عن الاتحاد الإسلامي،‏ ‏ثم أنتقل إلى حضرة بديع الزمان.‏ ‏فهو يقول مثلا:‏ ‏لا يستطيع التركي العيش دون العربي.‏ ‏ومن [يقول إنه يستطيع؟] فهو مجنون.‏ ‏والتركي للعربي عينه اليمنى ويده اليمنى.‏ ‏أليس الإيمان واحدا في صدر [جبهتنا؟] والفرح واحدا والألم واحدا،‏ ‏والغاية واحدة والوجدان واحدا، أليس للشركسي واللازي والتركي الساعي‏ ‏مع العربي والكردي [اتحاد؟] باق اليوم؟‏ ‏وهكذا فمن الداعين إلى اجتماع جميع العناصر الإسلامية‏ ‏في إطار واحد لتشكيل الوحدة الإسلامية محمد عاكف أرصوي.‏</w:t>
      </w:r>
    </w:p>
    <w:p>
      <w:pPr>
        <w:keepNext/>
      </w:pPr>
      <w:hyperlink r:id="rId26">
        <w:r>
          <w:rPr>
            <w:color w:val="1155CC"/>
            <w:u w:val="single"/>
          </w:rPr>
          <w:t>00:11:23 – 00:12:07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‏فلنذكر ذلك.‏ ‏وعدا هؤلاء، كما قلنا، يمكن الحديث عن سعيد [حليم؟] باشا ومصطفى صبري،‏ ‏وإسماعيل فني وموسى كاظم وسيد بك، وعنهم جميعا.‏ ‏لكن لأهمية هذا اليوم أود بصورة أساسية‏ ‏أن أتحدث قليلا عن سعيد النورسي.‏ ‏ومن أكثر القضايا التي اهتم بها بديع الزمان طوال حياته‏ ‏الاتحاد الإسلامي.‏ ‏وقال: فريضة هذا الزمان هي الاتحاد الإسلامي.‏ ‏وإذا استعرضنا ذلك زمنيا،‏ ‏فمن الرسالة التي قدمها بديع الزمان إلى السلطان عبد الحميد الثاني‏ ‏وحتى سنوات وفاته،‏</w:t>
      </w:r>
    </w:p>
    <w:p>
      <w:pPr>
        <w:keepNext/>
      </w:pPr>
      <w:hyperlink r:id="rId27">
        <w:r>
          <w:rPr>
            <w:color w:val="1155CC"/>
            <w:u w:val="single"/>
          </w:rPr>
          <w:t>00:12:07 – 00:12:52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‏طرح أفكارا تشكل أرضية الاتحاد الإسلامي.‏ ‏ومن الأقوال التي قالها في هذا الإطار،‏ ‏كما يعلم من يدرس بديع الزمان ويقرأ له،‏ ‏يعود إلى سنة 1909 حين نشر «ديوان الحرب العرفي».‏ ‏بايعت السلطان سليم وقبلت فكرته في الاتحاد الإسلامي.‏ ‏لأنه نبه [الولايات الشرقية؟] فبايعته.‏ ‏ويتابع النص: [الشرقيون؟] اليوم هم [الشرقيون؟] في ذلك الزمن.‏ ‏هذا هو النص.‏ ‏قال: أسلافي في هذه المسألة جمال الدين‏ ‏الأفغاني، والعلامة مفتي مصر المرحوم‏</w:t>
      </w:r>
    </w:p>
    <w:p>
      <w:pPr>
        <w:keepNext/>
      </w:pPr>
      <w:hyperlink r:id="rId28">
        <w:r>
          <w:rPr>
            <w:color w:val="1155CC"/>
            <w:u w:val="single"/>
          </w:rPr>
          <w:t>00:12:52 – 00:13:35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‏محمد عبده، ومن العلماء المتطرفين علي سعاوي وخوجه تحسين،‏ ‏ونامق كمال والسلطان سليم اللذان استهدفا الاتحاد الإسلامي.‏ ‏وقد صدرت طبعته الأولى سنة 1909،‏ ‏و«ديوان الحرب العرفي» الذي لدينا طبعته الثانية الصادرة سنة 1911 يتضمن‏ ‏هذه الأقوال التي قالها أثناء دفاعه.‏ ‏فإذا بدأنا برسالته سنة 1907 وبهذا النص سنة 1909،‏ ‏نرى بديع الزمان يواصل هذه الأفكار‏ ‏في حياته اللاحقة أيضا.‏ ‏وفي سنوات لاحقة، في أحد أعداد سبيل الرشاد،‏</w:t>
      </w:r>
    </w:p>
    <w:p>
      <w:pPr>
        <w:keepNext/>
      </w:pPr>
      <w:hyperlink r:id="rId29">
        <w:r>
          <w:rPr>
            <w:color w:val="1155CC"/>
            <w:u w:val="single"/>
          </w:rPr>
          <w:t>00:13:35 – 00:14:18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‏ترد العبارة التالية.‏ ‏ففي عدد سنة 1920 من سبيل الرشاد يقول: «من أعاظم علماء الإسلام،‏ ‏[الفاضل الشهير بديع الزمان؟] حضرة [سعيد الكردي؟] أفندي يقدم اقتراحا بالغ‏ ‏الأهمية.‏ ‏والواقع أن [سبيل الرشاد؟]، [منذ بدء المشروطية؟]، كانت‏ ‏مؤيدة لهذه الفكرة». وهذا نص في سبيل الرشاد سنة 1920،‏ ‏كتبه محرر الصحيفة.‏ ‏النصوص التي كتبها بديع الزمان، كما ذكرت،‏ ‏بعد إعلان المشروطية عن كيفية تحقق الاتحاد الإسلامي،‏ ‏يذكر بها هنا.‏ ‏ونجد هذه النصوص لاحقا في مؤلفات مختلفة لبديع الزمان.‏</w:t>
      </w:r>
    </w:p>
    <w:p>
      <w:pPr>
        <w:keepNext/>
      </w:pPr>
      <w:hyperlink r:id="rId30">
        <w:r>
          <w:rPr>
            <w:color w:val="1155CC"/>
            <w:u w:val="single"/>
          </w:rPr>
          <w:t>00:14:18 – 00:15:00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‏وسأتحدث عنها بعد قليل.‏ ‏نعم، حين نذكر الاتحاد الإسلامي، فإن الخطوة الثانية، وربما المهمة،‏ ‏هي خطبة بديع الزمان الشامية.‏ ‏هناك،‏ ‏في خطبته الشامية، مخاطبا جميع المؤمنين‏ ‏وكبار علماء العصر، قدم أفكارا قيمة‏ ‏تشكل أرضية الاتحاد الإسلامي.‏ ‏ومن أشد حاجات المسلمين الاتحاد، ولكن كيف‏ ‏يتحقق ذلك؟‏ ‏ويمكن تلخيص الخطبة بتحقيقه دون فقدان الأمل.‏ ‏ولذلك فإن إثمنا في الكسل عظيم.‏</w:t>
      </w:r>
    </w:p>
    <w:p>
      <w:pPr>
        <w:keepNext/>
      </w:pPr>
      <w:hyperlink r:id="rId31">
        <w:r>
          <w:rPr>
            <w:color w:val="1155CC"/>
            <w:u w:val="single"/>
          </w:rPr>
          <w:t>00:15:00 – 00:15:42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‏لنقرأ جملة منها.‏ ‏وخيراتكم وحسناتكم أيضا عظيمة وسامية جدا.‏ ‏وخصوصا بعد أربعين سنة، أن تدخل‏ ‏الشعوب العربية، كالولايات المتحدة الأمريكية،‏ ‏أسمى منزلة، وأن تعيد [السيادة الإسلامية؟] الأسيرة كما في السابق،‏ ‏وتنجح في إقامتها على نصف الكرة الأرضية، بل ربما معظمها.‏ ‏وهذا ما نرجوه بقوة من الرحمة الإلهية.‏ ‏كالولايات المتحدة الأمريكية. وفي مواضع أخرى،‏ ‏سيعبر عنها بالجماهير الإسلامية المتحدة.‏ ‏أي إنه سيؤكد مرارا أن هذه الوحدة ينبغي أن تكون قلبية وسياسية‏ ‏واقتصادية أيضا.‏</w:t>
      </w:r>
    </w:p>
    <w:p>
      <w:pPr>
        <w:keepNext/>
      </w:pPr>
      <w:hyperlink r:id="rId32">
        <w:r>
          <w:rPr>
            <w:color w:val="1155CC"/>
            <w:u w:val="single"/>
          </w:rPr>
          <w:t>00:15:43 – 00:16:23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‏الرؤيا [سكتت؟] عند الحج.‏ ‏وفي قسم من «خطاب في الرؤيا» سنة 1919، في ذيل الرؤيا: لماذا‏ ‏الرؤيا [تسكت؟] عند الحج؟‏ ‏لأن المسلمين لم يؤدوا واجبهم.‏ ‏وما كان أعظم واجب؟‏ ‏الاتحاد الإسلامي.‏ ‏وهذا ما يقصده بديع الزمان بقوله: الرؤيا [سكتت؟] عند الحج.‏ ‏والسنة هي 1919.‏ ‏وإهمال تلك الحكمة من الحج لم يجلب المصيبة،‏ ‏بل جلب [الغضب؟] والقهر.‏ ‏وتلك الحكمة، وعملنا في وحدة وتضامن، جلب‏</w:t>
      </w:r>
    </w:p>
    <w:p>
      <w:pPr>
        <w:keepNext/>
      </w:pPr>
      <w:hyperlink r:id="rId33">
        <w:r>
          <w:rPr>
            <w:color w:val="1155CC"/>
            <w:u w:val="single"/>
          </w:rPr>
          <w:t>00:16:23 – 00:17:07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‏القهر. وعقوبته لم تكن كفارة للذنوب، بل أصبحت كفارة للذنوب.‏ ‏نعم، ليست كفارة للذنوب بل [كثرة الذنوب؟]، أي استوجب‏ ‏عقابا متضاعفا أضعافا.‏ ‏نعم، في سنة 1919 وفي الفترات اللاحقة،‏ ‏نرى تعبيرات مختلفة عن ذلك.‏ ‏ومثلا في «خطاب في الرؤيا»: لو انتصرنا لانجرفنا إلى التيار‏ ‏[الاستبدادي؟] بيد خصمنا وعدونا، وربما تيار [أشد؟] منه.‏ ‏والحمد لله، فإن تلك الهزيمة ستخدم الإسلام‏ ‏والوحدة الإسلامية والاتحاد الإسلامي،‏ ‏ونرى نصا يفيد هذا المعنى‏</w:t>
      </w:r>
    </w:p>
    <w:p>
      <w:pPr>
        <w:keepNext/>
      </w:pPr>
      <w:hyperlink r:id="rId34">
        <w:r>
          <w:rPr>
            <w:color w:val="1155CC"/>
            <w:u w:val="single"/>
          </w:rPr>
          <w:t>00:17:07 – 00:17:51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مواضع أخرى من «خطاب في الرؤيا».‏ ‏نعم، والأساس هنا أنه يريد بقاء العداء للغرب،‏ ‏الذي يمثل المسيحية ويقارب العالم الإسلامي بمنطق الاستعمار،‏ ‏أن يبقى.‏ ‏وليس المقصود طبعا حضارة الغرب العلمية وما شابهها.‏ ‏كانت عداوة الغرب تخنق تقدم الإسلام؛ وقد زالت ويجب أن تزول.‏ ‏وعداء الغرب أنجع سبب لـ[اتحاد؟] الإسلام ونمو الأخوة،‏ ‏وينبغي أن يبقى. نعم، لكيلا نفقد قيمنا بالتقرب منهم ومحاولة‏ ‏التشبه بهم، يجب أن نحافظ على العداء تجاه‏ ‏ثقافتهم وتصرفاتهم الخاطئة،‏</w:t>
      </w:r>
    </w:p>
    <w:p>
      <w:pPr>
        <w:keepNext/>
      </w:pPr>
      <w:hyperlink r:id="rId35">
        <w:r>
          <w:rPr>
            <w:color w:val="1155CC"/>
            <w:u w:val="single"/>
          </w:rPr>
          <w:t>00:17:51 – 00:18:34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‏وهذا ما يؤكده هنا أيضا.‏ ‏نعم، ولعل هذه الجملة له من الجمل التي نفهمها هذه الأيام‏ ‏فهما جيدا جدا.‏ ‏لقد تقيأت هذه الحضارة مجموع وحشية القرون الأولى دفعة واحدة.‏ ‏تقيأتها في الحرب العالمية الأولى، وكان الأمر نفسه في الثانية.‏ ‏والآن، بشكل أو بآخر، بالوقوف خلف إسرائيل، تجعل وسيلة‏ ‏لأن يتعرض المسلمون في غزة وفي سائر ديار المسلمين أمام الأنظار‏ ‏للقهر والاستشهاد والمعاناة‏ ‏والمشقات.‏ ‏نعم، تواصل هذه الحضارة في كل مرة تقيؤ مجموع وحشيتها.‏</w:t>
      </w:r>
    </w:p>
    <w:p>
      <w:pPr>
        <w:keepNext/>
      </w:pPr>
      <w:hyperlink r:id="rId36">
        <w:r>
          <w:rPr>
            <w:color w:val="1155CC"/>
            <w:u w:val="single"/>
          </w:rPr>
          <w:t>00:18:34 – 00:19:16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سنة 1920 في سبيل الرشاد، بديع الزمان، وينشر ذلك لاحقا‏ ‏في كتابه «سنوحات».‏ ‏نشر مقال في مارس 1923 يشرح‏ ‏كيف ينبغي أن تكون الشورى.‏ ‏وباختصار يقدم المعلومات التالية.‏ ‏المتخصصون في كل [مجال؟] من مجالات العلم‏ ‏سيشكلون هيئات في كل بلد.‏ ‏وسيتشكل مجلس من هؤلاء الأشخاص الذين نالوا ثقة‏ ‏كل بلد، ثقة البلدان الإسلامية. سيتشكل مجلس، وفيه‏ ‏تتخذ القرارات في كل مسألة، وتتحقق وحدة العالم الإسلامي بهذه الطريقة.‏</w:t>
      </w:r>
    </w:p>
    <w:p>
      <w:pPr>
        <w:keepNext/>
      </w:pPr>
      <w:hyperlink r:id="rId37">
        <w:r>
          <w:rPr>
            <w:color w:val="1155CC"/>
            <w:u w:val="single"/>
          </w:rPr>
          <w:t>00:19:16 – 00:19:57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‏وتفاصيل ذلك في عدد سبيل الرشاد الذي ذكرناه، المؤرخ في 3 مارس 1920.‏ ‏ثم أدرجه بديع الزمان في «سنوحات».‏ ‏وجزء منه موجود أيضا في «سنوحات».‏ ‏نعم، وهذا أيضا،‏ ‏ها قد وصلنا مع بديع الزمان من سنة 1907 إلى 1920،‏ ‏من النقاط التي تظهر كيف دافع عن الاتحاد الإسلامي‏ ‏في كل مرحلة. وصلنا إلى سنة 1922: البيان.‏ ‏لن أدخل في التفاصيل، ومن يعرف يعرف.‏ ‏وخلاصة البيان: لا تدر ظهرك للعالم الإسلامي.‏ ‏[اعمل؟] مع العالم الإسلامي.‏</w:t>
      </w:r>
    </w:p>
    <w:p>
      <w:pPr>
        <w:keepNext/>
      </w:pPr>
      <w:hyperlink r:id="rId38">
        <w:r>
          <w:rPr>
            <w:color w:val="1155CC"/>
            <w:u w:val="single"/>
          </w:rPr>
          <w:t>00:19:57 – 00:20:39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‏[أبق؟] الاتحاد الإسلامي حيا.‏ ‏وفي ذلك التاريخ لم يكن مصطفى كمال وبديع الزمان قد‏ ‏تعارفا كثيرا من قبل، ولذلك وجه إلى مصطفى كمال هذا التنبيه.‏ ‏وكما تعلمون، في الفترة التالية فإن هذين الشخصين،‏ ‏لأنهما رأيا أنهما من عالمين مختلفين، لم يستطيعا‏ ‏الاجتماع، أي بعد لقاءاتهما في أنقرة.‏ ‏والبيان مهم جدا.‏ ‏احتضن العالم الإسلامي.‏ ‏و[حقق؟] الاتحاد الإسلامي، هذا ما يقوله باختصار.‏ ‏بـ[امتثال؟] أوامر القرآن، والاتصال بها والاستناد إليها،‏ ‏فذلك ضروري باسم [مصلحة الإسلام؟].‏</w:t>
      </w:r>
    </w:p>
    <w:p>
      <w:pPr>
        <w:keepNext/>
      </w:pPr>
      <w:hyperlink r:id="rId39">
        <w:r>
          <w:rPr>
            <w:color w:val="1155CC"/>
            <w:u w:val="single"/>
          </w:rPr>
          <w:t>00:20:39 – 00:21:20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‏عليك اتباع قواعد الإسلام ومقتضياته.‏ ‏ولا تدر ظهرك للعالم الإسلامي.‏ ‏وأن تؤسس جمهورية قائمة على الاتحاد الإسلامي.‏ ‏تلك كانت نصيحته.‏ ‏ولكن ذلك لم يحدث.‏ ‏ومرت السنوات.‏ ‏ونفي بديع الزمان إلى بارلا بصفة منفي.‏ ‏وفي بارلا كتب رسالة لافتة،‏ ‏«رسالة الأخوة».‏ ‏في الثلاثينيات.‏ ‏أي لا تراجع عن الاتحاد الإسلامي بحجة أنني سجين أو منفي أو كذا‏ ‏أو كذا. لا تخل عنه.‏ ‏هل انتهى وقتي؟ نعم، إذن سأوجز.‏</w:t>
      </w:r>
    </w:p>
    <w:p>
      <w:pPr>
        <w:keepNext/>
      </w:pPr>
      <w:hyperlink r:id="rId40">
        <w:r>
          <w:rPr>
            <w:color w:val="1155CC"/>
            <w:u w:val="single"/>
          </w:rPr>
          <w:t>00:21:21 – 00:22:03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‏ثم ينشر «رسالة الأخوة».‏ ‏وبعد «رسالة الأخوة»، بالطبع،‏ ‏هناك نقطة أخرى يجب التذكير بها، تتعلق بعام 1955،‏ ‏وهو العام‏ ‏عندما تأسس حلف بغداد،‏ ‏لعل بعضنا يتذكر رسالته الواردة في «ملحق أميرداغ».‏ ‏يرسل رسالة إلى جلال بايار ومندريس.‏ ‏ويهنئهما في تلك الرسائل على هذا الحلف.‏ ‏ولكن هناك أيضا أمر آخر:‏ ‏بريطانيا أيضا ضمن حلف بغداد.‏</w:t>
      </w:r>
    </w:p>
    <w:p>
      <w:pPr>
        <w:keepNext/>
      </w:pPr>
      <w:hyperlink r:id="rId41">
        <w:r>
          <w:rPr>
            <w:color w:val="1155CC"/>
            <w:u w:val="single"/>
          </w:rPr>
          <w:t>00:22:03 – 00:22:45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إن فيه دولا استعمارية أيضا.‏ ‏فلماذا يهنئهما إذن؟‏ ‏ألا يعلم بديع الزمان أن بريطانيا تعوق الاتحاد الإسلامي؟‏ ‏هو يعلم بلا شك، لكنه يأمل أن عملية تخدم الاتحاد الإسلامي‏ ‏ستبدأ.‏ ‏في سنة 1955. وإذا راجعنا تلك الرسالة وقرأناها مجددا نفهم أنه‏ ‏نعم، هو يعلم، وهناك جوانب لا يتبناها.‏ ‏مثل وجود بريطانيا في الأمر وغير ذلك.‏ ‏ومع ذلك يؤيده.‏ ‏وفي هذا الإطار ربما نقول هذه الجملة الأخيرة.‏ ‏قد ينطبق الأمر نفسه على تحالف مكة.‏ ‏قد تكون هناك جوانب لا يتبناها الناس.‏</w:t>
      </w:r>
    </w:p>
    <w:p>
      <w:pPr>
        <w:keepNext/>
      </w:pPr>
      <w:hyperlink r:id="rId42">
        <w:r>
          <w:rPr>
            <w:color w:val="1155CC"/>
            <w:u w:val="single"/>
          </w:rPr>
          <w:t>00:22:45 – 00:23:25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‏لكن اجتماع بلدان العالم الإسلامي وتشكيلها وحدة‏ ‏هو فريضة هذا الزمان.‏ ‏وينبغي تطوير هذه التحالفات وتوسيعها.‏ ‏أشكركم على حسن استماعكم وصبركم.‏ ‏أشكر أساتذتنا الكرام، وأستاذي، على كلماتهم.‏ ‏تحدث أستاذنا بإيجاز عن مقاربات الاتحاد الإسلامي في التاريخ القريب‏ ‏ونظرة الأوساط الفكرية في ذلك الزمن إلى الاتحاد الإسلامي.‏</w:t>
      </w:r>
    </w:p>
    <w:p>
      <w:pPr>
        <w:keepNext/>
      </w:pPr>
      <w:hyperlink r:id="rId43">
        <w:r>
          <w:rPr>
            <w:color w:val="1155CC"/>
            <w:u w:val="single"/>
          </w:rPr>
          <w:t>00:23:25 – 00:24:08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‏كما لفت إلى أفكار جماعة معارضة للسلطان عبد الحميد خان‏ ‏بشأن الاتحاد الإسلامي في العهد [الدستوري؟] الثاني.‏ ‏نقل بعض النصوص من صحف ذلك الزمن وأورد اقتباسات بالغة‏ ‏الأهمية عن بديع الزمان.‏ ‏أود أن أذكركم بها مرة أخرى، وكذلك للمشاركين‏ ‏الذين جاؤوا لاحقا. «أهم واجب فرض في هذا الزمان هو الاتحاد الإسلامي»‏ ‏هي العبارة التي نقلها.‏ ‏تماما‏ ‏كما في الولايات المتحدة الأمريكية، ذكر‏ ‏البشارة بأن الدول الإسلامية ستجتمع يوما‏ ‏في اتحاد وتحالف على مستوى الدول والشعوب.‏ ‏ومن كتابه «خطبة في المنام» ذكر حكمة الحج، ولا سيما‏</w:t>
      </w:r>
    </w:p>
    <w:p>
      <w:pPr>
        <w:keepNext/>
      </w:pPr>
      <w:hyperlink r:id="rId44">
        <w:r>
          <w:rPr>
            <w:color w:val="1155CC"/>
            <w:u w:val="single"/>
          </w:rPr>
          <w:t>00:24:08 – 00:24:50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‏أهمية التعارف والتحالف والتساند بين المسلمين.‏ ‏ذكر ذلك. ومن كتاب [سنوحات؟] ذكر الشورى في العالم الإسلامي،‏ ‏والمبادئ المتعلقة بكيفية تأسيس الشورى بين الدول الإسلامية‏ ‏ينبغي أن تقوم.‏ ‏فلنذكر الجميع بقراءة هذه المؤلفات، ولا‏ ‏سيما الفقرات التي أشار إليها أستاذنا،‏ ‏والاستفادة منها شخصيا.‏ ‏وأخيرا ذكر نصائح بديع الزمان لرجال الدولة بشأن الاتحاد الإسلامي،‏ ‏وتهنئته بحلف بغداد، رغم وجود أمة ماكرة‏ ‏مثل إنجلترا فيه، لأنه عمل يقوي التحالف الإسلامي،‏</w:t>
      </w:r>
    </w:p>
    <w:p>
      <w:pPr>
        <w:keepNext/>
      </w:pPr>
      <w:hyperlink r:id="rId45">
        <w:r>
          <w:rPr>
            <w:color w:val="1155CC"/>
            <w:u w:val="single"/>
          </w:rPr>
          <w:t>00:24:50 – 00:25:34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‏ومن ثم تهنئته لرئيس الجمهورية في ذلك العهد.‏ ‏قدم ملاحظات مهمة جدا.‏ ‏أشكره مرة أخرى.‏ ‏ومتحدثنا الثاني، بحديثه «بديع الزمان سعيد‏ ‏النورسي في [صحافة؟] عهد الكفاح الوطني»،‏ ‏هو عضو هيئة التدريس بجامعة نجم الدين أربكان.‏ ‏أدعو الأستاذ الدكتور جمال غوفن.‏ ‏أشكركم.‏ ‏معالي الوزير، أساتذتي الأفاضل، ضيوفنا الكرام.‏ ‏عنوان ورقتي «بديع الزمان سعيد النورسي في صحافة فترة الكفاح الوطني».‏</w:t>
      </w:r>
    </w:p>
    <w:p>
      <w:pPr>
        <w:keepNext/>
      </w:pPr>
      <w:hyperlink r:id="rId46">
        <w:r>
          <w:rPr>
            <w:color w:val="1155CC"/>
            <w:u w:val="single"/>
          </w:rPr>
          <w:t>00:25:34 – 00:26:16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‏سأقدمها الآن.‏ ‏النص نحو 20 صفحة، لذا سأضطر إلى اختيار مواضع‏ ‏لإبرازها.‏ ‏شارك بديع الزمان سعيد النورسي فعلياً‏ ‏في جبهة القوقاز بالحرب العالمية الأولى.‏ ‏وأسره ثم المهام الرسمية والمدنية التي تولاها بعد عودته إلى إسطنبول‏ ‏جعلته من الشخصيات التي ورد ذكرها في صحافة تلك الفترة.‏ ‏تتناول هذه الدراسة النوعية الدوريات في إطار تحليل الوثائق.‏ ‏وتتناول مواد تتناول سعيد النورسي مباشرة، ونصوصاً‏ ‏تذكر اسمه فقط، من أخبار ومقابلات وبيانات ومقالات.‏ ‏دُرست بحسب عناوين الموضوعات وقُيّمت موضوعياً.‏</w:t>
      </w:r>
    </w:p>
    <w:p>
      <w:pPr>
        <w:keepNext/>
      </w:pPr>
      <w:hyperlink r:id="rId47">
        <w:r>
          <w:rPr>
            <w:color w:val="1155CC"/>
            <w:u w:val="single"/>
          </w:rPr>
          <w:t>00:26:16 – 00:26:56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‏المصادر الأساسية الأولى للدراسة هي الصحف الوطنية و[المجلات؟]‏ ‏والجرائد الرسمية.‏ ‏ورد في الأخبار ونحوها في مجموع 17 دورية مختلفة.‏ ‏كما جمعت من محتويات 26 دورية مختلفة‏ ‏لهذا العرض.‏ ‏عنواننا الأول عودته من الأسر الروسي إلى العاصمة‏ ‏وانضمامه إلى السلك العلمي الرسمي: دار الحكمة الإسلامية.‏ ‏نشرت صحيفة طنين في 25 يونيو 1918 خبر عودته من الأسر الروسي‏</w:t>
      </w:r>
    </w:p>
    <w:p>
      <w:pPr>
        <w:keepNext/>
      </w:pPr>
      <w:hyperlink r:id="rId48">
        <w:r>
          <w:rPr>
            <w:color w:val="1155CC"/>
            <w:u w:val="single"/>
          </w:rPr>
          <w:t>00:26:56 – 00:27:38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‏بعنوان «الوصول».‏ ‏وجاء فيه ما يلي، أقرأ النص كاملاً.‏ ‏«بديع الزمان سعيد الكردي أفندي، من علماء كردستان،‏ ‏شارك مع طلابه في قتال جبهة القوقاز،‏ ‏وأُسر لدى الروس، وقد وصل مؤخراً‏ ‏إلى مدينتنا».‏ ‏وبالطبع ورد وفق تعبيرات تلك الفترة.‏ ‏سعيد الكردي، بديع الزمان سعيد الكردي،‏ ‏بديع الزمان سعيد أفندي؛ تختلف بحسب الصحيفة‏ ‏أو بحسب المصدر الرسمي.‏ ‏هكذا سُمّي في ذلك العهد.‏ ‏ونحن سنواصل بالطبع باسم بديع الزمان سعيد النورسي.‏ ‏سأحاول الانتقال إلى الأخبار الأخرى.‏</w:t>
      </w:r>
    </w:p>
    <w:p>
      <w:pPr>
        <w:keepNext/>
      </w:pPr>
      <w:hyperlink r:id="rId49">
        <w:r>
          <w:rPr>
            <w:color w:val="1155CC"/>
            <w:u w:val="single"/>
          </w:rPr>
          <w:t>00:27:38 – 00:28:18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‏عُيّن عضواً في دار الحكمة الإسلامية؛ وأعلنت طنين في 12 أغسطس 1918‏ ‏ذلك بعنوان «التعيينات».‏ ‏وورد باسم بديع الزمان سعيد أفندي.‏ ‏لن أقرأ الأسماء الأخرى لضيق وقتنا الشديد.‏ ‏وعُيّن محمد عاكف بك [كبيراً للكتّاب؟] في دار الحكمة الإسلامية.‏ ‏مؤسسة دينية أكاديمية عليا تابعة لمشيخة الإسلام.‏ ‏وفي طنين وصباح وجريدة الصوفية‏ ‏و[إرشاد المسلمين؟] أخبار أيضاً عن هذا الافتتاح‏</w:t>
      </w:r>
    </w:p>
    <w:p>
      <w:pPr>
        <w:keepNext/>
      </w:pPr>
      <w:hyperlink r:id="rId50">
        <w:r>
          <w:rPr>
            <w:color w:val="1155CC"/>
            <w:u w:val="single"/>
          </w:rPr>
          <w:t>00:28:18 – 00:28:58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‏ومواد باسم بديع الزمان سعيد [بين علامتي اقتباس؟].‏ ‏وفي هذا‏ ‏الحفل، حفل الافتتاح، قيل أيضاً ما يلي:‏ ‏إن الغرض الأساسي للمؤسسة نشر العقائد الدينية [إلى المغرب والمشرق؟]‏ ‏و[نشر وتعميم؟] الأحكام الإسلامية.‏ ‏وتعيين سعيد النورسي في هذا المنصب تم بإرادة السلطان،‏ ‏أعلى سلطة في الدولة.‏ ‏وبعد ذلك مباشرة مُنح رتبة رسمية.‏ ‏ونُشر ذلك في تقويم الوقائع بتاريخ 2 سبتمبر 1918.‏</w:t>
      </w:r>
    </w:p>
    <w:p>
      <w:pPr>
        <w:keepNext/>
      </w:pPr>
      <w:hyperlink r:id="rId51">
        <w:r>
          <w:rPr>
            <w:color w:val="1155CC"/>
            <w:u w:val="single"/>
          </w:rPr>
          <w:t>00:28:58 – 00:29:43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‏ثم وردت هذه الإرادة السنية في الجريدة العلمية.‏ ‏وجاء بشأن رتبة مخرج ما يلي:‏ ‏«مُنح بديع الزمان سعيد أفندي، عضو دار الحكمة الإسلامية،‏ ‏رتبة مخرج».‏ ‏كانت درجة تُمنح لكبار المدرّسين عند تعيينهم أو ترقيتهم لأول مرة‏ ‏إلى مناصب القضاء الكبرى.‏ ‏وهي رتبة مهمة.‏ ‏وفي العنوان التالي قيّمت هذه المواد.‏ ‏كانت له اتصالات إدارية وسياسية.‏ ‏مثلاً ورد في صحيفة زمان هذا الخبر.‏ ‏يرد فيه بديع الزمان سعيد النورسي، عضو دار الحكمة الإسلامية.‏</w:t>
      </w:r>
    </w:p>
    <w:p>
      <w:pPr>
        <w:keepNext/>
      </w:pPr>
      <w:hyperlink r:id="rId52">
        <w:r>
          <w:rPr>
            <w:color w:val="1155CC"/>
            <w:u w:val="single"/>
          </w:rPr>
          <w:t>00:29:43 – 00:30:26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‏«أمس في دائرة المبعوثان، مع عضو حزب حريت پروران...»‏ ‏كُتب أذربيجان هناك سهواً.‏ ‏ونُشر أنه قابل نائب أرزنجان [حالت؟] بك لبعض الوقت.‏ ‏ثم ذكرته صحيفة علمدار في خبر زيارته لوزير الداخلية‏ ‏في حكومة علي رضا باشا،‏ ‏الوزير شريف باشا؛ ففي خبر تلك الزيارة‏ ‏ورد اسمه.‏ ‏وعن حضوره الاجتماعي في محافل العاصمة، أبرز مجدداً‏ ‏[موضعين؟] اخترتهما.‏ ‏في 11 أبريل حضر حفل عقد نكاح.‏</w:t>
      </w:r>
    </w:p>
    <w:p>
      <w:pPr>
        <w:keepNext/>
      </w:pPr>
      <w:hyperlink r:id="rId53">
        <w:r>
          <w:rPr>
            <w:color w:val="1155CC"/>
            <w:u w:val="single"/>
          </w:rPr>
          <w:t>00:30:26 – 00:31:09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‏ونشرته علمدار: ابن السيد عبد القادر نوري أفندي‏ ‏وابنتاه عُقدت أنكحتهم في ذلك الحفل.‏ ‏وهناك مادة عن ذلك.‏ ‏والعنوان التالي التنظيم المدني للعلماء وجمعية المدرّسين،‏ ‏ورؤيتها للإصلاح التعليمي، حيث تناولت هذه المواد.‏ ‏في سنة 1919 ظهرت مبادرات مختلفة لتنظيم العلماء حول‏ ‏المسائل العلمية والدينية والاجتماعية.‏ ‏ومن نتائجها المبادرة المدنية التي تأسست باسم جمعية المدرّسين.‏ ‏وقد أعلنت الصحف البارزة آنذاك تأسيسها،‏ ‏ونظامها وأسسها الفكرية للجمهور بالتفصيل.‏</w:t>
      </w:r>
    </w:p>
    <w:p>
      <w:pPr>
        <w:keepNext/>
      </w:pPr>
      <w:hyperlink r:id="rId54">
        <w:r>
          <w:rPr>
            <w:color w:val="1155CC"/>
            <w:u w:val="single"/>
          </w:rPr>
          <w:t>00:31:13 – 00:31:54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‏ويتضمن الخبر المنشور بيان الجمعية، وفيه معلومات مهمة‏ ‏عن أهداف التنظيم وإطاره الفكري.‏ ‏يذكر البيان أن الوجود السياسي للأمة وبقاءها لا يتحققان‏ ‏بالنجاح في مجال واحد كالعسكرية أو الزراعة‏ ‏أو التجارة؛ بل العلم والفن والصناعة،‏ ‏والعدل والديانة؛ بل بالحضور في جميع عناصر الحضارة هذه.‏ ‏ويذكر أيضاً أن صعود أمة أو انحطاطها‏ ‏بصعود جميع الطبقات المكوّنة لها أو انحطاطها في آن واحد،‏ ‏يرتبط ارتباطاً مباشراً.‏ ‏ويؤكد البيان أيضاً ضمن مفهوم المساعي الذاتية‏</w:t>
      </w:r>
    </w:p>
    <w:p>
      <w:pPr>
        <w:keepNext/>
      </w:pPr>
      <w:hyperlink r:id="rId55">
        <w:r>
          <w:rPr>
            <w:color w:val="1155CC"/>
            <w:u w:val="single"/>
          </w:rPr>
          <w:t>00:31:54 – 00:32:35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‏أهمية عمل المجتمع والجمعيات بإمكاناتهم الذاتية‏ ‏قد أُكدت.‏ ‏هذه ما أبرزته من النقاط، وهناك معلومات أخرى أيضاً.‏ ‏كما أكدت صحيفة حبل المتين في 27 فبراير 1919‏ ‏بنية هذا التنظيم وأهدافه.‏ ‏كان أول رئيس للجمعية عند تأسيسها‏ ‏مصطفى صبري أفندي من مدرّسي الدروس العامة في الفاتح.‏ ‏كما ذكرت الأخبار بديع الزمان سعيد النورسي، عضو دار الحكمة الإسلامية،‏ ‏ضمن هذه الهيئة.‏ ‏جمعية المدرّسين، ديسمبر... يقع الخلط هنا، لذا فهو مهم.‏</w:t>
      </w:r>
    </w:p>
    <w:p>
      <w:pPr>
        <w:keepNext/>
      </w:pPr>
      <w:hyperlink r:id="rId56">
        <w:r>
          <w:rPr>
            <w:color w:val="1155CC"/>
            <w:u w:val="single"/>
          </w:rPr>
          <w:t>00:32:36 – 00:33:19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أواخر ديسمبر 1919 تحولت إلى كيان جديد باسم جمعية تعالي الإسلام.‏ ‏بعد هذا التحول لم تعد لسعيد النورسي أي صلة‏ ‏بأنشطتها. اقتصر عمله العلمي على غرض‏ ‏التعليم المدني والإصلاح في المرحلة الأولى.‏ ‏وخارج ذلك لم يدعم أو يشارك في أعمال الجمعية اللاحقة‏ ‏أو [توجهاتها؟] السياسية.‏ ‏وعنوان آخر: الأخوة الإسلامية في مواجهة الأنشطة الانفصالية،‏ ‏والرد على ادعاءات التحالف الكردي الأرمني.‏ ‏كانت سنة 1919–1920، كما هو معلوم، فترة مضطربة.‏ ‏وتُعد بداية الكفاح الوطني.‏</w:t>
      </w:r>
    </w:p>
    <w:p>
      <w:pPr>
        <w:keepNext/>
      </w:pPr>
      <w:hyperlink r:id="rId57">
        <w:r>
          <w:rPr>
            <w:color w:val="1155CC"/>
            <w:u w:val="single"/>
          </w:rPr>
          <w:t>00:33:20 – 00:34:02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‏كانت هناك مساعٍ لإنشاء كردستان وأرمينيا‏ ‏من قبل دول الحلفاء.‏ ‏هذه الفترة السابقة لسيفر.‏ ‏الاتفاق الموقع بين شريف باشا وبوغوص نوبار باشا،‏ ‏وُقّع اتفاق.‏ ‏[لم يُناقش؟] بالطبع كان شيئاً غير نافذ، لكنه أثار مشكلة‏ ‏وأصبح قضية، وأثار ردوداً مختلفة في صحافة إسطنبول‏ ‏والأوساط السياسية خلال مفاوضات السلام في باريس.‏ ‏وفي هذا السياق، خلال مؤتمر باريس للسلام، شريف باشا‏ ‏ادّعى تمثيل الأكراد دون أي صفة أو صلاحية رسمية لتمثيل الحكومة العثمانية.‏ ‏والاتفاق الذي وقعه مع رئيس الوفد الأرمني بوغوص نوبار باشا،‏</w:t>
      </w:r>
    </w:p>
    <w:p>
      <w:pPr>
        <w:keepNext/>
      </w:pPr>
      <w:hyperlink r:id="rId58">
        <w:r>
          <w:rPr>
            <w:color w:val="1155CC"/>
            <w:u w:val="single"/>
          </w:rPr>
          <w:t>00:34:02 – 00:34:43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‏الذي ينص على إنشاء كردستان وأرمينيا مستقلتين في شرق الأناضول،‏ ‏رفضه بشدة علماء وأعيان الولايات الشرقية‏ ‏في العاصمة العثمانية. ومن أمثلة الاعتراضات الواردة في الصحافة‏ ‏بيانات وتوقيعات بديع الزمان سعيد النورسي، وفيها مواد قيّمة جداً.‏ ‏مثلاً خبر «الأكراد والعثمانية» في إقدام بتاريخ 22 فبراير 1920،‏ ‏من النصوص المهمة التي أعلنت هذا الرد للجمهور.‏ ‏يذكر الخبر أن اتفاق شريف باشا لا يمكن قبوله باسم الأكراد،‏ ‏وأن الأكراد لم يفكروا قط في الانفصال عن الجماعة العثمانية،‏</w:t>
      </w:r>
    </w:p>
    <w:p>
      <w:pPr>
        <w:keepNext/>
      </w:pPr>
      <w:hyperlink r:id="rId59">
        <w:r>
          <w:rPr>
            <w:color w:val="1155CC"/>
            <w:u w:val="single"/>
          </w:rPr>
          <w:t>00:34:43 – 00:35:24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‏وظلوا مرتبطين بالدولة والخلافة.‏ ‏وجاء في نص الاحتجاج الذي وقّعه سعيد النورسي ضمن العلماء‏ ‏وأُرسل إلى إدارة إقدام ما يلي:‏ ‏يذكّر بأن الأكراد كانوا طوال أربعة قرون ونصف خدّاماً مضحّين‏ ‏وشجعاناً للوحدة الإسلامية.‏ ‏وجاء في النص: «قبل أن تجف دماء [نحو؟] خمسمائة ألف شهيد،‏ ‏ومع استذكار الأيتام المطعونين بالأسياخ و[الشيوخ؟] المفقوءة أعينهم بأسى،‏ ‏لا يمكنهم، [إضراراً؟] بالإسلام، الاتفاق مع أعدائهم التاريخيين والحيويين‏ ‏واتباع غايات انفصالية تخالف صلابتهم الدينية».‏</w:t>
      </w:r>
    </w:p>
    <w:p>
      <w:pPr>
        <w:keepNext/>
      </w:pPr>
      <w:hyperlink r:id="rId60">
        <w:r>
          <w:rPr>
            <w:color w:val="1155CC"/>
            <w:u w:val="single"/>
          </w:rPr>
          <w:t>00:35:24 – 00:36:06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‏هذه العبارات عن عدم اتباع تلك الغايات تُظهر كلاً من‏ ‏المأساة الإنسانية الكبرى في الحرب العالمية الأولى،‏ ‏ولماذا المساعي الانفصالية‏ ‏مخالفة للضمير الديني والوطني بوضوح.‏ ‏كما نشرت تصوير أفكار في 22 فبراير 1920 خبراً‏ ‏ضد مبادرات شريف باشا المغامرة،‏ ‏بعنوان «بيان بديع الزمان سعيد الكردي».‏ ‏وجعلت [موقف؟] النورسي من المسألة عنواناً رئيسياً.‏ ‏أعلن النورسي أن شريف باشا انتحل بغير حق صفة [مندوب؟] الأكراد‏ ‏وأنه يعد القرارات التي اتخذها‏</w:t>
      </w:r>
    </w:p>
    <w:p>
      <w:pPr>
        <w:keepNext/>
      </w:pPr>
      <w:hyperlink r:id="rId61">
        <w:r>
          <w:rPr>
            <w:color w:val="1155CC"/>
            <w:u w:val="single"/>
          </w:rPr>
          <w:t>00:36:06 – 00:36:48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‏كلها [كأن لم تكن؟].‏ ‏ووردت تصريحاته أيضاً في تصوير أفكار بتاريخ 29 فبراير 1920‏ ‏وفي صحيفة ومجلة سبيل الرشاد بتاريخ 4 مارس 1920.‏ ‏سأحاول نقل بضعة أسطر من المحتوى.‏ ‏وجاء الرد هكذا:‏ ‏ذكر أن الاعتراض الأساسي على اتفاق بوغوص نوبار وشريف باشا‏ ‏تمثل في برقيات أرسلها زعماء العشائر بالولايات الشرقية،‏ ‏وأن ادعاءات الانفصال تخص فقط جماعة من 5–10 أشخاص‏ ‏يسعون وراء أغراض خاصة.‏ ‏وحقيقةً ديموغرافيةً، أن الأرمن أقلية في شرق الأناضول،‏</w:t>
      </w:r>
    </w:p>
    <w:p>
      <w:pPr>
        <w:keepNext/>
      </w:pPr>
      <w:hyperlink r:id="rId62">
        <w:r>
          <w:rPr>
            <w:color w:val="1155CC"/>
            <w:u w:val="single"/>
          </w:rPr>
          <w:t>00:36:48 – 00:37:30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‏كما [يذكر؟] بديع الزمان نفسه؛ وقال إنهم، لكسب قبول دولي‏ ‏لدعاوى استقلالهم، يستخدمون الأكراد وشريف باشا‏ ‏أداةً.‏ ‏ووفقاً له، كان هدف الأرمن الحقيقي خداع الأكراد.‏ ‏وقال إنهم سيتخذون لاحقاً ذريعة تدني علم الأكراد ومعرفتهم‏ ‏ليجعلوهم «ملة تابعة، أي أمة مستعبدة، وهذا محقق»،‏ ‏مؤكداً أنه لا يرضى بذلك.‏ ‏وتوجد عبارات عربية أيضاً، أنقل سطرين منها.‏ ‏أقرأ [من الترجمة؟] في تصوير أفكار.‏</w:t>
      </w:r>
    </w:p>
    <w:p>
      <w:pPr>
        <w:keepNext/>
      </w:pPr>
      <w:hyperlink r:id="rId63">
        <w:r>
          <w:rPr>
            <w:color w:val="1155CC"/>
            <w:u w:val="single"/>
          </w:rPr>
          <w:t>00:37:30 – 00:38:13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‏«ليس في الإسلام عنصرية أو قومية، قومية سلبية».‏ ‏وفي سبيل الرشاد،‏ ‏ذكّر بمبدأ «الإسلام قطع عصبية الجاهلية».‏ ‏الإسلام لا يقبل نهوض عرق ضد عنصر مسلم آخر،‏ ‏كما أكد،‏ ‏وذكر أن من يريدون فصل الناس عن الإسلام وتقسيم الأمة وتمزيقها‏ ‏يعملون مباشرة ضد أسس الإسلام.‏ ‏وأخيراً وضع سعيد النورسي حداً للنقاش حول الحكم الذاتي،‏ ‏بقوله: «يفضلون الموت على قبول حكم ذاتي تحت حماية أجنبية».‏</w:t>
      </w:r>
    </w:p>
    <w:p>
      <w:pPr>
        <w:keepNext/>
      </w:pPr>
      <w:hyperlink r:id="rId64">
        <w:r>
          <w:rPr>
            <w:color w:val="1155CC"/>
            <w:u w:val="single"/>
          </w:rPr>
          <w:t>00:38:13 – 00:38:54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‏وهذا يظهر أنه في مواجهة التدخل الخارجي والمشاريع السياسية الانفصالية‏ ‏طوّر خطاباً يؤكد الوحدة الإسلامية ووحدة البلاد العثمانية.‏ ‏أي نقول: الوطن كل لا يتجزأ.‏ ‏وهذا مستخلص من المادة الأولى لقرارات مؤتمري أرضروم وسيواس،‏ ‏ومن المادة الأولى للميثاق الوطني.‏ ‏وشروط ومضمون الكلية وعدم التجزئة‏ ‏وردت كذلك في بيانات تلك المؤتمرات.‏ ‏وهذا في الحقيقة ملخص تلك المضامين.‏ ‏وموضوعنا الرابع هو التالي.‏ ‏أفكاره حول مستقبل العالم الإسلامي واقتراح شورى المشيخة الإسلامية.‏ ‏وسأضطر إلى نقل بضعة أسطر من هذا أيضاً،‏</w:t>
      </w:r>
    </w:p>
    <w:p>
      <w:pPr>
        <w:keepNext/>
      </w:pPr>
      <w:hyperlink r:id="rId65">
        <w:r>
          <w:rPr>
            <w:color w:val="1155CC"/>
            <w:u w:val="single"/>
          </w:rPr>
          <w:t>00:38:54 – 00:39:39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‏لضيق الوقت.‏ ‏[إعادة؟] هيكلة الخلافة ومؤسسة المشيخة، واقتراح شورى علمية،‏ ‏هذه كلها عبارات مباشرة وردت في الصحافة.‏ ‏مقالة «شورى المشيخة الإسلامية» في سبيل الرشاد بتاريخ 4 مارس 1920،‏ ‏نُشرت.‏ ‏أقرأ سطرين منها.‏ ‏«يُظهر التاريخ أن المجتمع الإسلامي ترقى بقدر تمسكه بالدين،‏ ‏وانحط كلما ضعف في الدين.‏ ‏أما في الأديان الأخرى، وخاصة في الغرب، ففترات قوة الدين كانت عهود توحش،‏ ‏وفترات ضعفه كانت عهود تمدّن».‏ ‏ويقترح هنا شورى تضم دار الحكمة الإسلامية والمشيخة،‏ ‏ونحو 15–20 عضواً [متميزاً؟] من العالم الإسلامي.‏</w:t>
      </w:r>
    </w:p>
    <w:p>
      <w:pPr>
        <w:keepNext/>
      </w:pPr>
      <w:hyperlink r:id="rId66">
        <w:r>
          <w:rPr>
            <w:color w:val="1155CC"/>
            <w:u w:val="single"/>
          </w:rPr>
          <w:t>00:39:39 – 00:40:23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‏ليس شيخ إسلام منفرداً [بذلك المعنى؟]، بل مع شورى،‏ ‏مؤسسة دينية عليا؛ هذا ما أراده،‏ ‏كما ذكر في هذه النصوص.‏ ‏أضطر إلى تجاوز ذلك الموضع.‏ ‏«التحليل الفلسفي للهزيمة»، ومقارنة الحضارتين الغربية والإسلامية،‏ ‏«خطاب في الرؤيا»؛ ذكره أستاذنا قبل قليل.‏ ‏نُشر في صحيفة أجيق سوز بتاريخ 22 يوليو 1920.‏ ‏وهو قريب جداً من مضمون السنوحات.‏ ‏وفي مقالته «خطاب في الرؤيا حول مصير الإسلام»،‏ ‏ورد هذا المحتوى في أجيق سوز.‏ ‏نشروه [دون تخطي الأعمدة؟].‏ ‏وتقدم مقدمة الخبر النورسي بوصفه من أعاظم مفكري الإسلام،‏</w:t>
      </w:r>
    </w:p>
    <w:p>
      <w:pPr>
        <w:keepNext/>
      </w:pPr>
      <w:hyperlink r:id="rId67">
        <w:r>
          <w:rPr>
            <w:color w:val="1155CC"/>
            <w:u w:val="single"/>
          </w:rPr>
          <w:t>00:40:23 – 00:41:04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من أكبر مفكري الإسلام،‏ ‏وتذكر أن النص أحدث تأثيراً في محافل إسطنبول السياسية والعلمية.‏ ‏النص طويل جداً؛ سأضطر إلى قراءة سطرين منه.‏ ‏وفقه، نقطة استناد الحضارة هي القوة.‏ ‏ونتيجتها الحتمية العدوان.‏ ‏وبناء هدفها على المنفعة يولد الصراع، وقاعدتها الأساسية في الحياة،‏ ‏الجدال، يولد التفكك الاجتماعي.‏ ‏والرابطة بين الجماهير في هذه الحضارة، أي الغربية،‏ ‏هي العنصرية والقومية السلبية التي تتغذى بابتلاع الآخر،‏</w:t>
      </w:r>
    </w:p>
    <w:p>
      <w:pPr>
        <w:keepNext/>
      </w:pPr>
      <w:hyperlink r:id="rId68">
        <w:r>
          <w:rPr>
            <w:color w:val="1155CC"/>
            <w:u w:val="single"/>
          </w:rPr>
          <w:t>00:41:04 – 00:41:45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‏ولذلك يسبب [صراعاً؟] مستمراً في المجال الاجتماعي.‏ ‏وفي النهاية فإن نظام خدمة يشجع الهوى والرغبات يضعف الفضائل الإنسانية‏ ‏ويؤدي إلى فساد معنوي في النسيج الاجتماعي.‏ ‏ويعدد أسس الحضارة الإسلامية في خمسة مبادئ إيجابية.‏ ‏نقطة استنادها الحق بدل القوة.‏ ‏ونتيجته العدل والتوازن.‏ ‏وهدفها الفضيلة بدل المنفعة.‏ ‏ونتيجتها المحبة.‏ ‏ورابطتها الجامعة بدل العنصرية والقومية رابطة دينية،‏ ‏ووطنية وطبقية، ونتيجتها أخوة صادقة ودفاع فقط‏</w:t>
      </w:r>
    </w:p>
    <w:p>
      <w:pPr>
        <w:keepNext/>
      </w:pPr>
      <w:hyperlink r:id="rId69">
        <w:r>
          <w:rPr>
            <w:color w:val="1155CC"/>
            <w:u w:val="single"/>
          </w:rPr>
          <w:t>00:41:45 – 00:42:26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‏ضد العدو الخارجي.‏ ‏وقاعدتها في الحياة التعاون بدل الصراع، ونتيجتها التضامن.‏ ‏وأخيراً الهدى بدل الهوى.‏ ‏وهذا يتيح للإنسان السمو روحياً.‏ ‏سأنتقل إلى الموضوعات الأخرى وأحاول الختام في دقيقتين أو ثلاث، أستاذي.‏ ‏ومن‏ ‏الموضوعات نشاطه في جمعيتي الهلال الأخضر والهلال الأحمر.‏ ‏تأسست جمعية الهلال الأخضر في 5 مارس 1920.‏ ‏في مجلة سبيل الرشاد بتاريخ 1 أبريل 1920، ضمن الهيئة المؤسسة،‏ ‏لا يوجد بديع الزمان سعيد النورسي.‏ ‏أي ليس من المؤسسين.‏ ‏وبالطبع أقول هذا بناءً على معلومات الصحيفة.‏</w:t>
      </w:r>
    </w:p>
    <w:p>
      <w:pPr>
        <w:keepNext/>
      </w:pPr>
      <w:hyperlink r:id="rId70">
        <w:r>
          <w:rPr>
            <w:color w:val="1155CC"/>
            <w:u w:val="single"/>
          </w:rPr>
          <w:t>00:42:27 – 00:43:08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‏ولكن هذه النقطة مهمة.‏ ‏هناك خبر في إيلري بتاريخ 18 أكتوبر 1920.‏ ‏في الإعلان الرسمي بعنوان «من الأمانة العامة لجمعية الهلال الأخضر»،‏ ‏نرى بديع الزمان ضمن أعضاء هيئة الإدارة.‏ ‏لذلك يمكننا القول: ليس عند التأسيس، بل في أول اجتماع سنوي،‏ ‏بديع الزمان سعيد النورسي ضمن هيئة إدارتها،‏ ‏أخذ مكانه.‏ ‏ونقطة أخرى: كان هذا دائماً، ولكن بعد المعركة اليونانية الثانية أيضاً،‏ ‏جمعية الهلال الأحمر‏ ‏طلبت المساعدة.‏</w:t>
      </w:r>
    </w:p>
    <w:p>
      <w:pPr>
        <w:keepNext/>
      </w:pPr>
      <w:hyperlink r:id="rId71">
        <w:r>
          <w:rPr>
            <w:color w:val="1155CC"/>
            <w:u w:val="single"/>
          </w:rPr>
          <w:t>00:43:08 – 00:43:53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‏كان بديع الزمان سعيد النورسي موضوع خبر في صحيفتين؛ وشكراً خاصاً‏ ‏نشرته جمعية الهلال الأحمر.‏ ‏أقرأ سطرين.‏ ‏«من عضو دار الحكمة الإسلامية إلى جمعيتنا»،‏ ‏ويُذكر اسم بديع الزمان سعيد النورسي بالطبع، «تم التبرع بـ16,145 قرشاً،‏ ‏فنعبّر عن الشكر».‏ ‏وتوجد قوائم بالمتبرعين الآخرين في ذلك اليوم.‏ ‏وهناك فرق واضح بينهم.‏ ‏والمبلغ الذي تبرع به بديع الزمان سعيد النورسي يعادل 106.5 ليرات،‏ ‏وهو مهم. أستاذي، ولو بجملة أو جملتين أخيرتين: تُلغى السلطنة،‏ ‏وتتغير الأمور في العاصمة العثمانية،‏</w:t>
      </w:r>
    </w:p>
    <w:p>
      <w:pPr>
        <w:keepNext/>
      </w:pPr>
      <w:hyperlink r:id="rId72">
        <w:r>
          <w:rPr>
            <w:color w:val="1155CC"/>
            <w:u w:val="single"/>
          </w:rPr>
          <w:t>00:43:53 – 00:44:35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‏وتبدأ مرحلة جديدة.‏ ‏وجاء بديع الزمان سعيد النورسي أيضاً إلى إسطنبول، إلى أنقرة.‏ ‏ورد في الصحافة هذا المحتوى.‏ ‏ورد خبر استقباله في مجلس الأمة التركي الكبير في حاكمية ملّية.‏ ‏نُشر فيها.‏ ‏وبالأدق تتناول حاكمية ملّية أيضاً أخبار مجلس الأمة التركي الكبير‏ ‏الواردة في محاضره، لكنها أبرزت هذه النقطة المهمة.‏ ‏سأتجاوز التفاصيل وأقرأ هذا الموضع فقط‏ ‏من حاكمية ملّية. تقول:‏ ‏«من علماء الولايات الشرقية المشهورين، جاء لزيارة غزاة الأناضول والمجلس،‏ ‏قدم إلى هنا من إسطنبول ويوجد في شرفة السامعين،‏</w:t>
      </w:r>
    </w:p>
    <w:p>
      <w:pPr>
        <w:keepNext/>
      </w:pPr>
      <w:hyperlink r:id="rId73">
        <w:r>
          <w:rPr>
            <w:color w:val="1155CC"/>
            <w:u w:val="single"/>
          </w:rPr>
          <w:t>00:44:35 – 00:45:16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‏بديع الزمان الملا سعيد أفندي»، أي في شرفة المستمعين،‏ ‏«قُرئ مقترح نائب بدليس عارف بك ورفاقه للترحيب به‏ ‏وسط التصفيق».‏ ‏وبعد قراءة المقترح بالتصفيق، نائب أنطاليا‏ ‏راسخ أفندي أخذ الكلمة وطلب أن يصعد إلى المنبر‏ ‏ويدعو.‏ ‏الخبر التالي والأخير في طان بتاريخ 28 فبراير 1923 مهم جداً.‏ ‏ما نُشر في حاكمية ملّية ومحاضر الجلسات،‏ ‏ومع حاكمية ملّية أيضاً خبر طان هذا،‏</w:t>
      </w:r>
    </w:p>
    <w:p>
      <w:pPr>
        <w:keepNext/>
      </w:pPr>
      <w:hyperlink r:id="rId74">
        <w:r>
          <w:rPr>
            <w:color w:val="1155CC"/>
            <w:u w:val="single"/>
          </w:rPr>
          <w:t>00:45:16 – 00:45:55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‏مع مضمون محاضر الجلسات.‏ ‏لا نرى اسم بديع الزمان سعيد النورسي في محاضر الجلسات في الموضع‏ ‏الذي سأقرأه الآن. أستاذي، أنهي خلال دقيقة.‏ ‏ينبغي حقاً طبع هذه المواد ملصقات أو بطاقات بريدية‏ ‏وتوزيعها. فبسبب خدماته أثناء الكفاح الوطني‏ ‏لقي قبولاً وإقبالاً عاماً في مجلس الأمة التركي الكبير.‏ ‏وانظروا، في الصحيفة أيضاً هذا الخبر.‏ ‏عن مدرسة الزهراء، أقرأ من الخبر الصحفي تماماً‏ ‏ككلماتي الأخيرة.‏ ‏كان هدف سعيد النورسي المهم، على مثال [جامع الأزهر؟] في مصر،‏ ‏إنشاء مؤسسة عظيمة للتعليم العالي باسم مدرسة الزهراء،‏</w:t>
      </w:r>
    </w:p>
    <w:p>
      <w:pPr>
        <w:keepNext/>
      </w:pPr>
      <w:hyperlink r:id="rId75">
        <w:r>
          <w:rPr>
            <w:color w:val="1155CC"/>
            <w:u w:val="single"/>
          </w:rPr>
          <w:t>00:45:56 – 00:46:38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‏مدرسة عالية، في الشرق.‏ ‏وقد خُصص قبل الحرب العالمية الأولى 17 ألف قطعة ذهبية‏ ‏لهذا المشروع. وبجهود والي وان تحسين بك وعشائر المنطقة،‏ ‏وُضعت أسس المدرسة قرب بحيرة وان في موضع متصل ببلدات كثيرة.‏ ‏تكتب الصحيفة [أرغيت؟].‏ ‏راجعت معجم أسماء الأماكن، لكن لم أجده.‏ ‏قد يكون [أدرميت؟] أو [أترميت؟]، وربما اسم محلي.‏ ‏حتى العشائر المتدينة ستعطي جزءاً من زكاتها لهذه المؤسسة التعليمية،‏ ‏وقد تعهدت بذلك.‏ ‏لكن اندلاع الحرب العالمية الأولى منع هذا البناء.‏ ‏وخلال إقامته بأنقرة عرض سعيد النورسي على بعض النواب‏ ‏حاجة المنطقة الماسة إلى هذه المؤسسة التعليمية وشرحها.‏</w:t>
      </w:r>
    </w:p>
    <w:p>
      <w:pPr>
        <w:keepNext/>
      </w:pPr>
      <w:hyperlink r:id="rId76">
        <w:r>
          <w:rPr>
            <w:color w:val="1155CC"/>
            <w:u w:val="single"/>
          </w:rPr>
          <w:t>00:46:39 – 00:47:18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‏كل هذا من الخبر الصحفي، لا تعليق فيه.‏ ‏ونتيجة ذلك، بوساطة النواب جُمعت 167 توقيعاً‏ ‏وقُدم مقترح رسمي إلى رئاسة مجلس الأمة التركي الكبير.‏ ‏نستطيع رؤية ذلك في محاضر الجلسات، ولكن‏ ‏فيها بشأن جهود بديع الزمان سعيد النورسي‏ ‏التي أدت إليه، [نرى؟] محاضر الجلسات.‏ ‏لكن مضمون الصحيفة مهم جداً.‏ ‏ويمكن القول إن هذا أيضاً ينبغي طبعه ونسخه وتوزيعه‏ ‏هذا ما‏ ‏يمكننا قوله. أنهي بكلماتي الأخيرة،‏ ‏أستاذي، سأحاول قراءة جملة أخيرة.‏</w:t>
      </w:r>
    </w:p>
    <w:p>
      <w:pPr>
        <w:keepNext/>
      </w:pPr>
      <w:hyperlink r:id="rId77">
        <w:r>
          <w:rPr>
            <w:color w:val="1155CC"/>
            <w:u w:val="single"/>
          </w:rPr>
          <w:t>00:47:20 – 00:48:04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‏ختاماً، وصول سعيد النورسي إلى أنقرة‏ ‏واستقباله الرسمي في مجلس الأمة التركي الكبير‏ ‏يبينان تقدير تضحياته خلال الكفاح الوطني‏ ‏على أعلى مستوى.‏ ‏وانعكاساً لهذا الاحترام في المجلس، بتوقيعات 167 نائباً،‏ ‏قُدم إلى المجلس [مقترح؟] رسمي.‏ ‏تبيّن هذه المبادرة أن رؤيته لتحقيق التماسك الاجتماعي بالتعليم والعرفان‏ ‏وجدت صدى في المجال السياسي أيضاً.‏ ‏أي حتى إن لم تثمر في المدى القريب، فإن بدء مبادرة كهذه‏ ‏بجهوده‏ ‏كان خطوة ملموسة لبناء قلعة عرفان دائمة في المنطقة،‏</w:t>
      </w:r>
    </w:p>
    <w:p>
      <w:pPr>
        <w:keepNext/>
      </w:pPr>
      <w:hyperlink r:id="rId78">
        <w:r>
          <w:rPr>
            <w:color w:val="1155CC"/>
            <w:u w:val="single"/>
          </w:rPr>
          <w:t>00:48:04 – 00:48:41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‏على أساس الأخوة الإسلامية في مواجهة السياسات البريطانية.‏ ‏شخصية سعيد القديم، التي بلغت الجماهير بالصحافة في الهدنة والكفاح الوطني،‏ ‏ونشطت في الجمعيات، عاشت اختلافات في الرؤية في المركز السياسي بأنقرة.‏ ‏وفي صمت لم تنقله الصحافة عن تلك الاختلافات، في أبريل 1923‏ ‏غادر العاصمة.‏ ‏ومع هذه المغادرة ابتعد النورسي عن السجالات السياسية اليومية ودخل‏ ‏مرحلة سعيد الجديد، ليكرس جهده [بالكامل؟] للنشاط المدني والعلمي.‏ ‏وهكذا [ختمنا؟] كتفسير.‏ ‏أشكركم.‏</w:t>
      </w:r>
    </w:p>
    <w:p>
      <w:pPr>
        <w:keepNext/>
      </w:pPr>
      <w:hyperlink r:id="rId79">
        <w:r>
          <w:rPr>
            <w:color w:val="1155CC"/>
            <w:u w:val="single"/>
          </w:rPr>
          <w:t>00:48:48 – 00:49:17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‏نشكر أستاذنا جمال غوفن على كلمته.‏ ‏وخاصة بين عامي 1918 و1922، في نحو أربعين من صحف ذلك الزمن،‏ ‏بشأن الاتحاد الإسلامي عند بديع الزمان والأعمال التي قمنا بها،‏ ‏تناول النقاط التي انعكست في الصحافة عن هذه الأعمال [الملموسة؟].‏ ‏نشكره.‏ ‏وسيتحدث متحدثنا الثالث بعنوان «الاتحاد الإسلامي من زاوية رسائل النور».‏ ‏وهو عضو هيئة التدريس بجامعة دجلة،‏ ‏أدعو الأستاذ الدكتور متين يغيت.‏</w:t>
      </w:r>
    </w:p>
    <w:p>
      <w:pPr>
        <w:keepNext/>
      </w:pPr>
      <w:hyperlink r:id="rId80">
        <w:r>
          <w:rPr>
            <w:color w:val="1155CC"/>
            <w:u w:val="single"/>
          </w:rPr>
          <w:t>00:49:30 – 00:50:11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‏أيها الحضور الكرام، أحييكم جميعاً باحترام.‏ ‏الاتحاد الإسلامي موضوع يجري الحديث والتفكير فيه منذ زمن، وكثر الكلام‏ ‏عنه.‏ ‏لكن، بإذنكم، لماذا نناقش‏ ‏الموضوعات المعروفة والمطروحة أيضاً من زاوية رسائل النور؟ لماذا‏ ‏نشعر بهذه الحاجة؟ أود أن أبدأ بنقل أفكاري ومشاعري‏ ‏حول ذلك. هل الوقت خمس عشرة دقيقة، أستاذي؟‏ ‏هناك واقعة وعنوان يذكرهما مولانا، مولانا جلال الدين الرومي قدس سره،‏</w:t>
      </w:r>
    </w:p>
    <w:p>
      <w:pPr>
        <w:keepNext/>
      </w:pPr>
      <w:hyperlink r:id="rId81">
        <w:r>
          <w:rPr>
            <w:color w:val="1155CC"/>
            <w:u w:val="single"/>
          </w:rPr>
          <w:t>00:50:11 – 00:50:52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المثنوي.‏ ‏وأريد من خلال ذلك أن أشارككم رأيي في الرسائل.‏ ‏يقول مولانا في المثنوي إن الدليل أحياناً‏ ‏يكون كامناً في الدعوى، أي في الادعاء نفسه.‏ ‏ولا تكون هناك حاجة إلى دليل منفصل مستقل.‏ ‏يقول مثلاً: لو نادت أم طفلها في ظلام الليل وقالت:‏ ‏يا ولدي، تعال نحوي، أنا أمك.‏ ‏لا تحتاج هذه الأم إلى ذكر دليل منفصل‏ ‏لإقناع ذلك الطفل.‏ ‏يقول: ما إن يسمع الطفل صوت أمه حتى يركض نحوها.‏</w:t>
      </w:r>
    </w:p>
    <w:p>
      <w:pPr>
        <w:keepNext/>
      </w:pPr>
      <w:hyperlink r:id="rId82">
        <w:r>
          <w:rPr>
            <w:color w:val="1155CC"/>
            <w:u w:val="single"/>
          </w:rPr>
          <w:t>00:50:52 – 00:51:35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‏وهنا تتضمن الدعوى، أي دعوى «أنا أمك»،‏ ‏الدليل أيضاً.‏ ‏وكذلك لو ناداك صديق لك في مكان مظلم،‏ ‏وقال: أنا صديقك، فلن تقول: لا، هات دليلاً.‏ ‏فتعرف من صوته أنه صديقك حقاً.‏ ‏يقول: الدليل كامن في الدعوى.‏ ‏ويقول: هكذا صوت الأنبياء ووجوههم.‏ ‏عندما يخاطب الأنبياء الناس، فإن من يعرفون الحق،‏ ‏ومن في أذواقهم نكهة معرفة الحق،‏ ‏يستجيبون لهم فوراً.‏</w:t>
      </w:r>
    </w:p>
    <w:p>
      <w:pPr>
        <w:keepNext/>
      </w:pPr>
      <w:hyperlink r:id="rId83">
        <w:r>
          <w:rPr>
            <w:color w:val="1155CC"/>
            <w:u w:val="single"/>
          </w:rPr>
          <w:t>00:51:37 – 00:52:18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‏والنص أيضاً في ذهني؛ حفظته لأنه أعجبني كثيراً.‏ ‏للأمة التي في قلبها ذوق من الحق، يكون وجه النبي وصوته معجزة.‏ ‏لكل أمة في قلبها ذوق من الحق، وفي ذائقتها قدرة‏ ‏على معرفة الحق، يكون صوت الأنبياء ووجوههم معجزة.‏ ‏وأرى أن هذه الخاصية موجودة أيضاً عند ورثة الأنبياء، ومن جملتهم،‏ ‏في آثار حضرة الأستاذ.‏ ‏فعندما يقول شيئاً، لا يبدو مجرد ادعاء.‏ ‏وفي تلك الدعوى وذلك القول دليل أيضاً، وخاصية‏</w:t>
      </w:r>
    </w:p>
    <w:p>
      <w:pPr>
        <w:keepNext/>
      </w:pPr>
      <w:hyperlink r:id="rId84">
        <w:r>
          <w:rPr>
            <w:color w:val="1155CC"/>
            <w:u w:val="single"/>
          </w:rPr>
          <w:t>00:52:18 – 00:53:00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‏تثبت نفسها لك.‏ ‏ولذلك، رغم تأليف آلاف الكتب في مسائل الإيمان ومعرفة الله،‏ ‏والحشر والنبوة وما شابهها،‏ ‏فإن لرسائل النور خاصية مختلفة.‏ ‏إنها تمس أعماق نفس الإنسان.‏ ‏وكما تعلمون، أيها الحضور الكرام، للزمن خاصية التآكل‏ ‏وإضعاف الإحساس.‏ ‏نحن المسلمون، حماسة الإسلام، وحماسة «لا إله إلا الله» و«الحمد لله»،‏ ‏وحماسة «سبحان الله» و«الله أكبر» وعمقها،‏ ‏نسيناها. يقول إن في الآية الكريمة إشارة إلى هذا.‏</w:t>
      </w:r>
    </w:p>
    <w:p>
      <w:pPr>
        <w:keepNext/>
      </w:pPr>
      <w:hyperlink r:id="rId85">
        <w:r>
          <w:rPr>
            <w:color w:val="1155CC"/>
            <w:u w:val="single"/>
          </w:rPr>
          <w:t>00:53:00 – 00:53:41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‏لا تكونوا كأهل الكتاب.‏ ‏وَلَا يَكُونُوا كَالَّذِينَ أُوتُوا الْكِتَابَ‏ ‏مِنْ قَبْلُ فَطَالَ عَلَيْهِمُ الْأَمَدُ فَقَسَتْ قُلُوبُهُمْ‏ ‏يقول: طال الزمن بعد أن أوتوا الكتاب، فقست قلوبهم.‏ ‏والآن، بعد مرور ألف وأربعمائة سنة، نسينا حماسة‏ ‏«لا إله إلا الله».‏ ‏ورسائل النور فرصة لنا هنا.‏ ‏لنشعر بتلك الحماسة مجدداً، ولنحس في داخلنا بالاتحاد ومعرفة الله،‏ ‏وعقيدة الحشر والعدل وما شابهها من معان، ونعيشها، فإنها تتيح لنا‏ ‏فرصة. وأرى أن أصحاب الضمير، العارفين بالحق، وبعبارة مولانا،‏ ‏الذين في [ذائقتهم؟] ذوق من الحق، يمكنهم أن يشعروا بذلك.‏</w:t>
      </w:r>
    </w:p>
    <w:p>
      <w:pPr>
        <w:keepNext/>
      </w:pPr>
      <w:hyperlink r:id="rId86">
        <w:r>
          <w:rPr>
            <w:color w:val="1155CC"/>
            <w:u w:val="single"/>
          </w:rPr>
          <w:t>00:53:41 – 00:54:22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‏ولهذا نواصل مناقشة موضوعات كثيرة، ومنها الاتحاد.‏ ‏أما ملاحظاتي عن الاتحاد،‏ ‏من زاوية رسائل النور، فنظمتها تحت عناوين: الماهية، ماهية الاتحاد،‏ ‏وضرورته، وعوائقه، والعوامل التي تيسر‏ ‏الاتحاد؛ أربعة عناوين.‏ ‏والآن، عندما نبحث في الاتحاد، يقول كثير من الكُتّاب ما يلي.‏ ‏فكرة الاتحاد سياسة وُضعت في عهد‏ ‏السلطان عبد الحميد لمواجهة تأثير أوروبا وروسيا،‏ ‏وضعها السلطان عبد الحميد.‏ ‏قد يكون ذلك، لكن للاتحاد أسساً قرآنية.‏</w:t>
      </w:r>
    </w:p>
    <w:p>
      <w:pPr>
        <w:keepNext/>
      </w:pPr>
      <w:hyperlink r:id="rId87">
        <w:r>
          <w:rPr>
            <w:color w:val="1155CC"/>
            <w:u w:val="single"/>
          </w:rPr>
          <w:t>00:54:22 – 00:55:04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‏حتى لو طرحه السلطان عبد الحميد، فالقرآن والسنة يدعوان منذ زمن‏ ‏إلى هذا الفهم.‏ ‏وعلينا أن نبقيه على جدول أعمالنا.‏ ‏وفيما يتعلق بالاتحاد، ماذا نقصد بالاتحاد؟‏ ‏انصهار جميع الفرق والمذاهب والمشارب في بوتقة واحدة،‏ ‏ليس هذا ما نقصده، والأستاذ نفسه يقول ذلك أيضاً.‏ ‏الهدف هو الوحدة في المقصد.‏ ‏هو إقامة وحدة في بعض المسائل، فيما نسميه ضروريات الدين، وفي خط‏ ‏الدفاع.‏ ‏لنذكر ذلك بعبارته.‏ ‏الاتحاد، أيتها الصحف الدينية، [مقصدكم؟]، على الجماعات الدينية‏</w:t>
      </w:r>
    </w:p>
    <w:p>
      <w:pPr>
        <w:keepNext/>
      </w:pPr>
      <w:hyperlink r:id="rId88">
        <w:r>
          <w:rPr>
            <w:color w:val="1155CC"/>
            <w:u w:val="single"/>
          </w:rPr>
          <w:t>00:55:04 – 00:55:48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‏أن تتحد في المقصد.‏ ‏الاتحاد في المسالك والمشارب ليس ممكناً، ولا هو جائز.‏ ‏لأنه يفتح باب التقليد، ويجعل المرء يقول: ما شأني؟ ليفكر غيري.‏ ‏وهذه ملاحظة دقيقة حقاً.‏ ‏فمثلاً، إذا لم تُوزَّع الواجبات في الأسرة، وأُحيل كل شيء‏ ‏إلى الجميع، فلن يفعل الجميع كل شيء، وبفكرة أن غيرهم سيفعل، يبقى كل شيء‏ ‏مهملاً. فلنقل إن هذا الوسط الذي نحن فيه،‏ ‏وهذا التشكّل، قد اتخذ العمل في مسائل الإيمان‏ ‏واجباً عليه.‏ ‏ولطلاب رسائل النور هدف ومقصد كهذا.‏</w:t>
      </w:r>
    </w:p>
    <w:p>
      <w:pPr>
        <w:keepNext/>
      </w:pPr>
      <w:hyperlink r:id="rId89">
        <w:r>
          <w:rPr>
            <w:color w:val="1155CC"/>
            <w:u w:val="single"/>
          </w:rPr>
          <w:t>00:55:49 – 00:56:31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‏ولو تناولوا كل موضوع، فربما لم توجد مبادرة كهذه،‏ ‏ولم يتحقق نشاط كهذا.‏ ‏ولذلك، في المقصد وفي الثوابت الأساسية‏ ‏التي نسميها ضروريات الدين، وفي الدفاع في بعض المسائل عند الحاجة،‏ ‏ينبغي تحقيق الوحدة.‏ ‏وطبعاً لا يُقصد بالاتحاد الوحدة في المسائل الدينية فقط.‏ ‏فالوحدة السياسية والاقتصادية والثقافية أيضاً تُعد‏ ‏ضمنه.‏ ‏للأستاذ عبارة [يستخدم؟] فيها تعبير «جماهير متفقة إسلامية».‏ ‏والأساتذة قبلي تناولوه [أيضاً؟].‏ ‏أي الجمهوريات الإسلامية المتحالفة؛ إذن هناك مثال منشود كهذا أيضاً.‏</w:t>
      </w:r>
    </w:p>
    <w:p>
      <w:pPr>
        <w:keepNext/>
      </w:pPr>
      <w:hyperlink r:id="rId90">
        <w:r>
          <w:rPr>
            <w:color w:val="1155CC"/>
            <w:u w:val="single"/>
          </w:rPr>
          <w:t>00:56:31 – 00:57:13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إن الوحدة السياسية والإدارية للعالم‏ ‏الإسلامي ينبغي أن تكون من أهدافنا أيضاً.‏ ‏واليوم تُذكّر بهذا إلى حد ما منظمات مثل منظمة المؤتمر الإسلامي،‏ ‏في الحقيقة. لكنه غير كافٍ.‏ ‏لنقل ذلك أيضاً.‏ ‏وهذه الكفاية لا تنبع من حكامنا فقط أيضاً.‏ ‏وفي الحقيقة، الإدارات، أرى أن الإدارات انعكاس‏ ‏للقاعدة.‏ ‏أي مسألة اللبن وقشدته، يعني،‏ ‏كما تكونوا يولى عليكم‏ ‏كما ورد في رواية.‏ ‏كما تكونون، تُحكمون.‏ ‏هذا ناتج عن أننا كمجتمع لسنا مسلمين بالقدر الكافي.‏ ‏فماذا علينا أن نفعل؟‏ ‏إذن علينا أن نهتم أكثر بالأنشطة المدنية والثقافية والخدمات العلمية،‏</w:t>
      </w:r>
    </w:p>
    <w:p>
      <w:pPr>
        <w:keepNext/>
      </w:pPr>
      <w:hyperlink r:id="rId91">
        <w:r>
          <w:rPr>
            <w:color w:val="1155CC"/>
            <w:u w:val="single"/>
          </w:rPr>
          <w:t>00:57:13 – 00:57:55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‏وبالأنشطة النوعية.‏ ‏وطبعاً يمكن قول الكثير في هذا.‏ ‏وأعتقد أن لرسائل النور أهمية كبيرة هنا أيضاً.‏ ‏وضعت عنواناً هو «ضرورة الاتحاد».‏ ‏أيها الحضور الكرام، لماذا الاتحاد ضروري؟‏ ‏لماذا العمل الجماعي ضروري؟‏ ‏يتناول الأستاذ هذا أيضاً في مناسبات مختلفة.‏ ‏يقول إن الناس اليوم، والأفراد، حتى لو كانوا عباقرة، يعجزون‏ ‏أمام الجهود الجماعية.‏ ‏أي يُغلَبون. لذلك نحتاج إلى العمل الجماعي والتنظيمات‏ ‏والتخطيط. هذه حقيقة وضرورة؛ وهو يسمي ذلك الشخصية‏</w:t>
      </w:r>
    </w:p>
    <w:p>
      <w:pPr>
        <w:keepNext/>
      </w:pPr>
      <w:hyperlink r:id="rId92">
        <w:r>
          <w:rPr>
            <w:color w:val="1155CC"/>
            <w:u w:val="single"/>
          </w:rPr>
          <w:t>00:57:55 – 00:58:36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‏المعنوية. نحن مضطرون إلى هذا.‏ ‏عندما تتحرك التيارات [الهدامة؟] التي تواجهنا جماعياً،‏ ‏لا نستطيع أن نفعل شيئاً كأفراد منفردين.‏ ‏وللأستاذ عبارة في هذا.‏ ‏لقارة عظيمة منكوبة، ودولة مجيدة تعيسة الحظ، وقوم كرام‏ ‏بلا راعٍ، الوصفة هي الاتحاد الإسلامي.‏ ‏في رأيي المتواضع، يقصد بالقارة العظيمة المنكوبة قارة آسيا،‏ ‏وبالدولة المجيدة التعيسة الحظ، الدولة العثمانية التي بناها‏ ‏وأدارها الأتراك المسلمون.‏ ‏وأعتقد أنه يقصد بالقوم الكرام الذين لا راعي لهم الأكراد.‏</w:t>
      </w:r>
    </w:p>
    <w:p>
      <w:pPr>
        <w:keepNext/>
      </w:pPr>
      <w:hyperlink r:id="rId93">
        <w:r>
          <w:rPr>
            <w:color w:val="1155CC"/>
            <w:u w:val="single"/>
          </w:rPr>
          <w:t>00:58:36 – 00:59:16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ينظر إلى المسألة بمنظور شامل كهذا.‏ ‏وأرى أن أهمية امتلاك هذا المنظور اليوم واضحة أيضاً.‏ ‏ما الذي يمكن أن نفكر فيه تحت عنوان «عوائق الاتحاد»؟‏ ‏والرأي الذي توصلت إليه من تفحصي المتواضع للرسائل هو أنه‏ ‏يمكن ذكر القومية والتعصب والاحتكار والأجندة الخفية والمواقف [الخادعة؟]،‏ ‏والاستبداد الإداري والعلمي والتحزب السياسي،‏ ‏كعناوين.‏ ‏القومية: يمكن تصنيف القومية في فكر بديع الزمان‏ ‏إلى نوعين.‏</w:t>
      </w:r>
    </w:p>
    <w:p>
      <w:pPr>
        <w:keepNext/>
      </w:pPr>
      <w:hyperlink r:id="rId94">
        <w:r>
          <w:rPr>
            <w:color w:val="1155CC"/>
            <w:u w:val="single"/>
          </w:rPr>
          <w:t>00:59:16 – 00:59:58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‏قومية سلبية وقومية إيجابية.‏ ‏القومية السلبية هي أن يضمر الإنسان العداء لغيره لمجرد‏ ‏انتمائه العرقي،‏ ‏والتصرف بظلم، ورؤية نفسه متفوقاً بسبب هويته‏ ‏القومية.‏ ‏أما القومية الإيجابية فهي أن يحب الإنسان قومه دون‏ ‏الوقوع في خطأ كهذا.‏ ‏وهنا ملاحظة سجلتها أثناء قراءاتي.‏ ‏هناك ملاحظة رائعة في كتاب الأم للإمام الشافعي.‏ ‏في باب الشهادة، باب الإدلاء بالشهادة: لا تُقبل شهادة المتعصبين لقومهم،‏</w:t>
      </w:r>
    </w:p>
    <w:p>
      <w:pPr>
        <w:keepNext/>
      </w:pPr>
      <w:hyperlink r:id="rId95">
        <w:r>
          <w:rPr>
            <w:color w:val="1155CC"/>
            <w:u w:val="single"/>
          </w:rPr>
          <w:t>00:59:58 – 01:00:40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‏وليسوا عدولاً. وفي البداية يشرح أموراً مثيرة جداً، لكن أظن أن وقتي‏ ‏لا يسمح بذلك.‏ ‏لأقرأ جزءاً منه.‏ ‏الإسلام أعلى انتماء.‏ ‏عبارة كُتبت قبل ألف وثلاثمائة سنة: الإسلام أعلى انتماء.‏ ‏يجوز للمرء أن يحب من يشاء؛ وإذا أراد أن يحب قومه، فهذا‏ ‏الحب صلة رحم، ما دام لا يدفعه إلى فعل ما لا يحل‏ ‏تجاه الآخرين.‏ ‏فحب الإنسان لأمته، وتطويرها، وخدمتها،‏ ‏صلة رحم.‏ ‏وهذا ليس عصبية.‏ ‏وقليل جداً من الناس من لا يجمع بين موقف محمود وموقف مذموم‏</w:t>
      </w:r>
    </w:p>
    <w:p>
      <w:pPr>
        <w:keepNext/>
      </w:pPr>
      <w:hyperlink r:id="rId96">
        <w:r>
          <w:rPr>
            <w:color w:val="1155CC"/>
            <w:u w:val="single"/>
          </w:rPr>
          <w:t>01:00:40 – 01:01:21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هذا الأمر. والموقف المذموم في حب من هم من قومك هو:‏ ‏إذا دفع هذا الحب الإنسان إلى ظلم الآخرين، والطعن في أنسابهم،‏ ‏وممارسة العصبية، والبغض لا بسبب معصية الله أو جناية،‏ ‏بل لمجرد الأصل والنسب، وإلى القول: أبغض فلاناً لأنه‏ ‏من القوم الفلانيين، وهي أمور حرمها الله،‏ ‏فإنه يكون حباً مذموماً.‏ ‏وهذا الموقف عصبية خالصة توجب رد الشهادة.‏ ‏أعتقد أنها توضيحات قيمة جداً.‏ ‏وهذا أيضاً مراد الأستاذ: هناك عصبية سلبية، وقومية سلبية، وقومية إيجابية.‏ ‏علينا التمييز بينها.‏</w:t>
      </w:r>
    </w:p>
    <w:p>
      <w:pPr>
        <w:keepNext/>
      </w:pPr>
      <w:hyperlink r:id="rId97">
        <w:r>
          <w:rPr>
            <w:color w:val="1155CC"/>
            <w:u w:val="single"/>
          </w:rPr>
          <w:t>01:01:21 – 01:02:03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‏إذا كان عند شبابنا شعور كهذا لا محالة، فعلينا أن نحاول‏ ‏توجيهه إلى تلك الناحية الإيجابية.‏ ‏التعصب والاحتكار.‏ ‏التعصب والاحتكار: وهنا أيضاً مسألة المذهب والمشرب‏ ‏تبرز مباشرة.‏ ‏من الضروري أن ينتسب الإنسان إلى مذهب، وإلى مشرب.‏ ‏لكن من الخطأ أن يرى الحق في مشربه وحده.‏ ‏عموماً في الخطاب العام، ويستعمله كثير من حكامنا أيضاً: المذهب ليس‏ ‏ديناً. هذا الخطاب خاطئ جداً.‏ ‏إنه خطاب غير إسلامي وغير علمي.‏ ‏المذهب من الدين.‏ ‏حين يقول الإمام أبو حنيفة إن صلاة الوتر واجبة،‏</w:t>
      </w:r>
    </w:p>
    <w:p>
      <w:pPr>
        <w:keepNext/>
      </w:pPr>
      <w:hyperlink r:id="rId98">
        <w:r>
          <w:rPr>
            <w:color w:val="1155CC"/>
            <w:u w:val="single"/>
          </w:rPr>
          <w:t>01:02:03 – 01:02:43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‏وحين يقول الإمام الشافعي إنها سنة مؤكدة، فهذه القضية،‏ ‏وهذه العبارة من الدين، إنها قضية دينية.‏ ‏لكن ثمة فرق: للدين أحكام يقينية، قطعية،‏ ‏الخمر حرام، والصلاة فرض، والصوم فرض.‏ ‏وللدين أيضاً أحكام اجتهادية وظنية.‏ ‏وتختلف المذاهب فيما بينها في الأحكام الظنية.‏ ‏وتلك الأحكام الظنية من الدين أيضاً، كما أن الأحكام القطعية من الدين.‏ ‏لكن أحدها من الدين على مستوى الظن، والظن الغالب، والآخر على مستوى‏ ‏القطع. فالقول إن المذهب ليس ديناً خطأ.‏ ‏المذاهب أيضاً جزء من الدين، لكنها مساعٍ تحمل [أحكامه؟]، أي الاجتهادية،‏</w:t>
      </w:r>
    </w:p>
    <w:p>
      <w:pPr>
        <w:keepNext/>
      </w:pPr>
      <w:hyperlink r:id="rId99">
        <w:r>
          <w:rPr>
            <w:color w:val="1155CC"/>
            <w:u w:val="single"/>
          </w:rPr>
          <w:t>01:02:43 – 01:03:26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‏والأحكام الظنية.‏ ‏ينبغي تقديمها كتفسيرات. فالمذهب ليس شيئاً منفصلاً عن الدين.‏ ‏لكن الخطأ أن نقول: الحق لي وحدي، وبتعبير الأستاذ «هو الحق»، مذهبي‏ ‏ومشربي، وغير ذلك باطل؛ فهذا خطأ.‏ ‏امتلاك أجندة خفية، لماذا ذكرت هذا الآن؟ امتلاك أجندة خفية،‏ ‏طبعاً الاتحاد لازم.‏ ‏أولاً، ينبغي لمذاهب أهل السنة أن ترسخ التسامح‏ ‏فيما بينها.‏ ‏وثانياً، الفرق الأخرى والمسلمون الآخرون، والفرق التي نشترك معها في‏ ‏ضروريات الدين، علينا تحقيق الاتحاد معها.‏</w:t>
      </w:r>
    </w:p>
    <w:p>
      <w:pPr>
        <w:keepNext/>
      </w:pPr>
      <w:hyperlink r:id="rId100">
        <w:r>
          <w:rPr>
            <w:color w:val="1155CC"/>
            <w:u w:val="single"/>
          </w:rPr>
          <w:t>01:03:26 – 01:04:08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‏لكن شرط ذلك الصدق، وعدم امتلاك أجندة خفية.‏ ‏انظروا، في عصرنا، أي في هذا القرن الأخير، مر المسلمون بتجارب مؤلمة جداً.‏ ‏تحت عنوان الوحدة، وتحت عنوان دار التقريب، جرت محاولات‏ ‏للاجتماع مع الشيعة والفرق الأخرى.‏ ‏لكن رأينا أن هذه الفرق استغلت ذلك‏ ‏وحاولت نشر معتقداتها الخاصة في العالم الإسلامي.‏ ‏وحاولت تكوين جماعات سكانية ونفوذ في أماكن كثيرة.‏ ‏ولهذا أُريقت دماء مئات الآلاف من المسلمين.‏ ‏والعراق واليمن وسوريا أمثلة حية على ذلك.‏ ‏نعم، لنتحد، ولكن لنكن صادقين.‏</w:t>
      </w:r>
    </w:p>
    <w:p>
      <w:pPr>
        <w:keepNext/>
      </w:pPr>
      <w:hyperlink r:id="rId101">
        <w:r>
          <w:rPr>
            <w:color w:val="1155CC"/>
            <w:u w:val="single"/>
          </w:rPr>
          <w:t>01:04:08 – 01:04:49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‏وألا نمنح أحداً هذه الفرصة أيضاً.‏ ‏معتقداته الخاصة، مثلاً [الكاميرون؟]، قبل خمسين عاماً،‏ ‏لم يكن في [الكاميرون؟] سكان شيعة، أما الآن فقد تجاوزوا عشرة بالمائة.‏ ‏ومن الضروري التيقظ في مواجهة هذه الأمور أيضاً.‏ ‏نعم.‏ ‏أنهي الآن. الاستبداد الإداري والعلمي، تجاه هذه الفرق،‏ ‏كيف ينبغي أن نتصرف؟ هل علينا أن نضغط على أعناقهم؟‏ ‏لا. سنوفر لهم حرية التعبير عن أنفسهم.‏ ‏حين يعبرون عن أنفسهم في بيئة علمية،‏ ‏أرى أنهم سينالون قدرهم المستحق إن شاء الله، وسيتحولون طبيعياً.‏ ‏وللأستاذ ملاحظات أصيلة جداً في هذا.‏</w:t>
      </w:r>
    </w:p>
    <w:p>
      <w:pPr>
        <w:keepNext/>
      </w:pPr>
      <w:hyperlink r:id="rId102">
        <w:r>
          <w:rPr>
            <w:color w:val="1155CC"/>
            <w:u w:val="single"/>
          </w:rPr>
          <w:t>01:04:50 – 01:05:31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‏يقول إن الاستبداد العلمي يدفع هذه الفرق‏ ‏إلى تحت الأرض وإلى الدوائر الخاصة،‏ ‏فتتصلب هناك.‏ ‏لكن لو ساد الميل إلى تحري الحقيقة، والشعور بالبحث عن الحقيقة،‏ ‏فإن ما نسميه الفرق الباطلة سيتحول طبيعياً في الأوساط العلمية،‏ ‏وينسحب من مسرح التاريخ، كما يقول.‏ ‏وفي هذا، الآن بإذنكم، أظن أن وقتي انتهى.‏ ‏هناك عناوين مثل التحزب السياسي والجهل، أتجاوزها.‏ ‏وهناك عوامل تحقق الاتحاد.‏ ‏وهي معرفة الروابط والصلات المعنوية التي تربط المؤمنين بعضهم ببعض،‏ ‏والشورى والتربية والتعليم، وأخيراً أقول: الإخلاص.‏</w:t>
      </w:r>
    </w:p>
    <w:p>
      <w:pPr>
        <w:keepNext/>
      </w:pPr>
      <w:hyperlink r:id="rId103">
        <w:r>
          <w:rPr>
            <w:color w:val="1155CC"/>
            <w:u w:val="single"/>
          </w:rPr>
          <w:t>01:05:32 – 01:06:12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‏والإخلاص أيضاً من الخصائص المثيرة جداً‏ ‏التي تتميز بها رسائل النور؛ أي ترك التصرف المتمحور حول الذات،‏ ‏أي الفناء في الإخوان، وإيثار المرء إخوانه على نفسه،‏ ‏وتأخير أناه إلى الخلف. وطبعاً هذا صعب جداً، لكن‏ ‏أرى أنه عند العمل ضمن مشرب رسائل النور، يمكن تجاوز هذا أيضاً،‏ ‏وسيصبح الاتحاد بذلك أسهل.‏ ‏هذا ما أردت قوله في [خطوطه العامة؟].‏ ‏لقد استمعتم بصبر.‏ ‏لم [نزعجكم؟] إن شاء الله. أشكركم جميعاً.‏ ‏في أمان الله.‏</w:t>
      </w:r>
    </w:p>
    <w:p>
      <w:pPr>
        <w:keepNext/>
      </w:pPr>
      <w:hyperlink r:id="rId104">
        <w:r>
          <w:rPr>
            <w:color w:val="1155CC"/>
            <w:u w:val="single"/>
          </w:rPr>
          <w:t>01:06:27 – 01:07:01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‏أشكر أستاذنا متين على كلمته.‏ ‏الاتحاد الإسلامي من زاوية رسائل النور، وماهيته،‏ ‏وضرورته، ومن زاوية رسائل النور أيضا،‏ ‏وأمثلة ملموسة للعوامل التي يمكن أن تحققه، والعوائق‏ ‏أمام الاتحاد الإسلامي؛ قدم لنا عرضا جميلا لذلك.‏ ‏ومتحدثنا الأخير سيتناول الأزمة العالمية للهوية والقومية السلبية،‏ ‏في حديثه «الاتحاد الإسلامي عند بديع الزمان». ومن جامعة إستينيا،‏ ‏أدعو عضو هيئة التدريس الأستاذ المشارك الدكتور محمد علي غوندوغدو.‏</w:t>
      </w:r>
    </w:p>
    <w:p>
      <w:pPr>
        <w:keepNext/>
      </w:pPr>
      <w:hyperlink r:id="rId105">
        <w:r>
          <w:rPr>
            <w:color w:val="1155CC"/>
            <w:u w:val="single"/>
          </w:rPr>
          <w:t>01:07:12 – 01:07:55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‏السلام عليكم.‏ ‏هل يمكننا فتح العرض من هناك؟‏ ‏[هل فُتح؟]، حسناً.‏ ‏نعم.‏ ‏السيد رئيس الجلسة، والأساتذة الأفاضل، والمشاركون الكرام، أحييكم جميعاً‏ ‏بكل احترام.‏ ‏وقتي في هذه المداخلة قصير، لكن فكر بديع الزمان سعيد النورسي‏ ‏حول الاتحاد الإسلامي،‏ ‏طبعاً تحدث أستاذنا متين يغيت عن فكرة الاتحاد الإسلامي.‏ ‏وتحدث أستاذنا آدم، خصوصاً، عن كيفية نشوء هذه الفكرة،‏</w:t>
      </w:r>
    </w:p>
    <w:p>
      <w:pPr>
        <w:keepNext/>
      </w:pPr>
      <w:hyperlink r:id="rId106">
        <w:r>
          <w:rPr>
            <w:color w:val="1155CC"/>
            <w:u w:val="single"/>
          </w:rPr>
          <w:t>01:07:55 – 01:08:38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‏فكرة الاتحاد الإسلامي.‏ ‏سأركز أكثر على أزمة الهوية والانقسام الذي تنتجه القومية السلبية:‏ ‏ما الحل الذي يقترحه بديع الزمان في مواجهتهما؟‏ ‏سأتحدث قليلاً عن هذا.‏ ‏تحدث أستاذنا متين يغيت عن الاختلاف الإسلامي‏ ‏أيضاً إلى جانب الاتحاد الإسلامي، لكن‏ ‏علي أن أركز على ذلك أكثر قليلاً.‏ ‏لا أريد أن أكرر الكلام.‏ ‏تابعت الكلمات منذ البداية.‏ ‏كان موضوع أطروحتي للدكتوراه جميع الأعمال‏ ‏حول الاتحاد الإسلامي المنجزة بين عامي 1839‏ ‏و1923.‏ ‏الصحف والمجلات، كلها، والمقالات فيها عن الاتحاد الإسلامي،‏</w:t>
      </w:r>
    </w:p>
    <w:p>
      <w:pPr>
        <w:keepNext/>
      </w:pPr>
      <w:hyperlink r:id="rId107">
        <w:r>
          <w:rPr>
            <w:color w:val="1155CC"/>
            <w:u w:val="single"/>
          </w:rPr>
          <w:t>01:08:38 – 01:09:16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‏والأعمال الأدبية عن الاتحاد الإسلامي التي كتبها نامق كمال،‏ ‏وميزانجي مراد، ومعلم ناجي، وغيرهم.‏ ‏بحثت في هذه كلها.‏ ‏ومن أفكار بديع الزمان، كنت قد جمعت أثناء الدكتوراه‏ ‏أفكاره عن الاتحاد الإسلامي.‏ ‏كنت أريد تلخيصها بإيجاز، لكن أستاذنا آدم قد‏ ‏لخصها؛ ولأنه لخص عباراتي التي تبدأ بالعثمانيين الجدد،‏ ‏فلا أريد أن أكررها.‏ ‏والآن هنا، هكذا،‏</w:t>
      </w:r>
    </w:p>
    <w:p>
      <w:pPr>
        <w:keepNext/>
      </w:pPr>
      <w:hyperlink r:id="rId108">
        <w:r>
          <w:rPr>
            <w:color w:val="1155CC"/>
            <w:u w:val="single"/>
          </w:rPr>
          <w:t>01:09:19 – 01:10:03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‏أظنني سأتابع. ومصدري طبعاً رسائل النور مباشرة.‏ ‏ضمن رسائل النور: ملحق أميرداغ، والمكتوبات، وفي آثار بديعية،‏ ‏من المناظرات إلى المقالات، كل النصوص التي يرد فيها الاتحاد الإسلامي،‏ ‏جميع هذه النصوص.‏ ‏عندما ننظر إلى القرن التاسع عشر من جانب سياسة الدولة،‏ ‏تظهر استعارات الخلافة والتضامن في مواجهة الاستعمار.‏ ‏ويبدأ الاتحاد الإسلامي أكثر في مواجهة هذه الأمور.‏ ‏نرى أن الاتحاد الإسلامي عامل حاسم‏ ‏في السياسات السياسية لعبد الحميد الثاني.‏ ‏أما المسار الذي يبدأ بنامق كمال ثم يتواصل مع محمد عاكف وبديع الزمان،‏</w:t>
      </w:r>
    </w:p>
    <w:p>
      <w:pPr>
        <w:keepNext/>
      </w:pPr>
      <w:hyperlink r:id="rId109">
        <w:r>
          <w:rPr>
            <w:color w:val="1155CC"/>
            <w:u w:val="single"/>
          </w:rPr>
          <w:t>01:10:03 – 01:10:45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‏فيراعي أكثر الانتماء المشترك‏ ‏وسط الاختلافات،‏ ‏والدور الاجتماعي للإيمان والأخلاق والتعليم في تحقيق‏ ‏الاتحاد الإسلامي.‏ ‏والآن أريد أن أتوقف هنا قليلاً.‏ ‏اعتبروا هذا مبنياً على ما شرحه الأساتذة الآخرون، حتى لا‏ ‏أضطر إلى شرح الأمور الأخرى.‏ ‏القومية السلبية والقومية الإيجابية.‏ ‏كيف ينبغي أن نفهم ذلك؟‏ ‏انظروا، أقرأ أولاً جملة من آثار بديعية.‏ ‏يقول بديع الزمان ما يلي.‏ ‏أزن كل شيء بميزان الشريعة.‏</w:t>
      </w:r>
    </w:p>
    <w:p>
      <w:pPr>
        <w:keepNext/>
      </w:pPr>
      <w:hyperlink r:id="rId110">
        <w:r>
          <w:rPr>
            <w:color w:val="1155CC"/>
            <w:u w:val="single"/>
          </w:rPr>
          <w:t>01:10:47 – 01:11:28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‏لا أعرف قوميتنا إلا الإسلام وحده.‏ ‏انظروا، لا يقول هنا: أعرف قوميتي بالإسلام.‏ ‏بل أعرفها بالإسلام وحده.‏ ‏هنا حصر.‏ ‏أريد لفت الانتباه إلى هذا خصوصاً.‏ ‏ويقول في موضع آخر: [الحاكم؟] المطلق هو وحده، ووحده،‏ ‏دساتير الإسلام.‏ ‏انظروا: وحدها، ووحدها.‏ ‏هنا حصر.‏ ‏أي إن بديع الزمان، حين يأتي هذا الموضوع،‏ ‏لا يقبل تحديداً أن تكون القومية شيئاً آخر.‏ ‏أي إنه لا يقدم بديلاً عن ذلك.‏</w:t>
      </w:r>
    </w:p>
    <w:p>
      <w:pPr>
        <w:keepNext/>
      </w:pPr>
      <w:hyperlink r:id="rId111">
        <w:r>
          <w:rPr>
            <w:color w:val="1155CC"/>
            <w:u w:val="single"/>
          </w:rPr>
          <w:t>01:11:28 – 01:12:13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‏إذن ليس ذلك في مرحلة سعيد القديم فقط.‏ ‏فالاقتباس الذي أذكره هنا مثلاً في آثار بديعية، لكن في المكتوبات،‏ ‏وملحق أميرداغ، توجد عبارات أخرى عن هذا.‏ ‏وهنا يحوّل القومية تحديداً إلى الإسلام.‏ ‏انظروا، أقتبس الآن من ملحق أميرداغ مباشرة.‏ ‏العنصرية التي نسميها داء الإفرنج.‏ ‏العنصرية التي نسميها داء الإفرنج.‏ ‏أي إن داء الإفرنج ليس داء عندهم، بل عندنا.‏ ‏لأننا نسميهم إفرنجاً.‏ ‏إذن جرثومة دخلتنا منهم؛ فبفكرة العصبية العرقية التي تنتشر‏</w:t>
      </w:r>
    </w:p>
    <w:p>
      <w:pPr>
        <w:keepNext/>
      </w:pPr>
      <w:hyperlink r:id="rId112">
        <w:r>
          <w:rPr>
            <w:color w:val="1155CC"/>
            <w:u w:val="single"/>
          </w:rPr>
          <w:t>01:12:13 – 01:12:58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العالم الإسلامي كله، أرادت أوروبا تفريق العالم الإسلامي،‏ ‏فحقنت فينا داء الإفرنج هذا.‏ ‏لكن لأن هذا الداء وهذه الفكرة يمنحان حالة نفسية لذيذة جداً‏ ‏وجذابة، انظروا: لذيذة‏ ‏وجذابة، حالة نفسية مغرية.‏ ‏حين يبدأ بقوله: أنا من أمة كذا، أنا متفوق، نقي، رفيع،‏ ‏شريف، كريم، فكأن تلك الأنانية‏ ‏تنتقل إلى القوم أيضاً، وأَنا الإنسان وأنانية أمته‏ ‏يتحدان.‏ ‏مع أضرارها ومخاطرها الكثيرة، تلتمس كل أمة هذه اللذة،‏</w:t>
      </w:r>
    </w:p>
    <w:p>
      <w:pPr>
        <w:keepNext/>
      </w:pPr>
      <w:hyperlink r:id="rId113">
        <w:r>
          <w:rPr>
            <w:color w:val="1155CC"/>
            <w:u w:val="single"/>
          </w:rPr>
          <w:t>01:12:58 – 01:13:43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‏فتشتاق إلى هذه الفكرة جزئياً أو كلياً.‏ ‏كل أمة، بلا استثناء، جزئياً أو كلياً، قليلاً أو كثيراً، هذا‏ ‏الداء الإفرنجي تسلط علينا، ودخل بيننا بشكل ما.‏ ‏داء الإفرنج هذا في داخل كل إنسان وسيلة ابتلاء.‏ ‏وطبعاً سأحاول أيضاً بيان النقطة الدقيقة‏ ‏الحساسة التي يحدث فيها التمييز هنا.‏ ‏انظروا، يقول الأستاذ: قومية الإسلام، أربعمائة مليون أخ حقيقي كل يوم،‏ ‏اللهم اغفر للمؤمنين [والمؤمنات؟]‏ ‏بدلاً من تلقي العون المعنوي بدعائهم العام، تدفع العنصرية إلى ترك‏ ‏أربعمائة مليون أخ مبارك لأجل أربعمائة صعلوك ومستهتر، لمجرد‏</w:t>
      </w:r>
    </w:p>
    <w:p>
      <w:pPr>
        <w:keepNext/>
      </w:pPr>
      <w:hyperlink r:id="rId114">
        <w:r>
          <w:rPr>
            <w:color w:val="1155CC"/>
            <w:u w:val="single"/>
          </w:rPr>
          <w:t>01:13:43 – 01:14:25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‏منفعة دنيوية ضئيلة جداً.‏ ‏أي قد يكون بجانبي، في مدينتي نفسها، وفي‏ ‏مدرستي نفسها، لكن لو بقينا مع ذوي الطبع الإفرنجي والصعاليك والمستهترين‏ ‏ألف سنة، فلن نكون رغم ذلك من الأمة نفسها.‏ ‏انظروا، لأن شرط الانتماء إلى الأمة نفسها هو وحده، ووحده،‏ ‏الإسلام، ودساتير الإسلام.‏ ‏انظروا، وفي ملحق أميرداغ أيضاً: لأن الأمة التركية مسلمة في كل أنحاء‏ ‏العالم، فإن عنصريتهم [امتزجت؟] بالإسلام.‏ ‏لا يمكن التفريق بينهما، فالتركي يعني المسلم.‏</w:t>
      </w:r>
    </w:p>
    <w:p>
      <w:pPr>
        <w:keepNext/>
      </w:pPr>
      <w:hyperlink r:id="rId115">
        <w:r>
          <w:rPr>
            <w:color w:val="1155CC"/>
            <w:u w:val="single"/>
          </w:rPr>
          <w:t>01:14:25 – 01:15:05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‏بل إن القسم غير المسلم خرج من التركية أيضاً.‏ ‏وكالأتراك، العرب أيضاً: العروبة والقومية العربية،‏ ‏والأكراد: الكردية والقومية الكردية، امتزجت بالإسلام،‏ ‏ويجب أن تمتزج به.‏ ‏قوميتهم الحقيقية هي الإسلام، وهذا يكفي.‏ ‏انظروا، يؤكد الأستاذ خصوصاً عبارة: هذا يكفي.‏ ‏لا تبحث عن شرف آخر، ولا عن سبب آخر للتفوق.‏ ‏ومن أين تأتي هذه الفكرة أصلاً؟‏ ‏التفوق مرتبط بالتقوى وحدها.‏ ‏تأتي من الآية.‏ ‏ما التقوى؟‏ ‏قرب الإنسان من الله.‏ ‏وهذا أيضاً في دساتير الإسلام.‏</w:t>
      </w:r>
    </w:p>
    <w:p>
      <w:pPr>
        <w:keepNext/>
      </w:pPr>
      <w:hyperlink r:id="rId116">
        <w:r>
          <w:rPr>
            <w:color w:val="1155CC"/>
            <w:u w:val="single"/>
          </w:rPr>
          <w:t>01:15:05 – 01:15:47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‏العنصرية خطر عظيم تماماً.‏ ‏يعني انظروا، هنا أنا‏ ‏حاولت أن أنظر خصوصاً من ناحية الأساس‏ ‏المعرفي. كنت قد أعددت كتاباً من أجل الأستاذية المشاركة.‏ ‏وهناك منظومة التفكير في الخلفية.‏ ‏وهنا الذات والموضوع، الذات والموضوع،‏ ‏أي أولاً، القومية ليست سبباً‏ ‏للتفوق. فالقوة التي نحتاجها‏ ‏ليست في الدم الأصيل في عروقنا.‏</w:t>
      </w:r>
    </w:p>
    <w:p>
      <w:pPr>
        <w:keepNext/>
      </w:pPr>
      <w:hyperlink r:id="rId117">
        <w:r>
          <w:rPr>
            <w:color w:val="1155CC"/>
            <w:u w:val="single"/>
          </w:rPr>
          <w:t>01:15:48 – 01:16:28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‏بل في الإيمان في قلوبنا.‏ ‏الإيمان التحقيقي وحده يمكن أن يكون سبباً للتفوق عند الإنسان.‏ ‏الدم يجري بالطريقة نفسها لدى الجميع.‏ ‏وهذا من مجال الأحياء والطب.‏ ‏إذن لا يأتي ذلك من العرق.‏ ‏إنه مثل اسم عائلتي.‏ ‏خلقناكم قبائل وجماعات لكي تتعاشروا‏ ‏فيما بينكم، وتتعاونوا، ويساعد بعضكم بعضاً.‏ ‏كما أن وجودي مع أقاربي هو [من أجل؟] مساعدتهم.‏ ‏وليس لأرى نفسي متفوقاً على غيري.‏ ‏قد يكون بين أقاربي مستهترون وصعاليك وذوو طبع إفرنجي.‏</w:t>
      </w:r>
    </w:p>
    <w:p>
      <w:pPr>
        <w:keepNext/>
      </w:pPr>
      <w:hyperlink r:id="rId118">
        <w:r>
          <w:rPr>
            <w:color w:val="1155CC"/>
            <w:u w:val="single"/>
          </w:rPr>
          <w:t>01:16:28 – 01:17:13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‏لا أستطيع أن أفتخر بهم، به.‏ ‏انظروا، أريد هنا أن أميز هذا خصوصاً.‏ ‏فليست القومية العرقية أيضاً موضوع الفخر والعزة والشرف،‏ ‏لكن يمكنني أن أفتخر بتركيتي، ولكن كيف؟‏ ‏يمكنني أن أفتخر بالخدمة العظيمة التي قدمها الأتراك للإسلام‏ ‏عبر التاريخ. أما الفخر بالنزعة التركية الخالصة، فهو في الإسلام‏ ‏غير جائز قطعاً.‏ ‏أو يمكن للعربي أن يفتخر [بعروبته؟]، ولكن بخدمة [العرب؟] الماضية‏ ‏للإسلام.‏ ‏فالإسلام لا يقبل شرفاً وكرامة وراء ذلك.‏</w:t>
      </w:r>
    </w:p>
    <w:p>
      <w:pPr>
        <w:keepNext/>
      </w:pPr>
      <w:hyperlink r:id="rId119">
        <w:r>
          <w:rPr>
            <w:color w:val="1155CC"/>
            <w:u w:val="single"/>
          </w:rPr>
          <w:t>01:17:14 – 01:17:55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‏وبهذا المعنى، علينا حتماً‏ ‏مراعاة هذا التمييز. انظروا، كان هنا اقتباس عن الاتفاق في المقصد.‏ ‏ولأن أستاذي، أستاذنا متين، قرأه،‏ ‏فسأتجاوز ذلك الجزء. حسناً، ليس لدينا وقت كثير أيضاً.‏ ‏ولا أريد تجاوز الوقت أيضاً.‏ ‏لأنتقل هكذا. حاولت إظهار الفرق بين القومية الإيجابية والسلبية‏ ‏في جدول كهذا.‏ ‏التعاون. لأننا من الأمة نفسها، ومن الدم نفسه،‏ ‏يساعد بعضنا بعضاً.‏ ‏لكن لا يمكن أن نرى أنفسنا متفوقين على غيرنا.‏ ‏ولا نجعل ذلك وحده وسيلة للشرف والكرامة.‏</w:t>
      </w:r>
    </w:p>
    <w:p>
      <w:pPr>
        <w:keepNext/>
      </w:pPr>
      <w:hyperlink r:id="rId120">
        <w:r>
          <w:rPr>
            <w:color w:val="1155CC"/>
            <w:u w:val="single"/>
          </w:rPr>
          <w:t>01:17:56 – 01:18:36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‏والأمر الآخر أننا نعيش معاً ضمن رابطة مشتركة.‏ ‏ولذلك تجمعنا معاشرة مشتركة.‏ ‏وهنا: الاتفاق في المقصد، والاشتراك‏ ‏في الأصول، والتشاور في المسائل الفرعية،‏ ‏وإحلال الأخوة والمحبة محلها.‏ ‏فكيف يمكننا تحقيق هذا الاتحاد الإسلامي‏ ‏اليوم؟‏ ‏أريد الوقوف على أساسين في هذا، ثم أنهي مباشرة.‏ ‏أولاً، مشروع مدرسة الزهراء لبديع الزمان‏ ‏من جهة، لتطوير التعليم في العالم الإسلامي،‏</w:t>
      </w:r>
    </w:p>
    <w:p>
      <w:pPr>
        <w:keepNext/>
      </w:pPr>
      <w:hyperlink r:id="rId121">
        <w:r>
          <w:rPr>
            <w:color w:val="1155CC"/>
            <w:u w:val="single"/>
          </w:rPr>
          <w:t>01:18:36 – 01:19:19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‏وللتنمية، مقترح مهم جداً‏ ‏من الناحية النظرية.‏ ‏يقول إن كليات رسائل النور قامت مقام مدرسة الزهراء.‏ ‏لكن علينا أيضاً أن نعكس هذا عملياً‏ ‏في الميدان. فلماذا نحتاج هذا؟‏ ‏لأن إحدى دواعيه هي الاتحاد الإسلامي.‏ ‏تحمل مدرسة الزهراء في ذاتها قدرة‏ ‏على تحقيق الاتحاد الإسلامي.‏ ‏لماذا؟ لأن القرب وسيلة للمعاشرة،‏ ‏ووسيلة للألفة، ووسيلة لعقد الأخوة.‏</w:t>
      </w:r>
    </w:p>
    <w:p>
      <w:pPr>
        <w:keepNext/>
      </w:pPr>
      <w:hyperlink r:id="rId122">
        <w:r>
          <w:rPr>
            <w:color w:val="1155CC"/>
            <w:u w:val="single"/>
          </w:rPr>
          <w:t>01:19:20 – 01:20:02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‏إذا جمعتم الشعوب المسلمة في مدرسة، العرب والأكراد،‏ ‏والأتراك والباكستانيين والأفارقة،‏ ‏تنشأ بينهم مع مرور الوقت ألفة‏ ‏ناتجة عن القرب.‏ ‏وتمنح هذه الألفة القلب محبة.‏ ‏ومع الوقت نجعل ذلك طبيعياً ونعتاد العيش معاً.‏ ‏لذلك يطرح الأستاذ هنا أيضاً‏ ‏مدرسة الزهراء وسيلة للاتحاد الإسلامي.‏ ‏أي لكي تتآلف القلوب حين نتعلم معاً،‏</w:t>
      </w:r>
    </w:p>
    <w:p>
      <w:pPr>
        <w:keepNext/>
      </w:pPr>
      <w:hyperlink r:id="rId123">
        <w:r>
          <w:rPr>
            <w:color w:val="1155CC"/>
            <w:u w:val="single"/>
          </w:rPr>
          <w:t>01:20:02 – 01:20:45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‏ولكي يظهر أثر تلقي التعليم نفسه عند الجميع،‏ ‏وينتشر في المجتمع.‏ ‏لكن الآن، مثلاً، جامعتنا جامعة إستينيا، جامعة علمانية‏ ‏عندما ننظر إليها.‏ ‏فيها أربعة آلاف طالب أجنبي، معظمهم من العالم الإسلامي،‏ ‏ثلاثة آلاف وثمانمائة، ثلاثة آلاف وتسعمائة منهم طلاب من العالم الإسلامي.‏ ‏لكن حين لا يكون في الجامعة سياق إسلامي،‏ ‏ولا توجد في الدروس نية الاتحاد الإسلامي أو مقصده،‏ ‏لا تتحقق هذه الوحدة وهذا الاجتماع.‏ ‏فلابد أن يكون الاتحاد الإسلامي هو [الغاية الأساسية؟]،‏</w:t>
      </w:r>
    </w:p>
    <w:p>
      <w:pPr>
        <w:keepNext/>
      </w:pPr>
      <w:hyperlink r:id="rId124">
        <w:r>
          <w:rPr>
            <w:color w:val="1155CC"/>
            <w:u w:val="single"/>
          </w:rPr>
          <w:t>01:20:45 – 01:21:29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‏هو الأساس، ووسيلة توجه ذلك الاجتماع،‏ ‏وتملؤه بالمحبة.‏ ‏من أهم مخرجات [مدرسة الزهراء؟]‏ ‏أن تكون وسيلة للاتحاد الإسلامي.‏ ‏وثالثاً، على المستوى المؤسسي،‏ ‏ومن خلال المؤسسات،‏ ‏علينا أن نحقق الاتحاد الإسلامي.‏ ‏فماذا يمكن أن نفعل في هذا؟‏ ‏أولاً،‏ ‏منصات أكاديمية مشتركة، ومشروعات ثقافية‏</w:t>
      </w:r>
    </w:p>
    <w:p>
      <w:pPr>
        <w:keepNext/>
      </w:pPr>
      <w:hyperlink r:id="rId125">
        <w:r>
          <w:rPr>
            <w:color w:val="1155CC"/>
            <w:u w:val="single"/>
          </w:rPr>
          <w:t>01:21:29 – 01:22:12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‏مشتركة، وبعض المواثيق مثل ميثاق مكة،‏ ‏وفرص مشتركة سياسياً على بعض‏ ‏الأرضيات، والتعاون، كالإسراع لمساعدة بعضنا في الكوارث،‏ ‏يمكن أن تكون هناك وسائل كثيرة. والآن، طبعاً لأننا أيضاً في اللجنة‏ ‏المنظمة لهذا المؤتمر، فإن هذا المؤتمر نفسه الآن‏ ‏مهم جداً من حيث كونه وسيلة للاتحاد الإسلامي.‏ ‏انظروا، هنا الآن إحدى عشرة جلسة،‏ ‏تُعقد كلها في الوقت نفسه.‏</w:t>
      </w:r>
    </w:p>
    <w:p>
      <w:pPr>
        <w:keepNext/>
      </w:pPr>
      <w:hyperlink r:id="rId126">
        <w:r>
          <w:rPr>
            <w:color w:val="1155CC"/>
            <w:u w:val="single"/>
          </w:rPr>
          <w:t>01:22:12 – 01:22:56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‏بعضها بالتركية، وبعضها بالعربية، وبعضها بالإنجليزية.‏ ‏عندما نخرج إلى القاعة هناك، إلى [البهو؟]، نكون هناك جميعاً معاً.‏ ‏ومن رؤية بعضنا، ومناقشة القضايا المشتركة، والتفكير‏ ‏في الأمور نفسها، ورؤية الوسائل المختلفة ضمن تلك الأمور،‏ ‏ندرك ذلك القرب بيننا.‏ ‏ونرى أننا إخوة لبعضنا.‏ ‏إنه جارنا بجانبنا، لكن لا غاية مشتركة بيننا ولا هدف.‏ ‏لماذا؟ لأن عالمه لا إسلام فيه، ولا تقوى، ولا إيمان.‏ ‏أما هنا، فمع أخ يأتي من بلدان بعيدة، من إندونيسيا وأمريكا وأفريقيا،‏</w:t>
      </w:r>
    </w:p>
    <w:p>
      <w:pPr>
        <w:keepNext/>
      </w:pPr>
      <w:hyperlink r:id="rId127">
        <w:r>
          <w:rPr>
            <w:color w:val="1155CC"/>
            <w:u w:val="single"/>
          </w:rPr>
          <w:t>01:22:56 – 01:23:28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‏نشعر بالأشياء نفسها.‏ ‏نفرح بالأشياء نفسها، ونتحمس لها، ونطلب الأشياء‏ ‏نفسها. لكل من هنا الآن رغبة، فما هي؟‏ ‏الاتحاد الإسلامي و[الفتوحات الإسلامية؟].‏ ‏نبحث عن حلول لهذا مع اقتباسات من رسائل النور.‏ ‏أنهي هنا، أستاذي.‏ ‏انتهت دقائقي الخمس عشرة، ولم أتجاوزها إن شاء الله.‏ ‏لأنني أيضاً أحاول [أن أضمن؟].‏ ‏أشكركم جزيلاً على الاستماع إلي بصبر.‏ ‏سلمتم ودمتم إن شاء الله.‏</w:t>
      </w:r>
    </w:p>
    <w:p>
      <w:pPr>
        <w:keepNext/>
      </w:pPr>
      <w:hyperlink r:id="rId128">
        <w:r>
          <w:rPr>
            <w:color w:val="1155CC"/>
            <w:u w:val="single"/>
          </w:rPr>
          <w:t>01:23:38 – 01:24:20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‏نشكر أستاذنا محمد علي غوندوغدو على كلمته.‏ ‏درس أستاذنا محمد علي هذا الموضوع بعمق منذ أعماله في الدكتوراه،‏ ‏ولذلك وضع له إطارا منهجيا.‏ ‏قدم عرضا جميلا عن منهجية الاتحاد الإسلامي،‏ ‏ولا سيما على أساس الانتماء والتعليم والمؤسسات.‏ ‏وانطلاقا خاصة من نموذج مدرسة الزهراء، لفت إلى أن‏ ‏العلوم الطبيعية والاجتماعية والدينية تدرس‏ ‏معا، وأن طلاب اللغات والثقافات المختلفة‏ ‏يكونون في بيئة ومكان واحد، محققين وحدة الشعور والفكر،‏ ‏وبذلك يمكن تحقيق الاتحاد الإسلامي.‏</w:t>
      </w:r>
    </w:p>
    <w:p>
      <w:pPr>
        <w:keepNext/>
      </w:pPr>
      <w:hyperlink r:id="rId129">
        <w:r>
          <w:rPr>
            <w:color w:val="1155CC"/>
            <w:u w:val="single"/>
          </w:rPr>
          <w:t>01:24:23 – 01:25:02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‏لقد انتهى وقتنا في الحقيقة، وبدأنا متأخرين قليلا، لكن هناك جلسة أخرى‏ ‏بعدنا، ولدينا بعض الوقت حتى تبدأ.‏ ‏يمكننا أخذ بضعة أسئلة.‏ ‏يرجى توجيه سؤالكم إلى الأستاذ الذي تريدون سؤاله.‏ ‏لنبدأ بكم.‏ ‏هل هناك أحد يمرر الميكروفون؟‏ ‏شكرا لكم. سأوجه سؤالي إلى الأستاذ متين يغيت.‏</w:t>
      </w:r>
    </w:p>
    <w:p>
      <w:pPr>
        <w:keepNext/>
      </w:pPr>
      <w:hyperlink r:id="rId130">
        <w:r>
          <w:rPr>
            <w:color w:val="1155CC"/>
            <w:u w:val="single"/>
          </w:rPr>
          <w:t>01:25:05 – 01:25:48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‏شكرا يا أستاذ.‏ ‏لقد [رصدتم؟] الأمر جيدا وحللتموه جيدا.‏ ‏سؤالي هو الآتي.‏ ‏كان الناس يقيمون قضية الاتحاد الإسلامي على النحو الآتي.‏ ‏هذا تفاؤل طوباوي.‏ ‏للدول مصالح، وكما أنه ليست لها صداقات أبدية،‏ ‏فليست لها عداوات أبدية أيضا.‏ ‏ليس من السهل [التوفيق؟] بين هذه الأمور.‏ ‏مثلا، حين قامت الوحدة العربية، أرادت مصر مزيدا من الهيمنة على سوريا،‏ ‏فلم تستمر الوحدة وتفككت في الخمسينيات.‏ ‏أو إن تركيا لم تؤيد استقلال الجزائر‏ ‏في الستينيات.‏ ‏واضطرت إلى الاعتذار في التسعينيات، وما إلى ذلك.‏</w:t>
      </w:r>
    </w:p>
    <w:p>
      <w:pPr>
        <w:keepNext/>
      </w:pPr>
      <w:hyperlink r:id="rId131">
        <w:r>
          <w:rPr>
            <w:color w:val="1155CC"/>
            <w:u w:val="single"/>
          </w:rPr>
          <w:t>01:25:48 – 01:26:31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‏لذلك يمكن أن نتحدث من جهة عن تفاؤل طوباوي.‏ ‏ومن جهة أخرى عن مثالية واقعية.‏ ‏لكن كما يقول أساتذتنا أيضا، يقال إن وقته المرهون قد حان.‏ ‏الآن هناك مثل هذا الأمل، ونحن في مثل هذا الظرف.‏ ‏تذكروا، كما ذكر أستاذنا، أن إنجلترا قدمت الدعم،‏ ‏وأن حلف بغداد تأسس.‏ ‏لماذا؟ كان هناك خطر الشيوعية.‏ ‏وكان ذلك يناسب مصالحهم أيضا، مصالح الغربيين والقوى المهيمنة.‏ ‏والآن يبدو أن مثل هذه الفرصة قد ظهرت مجددا.‏ ‏سؤالي هو: إلى أي مدى يمكن معالجة التجارب والمشكلات‏ ‏والأحكام المسبقة بين المجتمعات يا أستاذ؟‏</w:t>
      </w:r>
    </w:p>
    <w:p>
      <w:pPr>
        <w:keepNext/>
      </w:pPr>
      <w:hyperlink r:id="rId132">
        <w:r>
          <w:rPr>
            <w:color w:val="1155CC"/>
            <w:u w:val="single"/>
          </w:rPr>
          <w:t>01:26:31 – 01:27:13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‏ماذا تقولون في هذا الشأن؟‏ ‏هل الصوت مسموع؟‏ ‏هل الصوت مسموع؟‏ ‏يا أستاذ، كما قلت قبل قليل، إن صوت الأنبياء وملامحهم‏ ‏معجزة، كما يقول مولانا.‏ ‏وميراثهم ورسالتهم يحملان الخاصية نفسها.‏ ‏ماذا تقول الآية الكريمة؟‏ ‏مخاطبا الأنصار والمهاجرين: لو أنفقت كل أموال الدنيا،‏ ‏لما استطعت التوفيق بينهم.‏ ‏لكن الله أصلح بينهم.‏ ‏أي إن هذا القرآن، كلام صاحب الكون وصاحب الوجود،‏ ‏الحق سبحانه، بين أيدينا.‏</w:t>
      </w:r>
    </w:p>
    <w:p>
      <w:pPr>
        <w:keepNext/>
      </w:pPr>
      <w:hyperlink r:id="rId133">
        <w:r>
          <w:rPr>
            <w:color w:val="1155CC"/>
            <w:u w:val="single"/>
          </w:rPr>
          <w:t>01:27:14 – 01:27:50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‏فهذا، أعني، ممكن؛ وتلك الأمور أيضا،‏ ‏وتلك الآلام أيضا، إذا فهمناها وعشناها كما ينبغي،‏ ‏أؤمن بأنها ستذوب وتتبخر.‏ ‏وهذا كثيرا، أعني أن ما يمكن بين الأفراد يحدث بين المجتمعات أيضا.‏ ‏فكما يمكن لفردين أن يتصالحا، وبعد التجارب المؤلمة‏ ‏والذكريات يصبحا صديقين، وهو ما نراه،‏ ‏فإن المجتمعات المكونة من أولئك الأفراد‏ ‏يمكن أن تحقق المصالحة والأخوة أيضا.‏ ‏ما حدث في التاريخ يمكن أن يحدث مرة أخرى.‏</w:t>
      </w:r>
    </w:p>
    <w:p>
      <w:pPr>
        <w:keepNext/>
      </w:pPr>
      <w:hyperlink r:id="rId134">
        <w:r>
          <w:rPr>
            <w:color w:val="1155CC"/>
            <w:u w:val="single"/>
          </w:rPr>
          <w:t>01:28:04 – 01:28:49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‏[علي بوراك غازي؟]، كانت هناك كلمات جميلة جدا، جزاكم الله خيرا.‏ ‏وفي سياق الحلول القرآنية للأزمات العالمية،‏ ‏للأستاذ بديع الزمان، بوصفه إمام العصر وإمام القرن، مقترحات.‏ ‏وقد عرضت تلك المقترحات.‏ ‏هناك ذكرى أود أن أنقلها.‏ ‏هناك ذكرى تجمع الأستاذ بمحسن أليف.‏ ‏اليوم تتخذ تركيا خطوات نحو تركيا خالية من الإرهاب.‏ ‏وكما عبر أساتذتنا بصورة جميلة جدا،‏ ‏فإن داء [الفرنجة؟] في أواخر القرن التاسع‏ ‏عشر، أي الحركة العنصرية، تسبب للأسف‏</w:t>
      </w:r>
    </w:p>
    <w:p>
      <w:pPr>
        <w:keepNext/>
      </w:pPr>
      <w:hyperlink r:id="rId135">
        <w:r>
          <w:rPr>
            <w:color w:val="1155CC"/>
            <w:u w:val="single"/>
          </w:rPr>
          <w:t>01:28:49 – 01:29:32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انقسامات في الجغرافيا الإسلامية.‏ ‏هذه الذكرى عن الأستاذ ومقترحاته في هذا السياق‏ ‏للحلول، وهذه الندوة، ستنتج حقا حلا‏ ‏للإرهاب أيضا، وهو من أهم مشكلات تركيا‏ ‏وأؤمن بذلك.‏ ‏وهذا ما أطلبه جوابا عن هذا الأمر.‏ ‏ينقل محسن أليف، أحد طلاب الأستاذ بديع الزمان، ذكراه المشهورة‏ ‏مع الأستاذ عن الوضع الجغرافي للأكراد‏ ‏على النحو الآتي.‏ ‏ذات يوم يسأل بديع الزمان سعيد النورسي‏ ‏محسن أليف: «هل تعرف لماذا قسم الأكراد‏</w:t>
      </w:r>
    </w:p>
    <w:p>
      <w:pPr>
        <w:keepNext/>
      </w:pPr>
      <w:hyperlink r:id="rId136">
        <w:r>
          <w:rPr>
            <w:color w:val="1155CC"/>
            <w:u w:val="single"/>
          </w:rPr>
          <w:t>01:29:32 – 01:30:13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‏إلى أربعة أجزاء، بلدان؟»‏ ‏فيقول محسن أليف إنه لا يعلم، ويجيب: «لا أستطيع أن أعرف يا أستاذي».‏ ‏وعندئذ يقدم سعيد النورسي التفسير الآتي:‏ ‏«لكي يكون الأكراد وسيلة للاتحاد الإسلامي، لوحدة الإسلام،‏ ‏قسمهم الحق سبحانه إلى أربعة أجزاء».‏ ‏وبهذه الملاحظة لبديع الزمان، فإن توزع السكان الأكراد‏ ‏بين بلدان مختلفة، تركيا وإيران والعراق وسوريا،‏ ‏سيؤدي دور رابطة لا تنفصم بين هذه البلدان الإسلامية‏</w:t>
      </w:r>
    </w:p>
    <w:p>
      <w:pPr>
        <w:keepNext/>
      </w:pPr>
      <w:hyperlink r:id="rId137">
        <w:r>
          <w:rPr>
            <w:color w:val="1155CC"/>
            <w:u w:val="single"/>
          </w:rPr>
          <w:t>01:30:13 – 01:30:58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‏وعنصر موحد لتحالف إسلامي سيقام في المستقبل.‏ ‏كما يوضح. والآن طرح صديقنا أيضا سؤالا مهما جدا.‏ ‏لقد نشأت فعلا انقسامات وأحكام مسبقة في المجتمع.‏ ‏في «أسئلة ستة» يرد الأستاذ على إنكار الأكراد، وإنكار أديانهم،‏ ‏يرد على هذا الإنكار.‏ ‏و«تبا!»؛ لمسح البصاق الذي يصل إلى وجوه أهل ذلك العصر أو تجنبه،‏ ‏يقول إن سياسات الإنكار هذه مورست في تركيا.‏ ‏أنكر الأكراد وأنكرت اللغة.‏ ‏واليوم، في سياق يحل مشكلة الإرهاب هذه، فإن الأستاذ،‏ ‏في «الخطبة الشامية»، يصف الأكراد بأنهم طوائف صغيرة من العرب‏</w:t>
      </w:r>
    </w:p>
    <w:p>
      <w:pPr>
        <w:keepNext/>
      </w:pPr>
      <w:hyperlink r:id="rId138">
        <w:r>
          <w:rPr>
            <w:color w:val="1155CC"/>
            <w:u w:val="single"/>
          </w:rPr>
          <w:t>01:30:58 – 01:31:40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‏والأتراك، ويذكر أن لهم أيضا في النظام الدستوري الذي سيقام،‏ ‏وفي الحق والقانون، حقوقا كذلك.‏ ‏أي إنه بسبب هذه المشكلة، وللأسف بسبب داء العنصرية،‏ ‏أصبح مئات الآلاف من الشباب الأكراد بلا‏ ‏دين، وانفصلوا عن الدين وعن الإسلام،‏ ‏وأصبحوا أعداء للإسلام.‏ ‏بسبب هذه الأخطاء.‏ ‏فعندما ننظر إلى هذه الرسائل من نافذة الوحي كما قال أستاذنا متين،‏ ‏فلم تكن هناك أي مشكلة أصلا. وكما قال أستاذنا محمد علي،‏ ‏مع فهم الإسلام في عصر السعادة زال العرق.‏ ‏لكن هذه المشكلات قائمة أمامنا اليوم كواقع.‏</w:t>
      </w:r>
    </w:p>
    <w:p>
      <w:pPr>
        <w:keepNext/>
      </w:pPr>
      <w:hyperlink r:id="rId139">
        <w:r>
          <w:rPr>
            <w:color w:val="1155CC"/>
            <w:u w:val="single"/>
          </w:rPr>
          <w:t>01:31:40 – 01:32:20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‏إزاء هذه المشكلة، أي [مقترح يمكن طلبه؟] من بديع الزمان؟‏ ‏وحين تكون هذه المشكلة [في بداية الحل؟]‏ ‏وعلى جدول أعمال تركيا، ومع تركيا خالية‏ ‏من الإرهاب، ونحن على وشك التخلص من هذا الداء إلى الأبد إن شاء الله،‏ ‏ما الحل الذي يمنع عودتها ويحقق تحالفا حقيقيا‏ ‏بين الأمم الإسلامية؟‏ ‏هذا ما ألتمسه من الأستاذ.‏ ‏مع احترامي، شكرا.‏ ‏إلى من وجهتم سؤالكم؟‏ ‏يمكن لجميع أساتذتنا أن يساهموا.‏ ‏نشكركم على مساهماتكم القيمة.‏ ‏—عفوا.‏</w:t>
      </w:r>
    </w:p>
    <w:p>
      <w:pPr>
        <w:keepNext/>
      </w:pPr>
      <w:hyperlink r:id="rId140">
        <w:r>
          <w:rPr>
            <w:color w:val="1155CC"/>
            <w:u w:val="single"/>
          </w:rPr>
          <w:t>01:32:21 – 01:32:59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‏الميكروفون،‏ ‏تفضلوا.‏ ‏[سيجد جوابا؟] لسؤال أخينا.‏ ‏لنأخذ السؤال الأخير وننته.‏ ‏نشكر أساتذتنا.‏ ‏في موضوع الاتحاد الإسلامي، ضمن فئات ومجالات مختلفة،‏ ‏قدموا عروضا تعبر عن معنى مشترك.‏ ‏وسيكون لي بالطبع هذا السؤال.‏</w:t>
      </w:r>
    </w:p>
    <w:p>
      <w:pPr>
        <w:keepNext/>
      </w:pPr>
      <w:hyperlink r:id="rId141">
        <w:r>
          <w:rPr>
            <w:color w:val="1155CC"/>
            <w:u w:val="single"/>
          </w:rPr>
          <w:t>01:33:02 – 01:33:46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‏نفهم مما قيل هنا ما يأتي.‏ ‏كما نعلم، يعتمد الغرب على الآليات، أما الحضارة الإسلامية‏ ‏فهي حضارة تعتمد أكثر على القيم.‏ ‏ولذلك فإن تناول أساتذتنا للمسألة هنا‏ ‏يتجاوز الانتماء العرقي، فبدلا من الاعتماد على الآليات،‏ ‏يركز على القيم، ويذكرون أن الأستاذ تناوله أيضا‏ ‏على هذا النحو. سؤالي: حين نفكر في كل ذلك،‏ ‏الاتحاد الإسلامي، وكل ما قاله أساتذتنا،‏ ‏وحتى لو افترضنا كل ما طرحوه، فهل يمكن ذلك بلا قيادة‏</w:t>
      </w:r>
    </w:p>
    <w:p>
      <w:pPr>
        <w:keepNext/>
      </w:pPr>
      <w:hyperlink r:id="rId142">
        <w:r>
          <w:rPr>
            <w:color w:val="1155CC"/>
            <w:u w:val="single"/>
          </w:rPr>
          <w:t>01:33:46 – 01:34:28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‏وبلا بنية [مؤسسة؟]؟‏ ‏لأن هناك مسألة وجود غاية، وإرادة تتبع بصورة هادفة‏ ‏وتنظم وتحقق ذلك،‏ ‏فوجود مثل هذه الإرادة مطروح.‏ ‏هنا يمكن، بين قوسين، التفكير في الخلافة وما إلى ذلك،‏ ‏لكن سؤالي بوضوح عن قيادة،‏ ‏وبهذا المعنى، بنية مرتبطة بذلك،‏ ‏بنية قائمة؛ فهل الاتحاد الإسلامي ممكن بدونها؟‏ ‏وإن لم يكن ممكنا، فما تلك البنية، أو كيف يمكن أن تكون؟‏</w:t>
      </w:r>
    </w:p>
    <w:p>
      <w:pPr>
        <w:keepNext/>
      </w:pPr>
      <w:hyperlink r:id="rId143">
        <w:r>
          <w:rPr>
            <w:color w:val="1155CC"/>
            <w:u w:val="single"/>
          </w:rPr>
          <w:t>01:34:28 – 01:35:11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‏أسأل أساتذتنا‏ ‏هذا السؤال.‏ ‏هل من أستاذ يرغب في الإجابة؟‏ ‏يا أستاذ، يوصي بديع الزمان هنا بالشورى.‏ ‏يقول إن الفرد، ولو كان عبقريا، لا يستطيع‏ ‏أن يحل محل الشخصية المعنوية الجماعية.‏ ‏وطبعا هناك أفراد يمثلون تلك الشخصية المعنوية.‏ ‏لكن الأفراد سيكونون موجودين دائما.‏ ‏لكن ليس أمرا يعتمد على شخص، عليه وحده،‏ ‏وليس فتوحات أو اتحادا بهذه الصورة، ولا بمعنى الشخصانية،‏</w:t>
      </w:r>
    </w:p>
    <w:p>
      <w:pPr>
        <w:keepNext/>
      </w:pPr>
      <w:hyperlink r:id="rId144">
        <w:r>
          <w:rPr>
            <w:color w:val="1155CC"/>
            <w:u w:val="single"/>
          </w:rPr>
          <w:t>01:35:11 – 01:35:56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‏مع أنه قد يكون بقيادة شخص معين.‏ ‏فهذا أمر فطري أصلا.‏ ‏وله أمثلة موجودة الآن في الواقع.‏ ‏الاتحاد الأوروبي مثلا.‏ ‏عندما نسأل من يقود الاتحاد الأوروبي، لا نستطيع كثيرا‏ ‏أن نجيب. نقول فرنسا وألمانيا وإيطاليا،‏ ‏مثلا، لكن لا أحد هناك.‏ ‏ومع ذلك يوجد اتحاد. الولايات المتحدة الأمريكية:‏ ‏نراها دولة واحدة، لكنها تتكون من 52 ولاية؛ وفي الحقيقة هي 52‏ ‏دولة اتحدت لتشكل هذا الاتحاد.‏ ‏لذلك وضع بديع الزمان منذ بداية العصر‏ ‏العلاج: الشورى والمشورة، بمعنى الاتحاد والاجتماع.‏</w:t>
      </w:r>
    </w:p>
    <w:p>
      <w:pPr>
        <w:keepNext/>
      </w:pPr>
      <w:hyperlink r:id="rId145">
        <w:r>
          <w:rPr>
            <w:color w:val="1155CC"/>
            <w:u w:val="single"/>
          </w:rPr>
          <w:t>01:35:57 – 01:36:38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‏وللجمهوريات الإسلامية المتحدة أيضا،‏ ‏مثل الولايات المتحدة والاتحاد الأوروبي،‏ ‏لا حاجة إلى زوال الحدود.‏ ‏وقد دخلت تركيا الآن هذا الطريق بإذن الله.‏ ‏ومع ميثاق مكة، الآن الجزيرة العربية‏ ‏وباكستان؛ وفي المستقبل، إن شاء الله، بلدان‏ ‏إسلامية أخرى ستنضم إليه أيضا.‏ ‏لتبق الحدود، ولكن إذا استقر الاتحاد الإسلامي حقا بمعنى توحيد القلوب‏ ‏في القلوب والأفئدة، فلن تكون تلك الحدود سوى‏ ‏خطوط قليلة على الخريطة، ولن تمثل انقسامات تفرقنا.‏ ‏لذلك، إن شاء الله، يجد بديع الزمان ذلك في الشورى، وهذا لنا أصلا—‏ ‏سنرى منه المزيد شيئا فشيئا الآن، إن شاء الله.‏</w:t>
      </w:r>
    </w:p>
    <w:p>
      <w:pPr>
        <w:keepNext/>
      </w:pPr>
      <w:hyperlink r:id="rId146">
        <w:r>
          <w:rPr>
            <w:color w:val="1155CC"/>
            <w:u w:val="single"/>
          </w:rPr>
          <w:t>01:36:42 – 01:37:22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‏[أستاذي؟]، بإذنكم،‏ ‏قلنا إنه السؤال الأخير في الجلسة.‏ ‏ليأت السؤال الأخير من هنا يا أستاذ.‏ ‏ليكن آخر الآخر.‏ ‏—[حسنا يا أستاذ؟]‏ ‏نخطط للانتهاء [كلمة غير واضحة].‏ ‏لنسأل بسرعة.‏ ‏لنأخذ جوابا سريعا وننته، إن شاء الله.‏ ‏حسنا. أشكر أساتذتنا الكرام جزيل الشكر.‏ ‏قدموا معلومات جميلة ومستنيرة جدا.‏ ‏أود أن أقول هذا: كما قال الأستاذ،‏ ‏في هذه الجزيرة [الواسعة؟]،‏ ‏ما أسرع ما جرى للشعوب المتوحشة والمختلفة‏ ‏من [أخلاقهم السيئة المتوحشة؟]،‏</w:t>
      </w:r>
    </w:p>
    <w:p>
      <w:pPr>
        <w:keepNext/>
      </w:pPr>
      <w:hyperlink r:id="rId147">
        <w:r>
          <w:rPr>
            <w:color w:val="1155CC"/>
            <w:u w:val="single"/>
          </w:rPr>
          <w:t>01:37:22 – 01:38:03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‏بـ[دفعها وقلعها ورفعها؟]، وتجهيزهم بكل الأخلاق الحسنة،‏ ‏وجعلهم أساتذة للعالم كله، [للأمم؟]، و‏ ‏معلمين.‏ ‏لا تسلطا ظاهريا؛ بل كان محبوب القلوب،‏ ‏ومعلم العقول ومربي النفوس وسلطان الأرواح.‏ ‏في هذا السياق، كيف يمكن لنا نحن البلدان الإسلامية‏ ‏والجغرافيا الإسلامية في هذا العصر، بمثل هذه‏ ‏الوسيلة، كيف يمكن أن نفعل ذلك، وماذا يمكن أن نفعل؟‏</w:t>
      </w:r>
    </w:p>
    <w:p>
      <w:pPr>
        <w:keepNext/>
      </w:pPr>
      <w:hyperlink r:id="rId148">
        <w:r>
          <w:rPr>
            <w:color w:val="1155CC"/>
            <w:u w:val="single"/>
          </w:rPr>
          <w:t>01:38:03 – 01:38:45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‏وبما أن أساس هذا الاتحاد يقوم على المعرفة،‏ ‏فكيف يمكن أن تكون مثل هذه المعرفة؟‏ ‏أرجو الجواب من أستاذنا محمد علي.‏ ‏بالإيمان بالله وبالآخرة يترقى الإنسان حقا بقلبه،‏ ‏وروحه وعقله.‏ ‏ومربي النفس، أي القلب والروح والعقل،‏ ‏[مربيها؟] وتربيتها ومربيها هو القرآن الكريم.‏ ‏وكلما اتبعنا القرآن وسرنا وراء حقائقه، إن شاء الله،‏ ‏فإن ذلك المعنى الذي ذكرتموه، في آخر الزمان، مرة أخرى إن شاء الله،‏</w:t>
      </w:r>
    </w:p>
    <w:p>
      <w:pPr>
        <w:keepNext/>
      </w:pPr>
      <w:hyperlink r:id="rId149">
        <w:r>
          <w:rPr>
            <w:color w:val="1155CC"/>
            <w:u w:val="single"/>
          </w:rPr>
          <w:t>01:38:45 – 01:39:27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‏سيتحقق.‏ ‏وبإذن الله، نتناول نحن أيضا هذه المسائل بأفكار بديع الزمان‏ ‏لكي نحاول إظهار الحلول القرآنية للأزمات العالمية‏ ‏من منظور رسائل النور.‏ ‏وإن شاء الله، فليجعل الحق سبحانه هذه الندوة وسيلة لقيام مجتمع‏ ‏بالمعنى الذي ذكرتموه، إن شاء الله.‏ ‏—هل رسائل النور وصفة لهذا يا أستاذ؟‏ ‏نعم، إن شاء الله، هي كذلك.‏ ‏لينشر الحق سبحانه تلك الوسيلة في كل‏ ‏مكان، إن شاء الله، ويذيعها إن شاء الله.‏ ‏أشكر أساتذتنا الكرام والمشاركين الأعزاء جزيل الشكر‏ ‏على حضورهم، ونختتم الجلسة هنا.‏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outu.be/4AD8uq0cu8I" TargetMode="External"/><Relationship Id="rId10" Type="http://schemas.openxmlformats.org/officeDocument/2006/relationships/hyperlink" Target="https://youtu.be/4AD8uq0cu8I?t=2" TargetMode="External"/><Relationship Id="rId11" Type="http://schemas.openxmlformats.org/officeDocument/2006/relationships/hyperlink" Target="https://youtu.be/4AD8uq0cu8I?t=45" TargetMode="External"/><Relationship Id="rId12" Type="http://schemas.openxmlformats.org/officeDocument/2006/relationships/hyperlink" Target="https://youtu.be/4AD8uq0cu8I?t=89" TargetMode="External"/><Relationship Id="rId13" Type="http://schemas.openxmlformats.org/officeDocument/2006/relationships/hyperlink" Target="https://youtu.be/4AD8uq0cu8I?t=129" TargetMode="External"/><Relationship Id="rId14" Type="http://schemas.openxmlformats.org/officeDocument/2006/relationships/hyperlink" Target="https://youtu.be/4AD8uq0cu8I?t=170" TargetMode="External"/><Relationship Id="rId15" Type="http://schemas.openxmlformats.org/officeDocument/2006/relationships/hyperlink" Target="https://youtu.be/4AD8uq0cu8I?t=214" TargetMode="External"/><Relationship Id="rId16" Type="http://schemas.openxmlformats.org/officeDocument/2006/relationships/hyperlink" Target="https://youtu.be/4AD8uq0cu8I?t=256" TargetMode="External"/><Relationship Id="rId17" Type="http://schemas.openxmlformats.org/officeDocument/2006/relationships/hyperlink" Target="https://youtu.be/4AD8uq0cu8I?t=298" TargetMode="External"/><Relationship Id="rId18" Type="http://schemas.openxmlformats.org/officeDocument/2006/relationships/hyperlink" Target="https://youtu.be/4AD8uq0cu8I?t=341" TargetMode="External"/><Relationship Id="rId19" Type="http://schemas.openxmlformats.org/officeDocument/2006/relationships/hyperlink" Target="https://youtu.be/4AD8uq0cu8I?t=384" TargetMode="External"/><Relationship Id="rId20" Type="http://schemas.openxmlformats.org/officeDocument/2006/relationships/hyperlink" Target="https://youtu.be/4AD8uq0cu8I?t=425" TargetMode="External"/><Relationship Id="rId21" Type="http://schemas.openxmlformats.org/officeDocument/2006/relationships/hyperlink" Target="https://youtu.be/4AD8uq0cu8I?t=470" TargetMode="External"/><Relationship Id="rId22" Type="http://schemas.openxmlformats.org/officeDocument/2006/relationships/hyperlink" Target="https://youtu.be/4AD8uq0cu8I?t=514" TargetMode="External"/><Relationship Id="rId23" Type="http://schemas.openxmlformats.org/officeDocument/2006/relationships/hyperlink" Target="https://youtu.be/4AD8uq0cu8I?t=554" TargetMode="External"/><Relationship Id="rId24" Type="http://schemas.openxmlformats.org/officeDocument/2006/relationships/hyperlink" Target="https://youtu.be/4AD8uq0cu8I?t=597" TargetMode="External"/><Relationship Id="rId25" Type="http://schemas.openxmlformats.org/officeDocument/2006/relationships/hyperlink" Target="https://youtu.be/4AD8uq0cu8I?t=639" TargetMode="External"/><Relationship Id="rId26" Type="http://schemas.openxmlformats.org/officeDocument/2006/relationships/hyperlink" Target="https://youtu.be/4AD8uq0cu8I?t=683" TargetMode="External"/><Relationship Id="rId27" Type="http://schemas.openxmlformats.org/officeDocument/2006/relationships/hyperlink" Target="https://youtu.be/4AD8uq0cu8I?t=727" TargetMode="External"/><Relationship Id="rId28" Type="http://schemas.openxmlformats.org/officeDocument/2006/relationships/hyperlink" Target="https://youtu.be/4AD8uq0cu8I?t=772" TargetMode="External"/><Relationship Id="rId29" Type="http://schemas.openxmlformats.org/officeDocument/2006/relationships/hyperlink" Target="https://youtu.be/4AD8uq0cu8I?t=815" TargetMode="External"/><Relationship Id="rId30" Type="http://schemas.openxmlformats.org/officeDocument/2006/relationships/hyperlink" Target="https://youtu.be/4AD8uq0cu8I?t=858" TargetMode="External"/><Relationship Id="rId31" Type="http://schemas.openxmlformats.org/officeDocument/2006/relationships/hyperlink" Target="https://youtu.be/4AD8uq0cu8I?t=900" TargetMode="External"/><Relationship Id="rId32" Type="http://schemas.openxmlformats.org/officeDocument/2006/relationships/hyperlink" Target="https://youtu.be/4AD8uq0cu8I?t=943" TargetMode="External"/><Relationship Id="rId33" Type="http://schemas.openxmlformats.org/officeDocument/2006/relationships/hyperlink" Target="https://youtu.be/4AD8uq0cu8I?t=983" TargetMode="External"/><Relationship Id="rId34" Type="http://schemas.openxmlformats.org/officeDocument/2006/relationships/hyperlink" Target="https://youtu.be/4AD8uq0cu8I?t=1027" TargetMode="External"/><Relationship Id="rId35" Type="http://schemas.openxmlformats.org/officeDocument/2006/relationships/hyperlink" Target="https://youtu.be/4AD8uq0cu8I?t=1071" TargetMode="External"/><Relationship Id="rId36" Type="http://schemas.openxmlformats.org/officeDocument/2006/relationships/hyperlink" Target="https://youtu.be/4AD8uq0cu8I?t=1114" TargetMode="External"/><Relationship Id="rId37" Type="http://schemas.openxmlformats.org/officeDocument/2006/relationships/hyperlink" Target="https://youtu.be/4AD8uq0cu8I?t=1156" TargetMode="External"/><Relationship Id="rId38" Type="http://schemas.openxmlformats.org/officeDocument/2006/relationships/hyperlink" Target="https://youtu.be/4AD8uq0cu8I?t=1197" TargetMode="External"/><Relationship Id="rId39" Type="http://schemas.openxmlformats.org/officeDocument/2006/relationships/hyperlink" Target="https://youtu.be/4AD8uq0cu8I?t=1239" TargetMode="External"/><Relationship Id="rId40" Type="http://schemas.openxmlformats.org/officeDocument/2006/relationships/hyperlink" Target="https://youtu.be/4AD8uq0cu8I?t=1281" TargetMode="External"/><Relationship Id="rId41" Type="http://schemas.openxmlformats.org/officeDocument/2006/relationships/hyperlink" Target="https://youtu.be/4AD8uq0cu8I?t=1323" TargetMode="External"/><Relationship Id="rId42" Type="http://schemas.openxmlformats.org/officeDocument/2006/relationships/hyperlink" Target="https://youtu.be/4AD8uq0cu8I?t=1365" TargetMode="External"/><Relationship Id="rId43" Type="http://schemas.openxmlformats.org/officeDocument/2006/relationships/hyperlink" Target="https://youtu.be/4AD8uq0cu8I?t=1405" TargetMode="External"/><Relationship Id="rId44" Type="http://schemas.openxmlformats.org/officeDocument/2006/relationships/hyperlink" Target="https://youtu.be/4AD8uq0cu8I?t=1448" TargetMode="External"/><Relationship Id="rId45" Type="http://schemas.openxmlformats.org/officeDocument/2006/relationships/hyperlink" Target="https://youtu.be/4AD8uq0cu8I?t=1490" TargetMode="External"/><Relationship Id="rId46" Type="http://schemas.openxmlformats.org/officeDocument/2006/relationships/hyperlink" Target="https://youtu.be/4AD8uq0cu8I?t=1534" TargetMode="External"/><Relationship Id="rId47" Type="http://schemas.openxmlformats.org/officeDocument/2006/relationships/hyperlink" Target="https://youtu.be/4AD8uq0cu8I?t=1576" TargetMode="External"/><Relationship Id="rId48" Type="http://schemas.openxmlformats.org/officeDocument/2006/relationships/hyperlink" Target="https://youtu.be/4AD8uq0cu8I?t=1616" TargetMode="External"/><Relationship Id="rId49" Type="http://schemas.openxmlformats.org/officeDocument/2006/relationships/hyperlink" Target="https://youtu.be/4AD8uq0cu8I?t=1658" TargetMode="External"/><Relationship Id="rId50" Type="http://schemas.openxmlformats.org/officeDocument/2006/relationships/hyperlink" Target="https://youtu.be/4AD8uq0cu8I?t=1698" TargetMode="External"/><Relationship Id="rId51" Type="http://schemas.openxmlformats.org/officeDocument/2006/relationships/hyperlink" Target="https://youtu.be/4AD8uq0cu8I?t=1738" TargetMode="External"/><Relationship Id="rId52" Type="http://schemas.openxmlformats.org/officeDocument/2006/relationships/hyperlink" Target="https://youtu.be/4AD8uq0cu8I?t=1783" TargetMode="External"/><Relationship Id="rId53" Type="http://schemas.openxmlformats.org/officeDocument/2006/relationships/hyperlink" Target="https://youtu.be/4AD8uq0cu8I?t=1826" TargetMode="External"/><Relationship Id="rId54" Type="http://schemas.openxmlformats.org/officeDocument/2006/relationships/hyperlink" Target="https://youtu.be/4AD8uq0cu8I?t=1873" TargetMode="External"/><Relationship Id="rId55" Type="http://schemas.openxmlformats.org/officeDocument/2006/relationships/hyperlink" Target="https://youtu.be/4AD8uq0cu8I?t=1914" TargetMode="External"/><Relationship Id="rId56" Type="http://schemas.openxmlformats.org/officeDocument/2006/relationships/hyperlink" Target="https://youtu.be/4AD8uq0cu8I?t=1956" TargetMode="External"/><Relationship Id="rId57" Type="http://schemas.openxmlformats.org/officeDocument/2006/relationships/hyperlink" Target="https://youtu.be/4AD8uq0cu8I?t=2000" TargetMode="External"/><Relationship Id="rId58" Type="http://schemas.openxmlformats.org/officeDocument/2006/relationships/hyperlink" Target="https://youtu.be/4AD8uq0cu8I?t=2042" TargetMode="External"/><Relationship Id="rId59" Type="http://schemas.openxmlformats.org/officeDocument/2006/relationships/hyperlink" Target="https://youtu.be/4AD8uq0cu8I?t=2083" TargetMode="External"/><Relationship Id="rId60" Type="http://schemas.openxmlformats.org/officeDocument/2006/relationships/hyperlink" Target="https://youtu.be/4AD8uq0cu8I?t=2124" TargetMode="External"/><Relationship Id="rId61" Type="http://schemas.openxmlformats.org/officeDocument/2006/relationships/hyperlink" Target="https://youtu.be/4AD8uq0cu8I?t=2166" TargetMode="External"/><Relationship Id="rId62" Type="http://schemas.openxmlformats.org/officeDocument/2006/relationships/hyperlink" Target="https://youtu.be/4AD8uq0cu8I?t=2208" TargetMode="External"/><Relationship Id="rId63" Type="http://schemas.openxmlformats.org/officeDocument/2006/relationships/hyperlink" Target="https://youtu.be/4AD8uq0cu8I?t=2250" TargetMode="External"/><Relationship Id="rId64" Type="http://schemas.openxmlformats.org/officeDocument/2006/relationships/hyperlink" Target="https://youtu.be/4AD8uq0cu8I?t=2293" TargetMode="External"/><Relationship Id="rId65" Type="http://schemas.openxmlformats.org/officeDocument/2006/relationships/hyperlink" Target="https://youtu.be/4AD8uq0cu8I?t=2334" TargetMode="External"/><Relationship Id="rId66" Type="http://schemas.openxmlformats.org/officeDocument/2006/relationships/hyperlink" Target="https://youtu.be/4AD8uq0cu8I?t=2379" TargetMode="External"/><Relationship Id="rId67" Type="http://schemas.openxmlformats.org/officeDocument/2006/relationships/hyperlink" Target="https://youtu.be/4AD8uq0cu8I?t=2423" TargetMode="External"/><Relationship Id="rId68" Type="http://schemas.openxmlformats.org/officeDocument/2006/relationships/hyperlink" Target="https://youtu.be/4AD8uq0cu8I?t=2464" TargetMode="External"/><Relationship Id="rId69" Type="http://schemas.openxmlformats.org/officeDocument/2006/relationships/hyperlink" Target="https://youtu.be/4AD8uq0cu8I?t=2505" TargetMode="External"/><Relationship Id="rId70" Type="http://schemas.openxmlformats.org/officeDocument/2006/relationships/hyperlink" Target="https://youtu.be/4AD8uq0cu8I?t=2547" TargetMode="External"/><Relationship Id="rId71" Type="http://schemas.openxmlformats.org/officeDocument/2006/relationships/hyperlink" Target="https://youtu.be/4AD8uq0cu8I?t=2588" TargetMode="External"/><Relationship Id="rId72" Type="http://schemas.openxmlformats.org/officeDocument/2006/relationships/hyperlink" Target="https://youtu.be/4AD8uq0cu8I?t=2633" TargetMode="External"/><Relationship Id="rId73" Type="http://schemas.openxmlformats.org/officeDocument/2006/relationships/hyperlink" Target="https://youtu.be/4AD8uq0cu8I?t=2675" TargetMode="External"/><Relationship Id="rId74" Type="http://schemas.openxmlformats.org/officeDocument/2006/relationships/hyperlink" Target="https://youtu.be/4AD8uq0cu8I?t=2716" TargetMode="External"/><Relationship Id="rId75" Type="http://schemas.openxmlformats.org/officeDocument/2006/relationships/hyperlink" Target="https://youtu.be/4AD8uq0cu8I?t=2756" TargetMode="External"/><Relationship Id="rId76" Type="http://schemas.openxmlformats.org/officeDocument/2006/relationships/hyperlink" Target="https://youtu.be/4AD8uq0cu8I?t=2799" TargetMode="External"/><Relationship Id="rId77" Type="http://schemas.openxmlformats.org/officeDocument/2006/relationships/hyperlink" Target="https://youtu.be/4AD8uq0cu8I?t=2840" TargetMode="External"/><Relationship Id="rId78" Type="http://schemas.openxmlformats.org/officeDocument/2006/relationships/hyperlink" Target="https://youtu.be/4AD8uq0cu8I?t=2884" TargetMode="External"/><Relationship Id="rId79" Type="http://schemas.openxmlformats.org/officeDocument/2006/relationships/hyperlink" Target="https://youtu.be/4AD8uq0cu8I?t=2928" TargetMode="External"/><Relationship Id="rId80" Type="http://schemas.openxmlformats.org/officeDocument/2006/relationships/hyperlink" Target="https://youtu.be/4AD8uq0cu8I?t=2970" TargetMode="External"/><Relationship Id="rId81" Type="http://schemas.openxmlformats.org/officeDocument/2006/relationships/hyperlink" Target="https://youtu.be/4AD8uq0cu8I?t=3011" TargetMode="External"/><Relationship Id="rId82" Type="http://schemas.openxmlformats.org/officeDocument/2006/relationships/hyperlink" Target="https://youtu.be/4AD8uq0cu8I?t=3052" TargetMode="External"/><Relationship Id="rId83" Type="http://schemas.openxmlformats.org/officeDocument/2006/relationships/hyperlink" Target="https://youtu.be/4AD8uq0cu8I?t=3097" TargetMode="External"/><Relationship Id="rId84" Type="http://schemas.openxmlformats.org/officeDocument/2006/relationships/hyperlink" Target="https://youtu.be/4AD8uq0cu8I?t=3138" TargetMode="External"/><Relationship Id="rId85" Type="http://schemas.openxmlformats.org/officeDocument/2006/relationships/hyperlink" Target="https://youtu.be/4AD8uq0cu8I?t=3180" TargetMode="External"/><Relationship Id="rId86" Type="http://schemas.openxmlformats.org/officeDocument/2006/relationships/hyperlink" Target="https://youtu.be/4AD8uq0cu8I?t=3221" TargetMode="External"/><Relationship Id="rId87" Type="http://schemas.openxmlformats.org/officeDocument/2006/relationships/hyperlink" Target="https://youtu.be/4AD8uq0cu8I?t=3262" TargetMode="External"/><Relationship Id="rId88" Type="http://schemas.openxmlformats.org/officeDocument/2006/relationships/hyperlink" Target="https://youtu.be/4AD8uq0cu8I?t=3304" TargetMode="External"/><Relationship Id="rId89" Type="http://schemas.openxmlformats.org/officeDocument/2006/relationships/hyperlink" Target="https://youtu.be/4AD8uq0cu8I?t=3349" TargetMode="External"/><Relationship Id="rId90" Type="http://schemas.openxmlformats.org/officeDocument/2006/relationships/hyperlink" Target="https://youtu.be/4AD8uq0cu8I?t=3391" TargetMode="External"/><Relationship Id="rId91" Type="http://schemas.openxmlformats.org/officeDocument/2006/relationships/hyperlink" Target="https://youtu.be/4AD8uq0cu8I?t=3433" TargetMode="External"/><Relationship Id="rId92" Type="http://schemas.openxmlformats.org/officeDocument/2006/relationships/hyperlink" Target="https://youtu.be/4AD8uq0cu8I?t=3475" TargetMode="External"/><Relationship Id="rId93" Type="http://schemas.openxmlformats.org/officeDocument/2006/relationships/hyperlink" Target="https://youtu.be/4AD8uq0cu8I?t=3516" TargetMode="External"/><Relationship Id="rId94" Type="http://schemas.openxmlformats.org/officeDocument/2006/relationships/hyperlink" Target="https://youtu.be/4AD8uq0cu8I?t=3556" TargetMode="External"/><Relationship Id="rId95" Type="http://schemas.openxmlformats.org/officeDocument/2006/relationships/hyperlink" Target="https://youtu.be/4AD8uq0cu8I?t=3598" TargetMode="External"/><Relationship Id="rId96" Type="http://schemas.openxmlformats.org/officeDocument/2006/relationships/hyperlink" Target="https://youtu.be/4AD8uq0cu8I?t=3640" TargetMode="External"/><Relationship Id="rId97" Type="http://schemas.openxmlformats.org/officeDocument/2006/relationships/hyperlink" Target="https://youtu.be/4AD8uq0cu8I?t=3681" TargetMode="External"/><Relationship Id="rId98" Type="http://schemas.openxmlformats.org/officeDocument/2006/relationships/hyperlink" Target="https://youtu.be/4AD8uq0cu8I?t=3723" TargetMode="External"/><Relationship Id="rId99" Type="http://schemas.openxmlformats.org/officeDocument/2006/relationships/hyperlink" Target="https://youtu.be/4AD8uq0cu8I?t=3763" TargetMode="External"/><Relationship Id="rId100" Type="http://schemas.openxmlformats.org/officeDocument/2006/relationships/hyperlink" Target="https://youtu.be/4AD8uq0cu8I?t=3806" TargetMode="External"/><Relationship Id="rId101" Type="http://schemas.openxmlformats.org/officeDocument/2006/relationships/hyperlink" Target="https://youtu.be/4AD8uq0cu8I?t=3848" TargetMode="External"/><Relationship Id="rId102" Type="http://schemas.openxmlformats.org/officeDocument/2006/relationships/hyperlink" Target="https://youtu.be/4AD8uq0cu8I?t=3890" TargetMode="External"/><Relationship Id="rId103" Type="http://schemas.openxmlformats.org/officeDocument/2006/relationships/hyperlink" Target="https://youtu.be/4AD8uq0cu8I?t=3932" TargetMode="External"/><Relationship Id="rId104" Type="http://schemas.openxmlformats.org/officeDocument/2006/relationships/hyperlink" Target="https://youtu.be/4AD8uq0cu8I?t=3987" TargetMode="External"/><Relationship Id="rId105" Type="http://schemas.openxmlformats.org/officeDocument/2006/relationships/hyperlink" Target="https://youtu.be/4AD8uq0cu8I?t=4032" TargetMode="External"/><Relationship Id="rId106" Type="http://schemas.openxmlformats.org/officeDocument/2006/relationships/hyperlink" Target="https://youtu.be/4AD8uq0cu8I?t=4075" TargetMode="External"/><Relationship Id="rId107" Type="http://schemas.openxmlformats.org/officeDocument/2006/relationships/hyperlink" Target="https://youtu.be/4AD8uq0cu8I?t=4118" TargetMode="External"/><Relationship Id="rId108" Type="http://schemas.openxmlformats.org/officeDocument/2006/relationships/hyperlink" Target="https://youtu.be/4AD8uq0cu8I?t=4159" TargetMode="External"/><Relationship Id="rId109" Type="http://schemas.openxmlformats.org/officeDocument/2006/relationships/hyperlink" Target="https://youtu.be/4AD8uq0cu8I?t=4203" TargetMode="External"/><Relationship Id="rId110" Type="http://schemas.openxmlformats.org/officeDocument/2006/relationships/hyperlink" Target="https://youtu.be/4AD8uq0cu8I?t=4247" TargetMode="External"/><Relationship Id="rId111" Type="http://schemas.openxmlformats.org/officeDocument/2006/relationships/hyperlink" Target="https://youtu.be/4AD8uq0cu8I?t=4288" TargetMode="External"/><Relationship Id="rId112" Type="http://schemas.openxmlformats.org/officeDocument/2006/relationships/hyperlink" Target="https://youtu.be/4AD8uq0cu8I?t=4333" TargetMode="External"/><Relationship Id="rId113" Type="http://schemas.openxmlformats.org/officeDocument/2006/relationships/hyperlink" Target="https://youtu.be/4AD8uq0cu8I?t=4378" TargetMode="External"/><Relationship Id="rId114" Type="http://schemas.openxmlformats.org/officeDocument/2006/relationships/hyperlink" Target="https://youtu.be/4AD8uq0cu8I?t=4423" TargetMode="External"/><Relationship Id="rId115" Type="http://schemas.openxmlformats.org/officeDocument/2006/relationships/hyperlink" Target="https://youtu.be/4AD8uq0cu8I?t=4465" TargetMode="External"/><Relationship Id="rId116" Type="http://schemas.openxmlformats.org/officeDocument/2006/relationships/hyperlink" Target="https://youtu.be/4AD8uq0cu8I?t=4505" TargetMode="External"/><Relationship Id="rId117" Type="http://schemas.openxmlformats.org/officeDocument/2006/relationships/hyperlink" Target="https://youtu.be/4AD8uq0cu8I?t=4548" TargetMode="External"/><Relationship Id="rId118" Type="http://schemas.openxmlformats.org/officeDocument/2006/relationships/hyperlink" Target="https://youtu.be/4AD8uq0cu8I?t=4588" TargetMode="External"/><Relationship Id="rId119" Type="http://schemas.openxmlformats.org/officeDocument/2006/relationships/hyperlink" Target="https://youtu.be/4AD8uq0cu8I?t=4634" TargetMode="External"/><Relationship Id="rId120" Type="http://schemas.openxmlformats.org/officeDocument/2006/relationships/hyperlink" Target="https://youtu.be/4AD8uq0cu8I?t=4676" TargetMode="External"/><Relationship Id="rId121" Type="http://schemas.openxmlformats.org/officeDocument/2006/relationships/hyperlink" Target="https://youtu.be/4AD8uq0cu8I?t=4716" TargetMode="External"/><Relationship Id="rId122" Type="http://schemas.openxmlformats.org/officeDocument/2006/relationships/hyperlink" Target="https://youtu.be/4AD8uq0cu8I?t=4760" TargetMode="External"/><Relationship Id="rId123" Type="http://schemas.openxmlformats.org/officeDocument/2006/relationships/hyperlink" Target="https://youtu.be/4AD8uq0cu8I?t=4802" TargetMode="External"/><Relationship Id="rId124" Type="http://schemas.openxmlformats.org/officeDocument/2006/relationships/hyperlink" Target="https://youtu.be/4AD8uq0cu8I?t=4845" TargetMode="External"/><Relationship Id="rId125" Type="http://schemas.openxmlformats.org/officeDocument/2006/relationships/hyperlink" Target="https://youtu.be/4AD8uq0cu8I?t=4889" TargetMode="External"/><Relationship Id="rId126" Type="http://schemas.openxmlformats.org/officeDocument/2006/relationships/hyperlink" Target="https://youtu.be/4AD8uq0cu8I?t=4932" TargetMode="External"/><Relationship Id="rId127" Type="http://schemas.openxmlformats.org/officeDocument/2006/relationships/hyperlink" Target="https://youtu.be/4AD8uq0cu8I?t=4976" TargetMode="External"/><Relationship Id="rId128" Type="http://schemas.openxmlformats.org/officeDocument/2006/relationships/hyperlink" Target="https://youtu.be/4AD8uq0cu8I?t=5018" TargetMode="External"/><Relationship Id="rId129" Type="http://schemas.openxmlformats.org/officeDocument/2006/relationships/hyperlink" Target="https://youtu.be/4AD8uq0cu8I?t=5063" TargetMode="External"/><Relationship Id="rId130" Type="http://schemas.openxmlformats.org/officeDocument/2006/relationships/hyperlink" Target="https://youtu.be/4AD8uq0cu8I?t=5105" TargetMode="External"/><Relationship Id="rId131" Type="http://schemas.openxmlformats.org/officeDocument/2006/relationships/hyperlink" Target="https://youtu.be/4AD8uq0cu8I?t=5148" TargetMode="External"/><Relationship Id="rId132" Type="http://schemas.openxmlformats.org/officeDocument/2006/relationships/hyperlink" Target="https://youtu.be/4AD8uq0cu8I?t=5191" TargetMode="External"/><Relationship Id="rId133" Type="http://schemas.openxmlformats.org/officeDocument/2006/relationships/hyperlink" Target="https://youtu.be/4AD8uq0cu8I?t=5234" TargetMode="External"/><Relationship Id="rId134" Type="http://schemas.openxmlformats.org/officeDocument/2006/relationships/hyperlink" Target="https://youtu.be/4AD8uq0cu8I?t=5284" TargetMode="External"/><Relationship Id="rId135" Type="http://schemas.openxmlformats.org/officeDocument/2006/relationships/hyperlink" Target="https://youtu.be/4AD8uq0cu8I?t=5329" TargetMode="External"/><Relationship Id="rId136" Type="http://schemas.openxmlformats.org/officeDocument/2006/relationships/hyperlink" Target="https://youtu.be/4AD8uq0cu8I?t=5372" TargetMode="External"/><Relationship Id="rId137" Type="http://schemas.openxmlformats.org/officeDocument/2006/relationships/hyperlink" Target="https://youtu.be/4AD8uq0cu8I?t=5413" TargetMode="External"/><Relationship Id="rId138" Type="http://schemas.openxmlformats.org/officeDocument/2006/relationships/hyperlink" Target="https://youtu.be/4AD8uq0cu8I?t=5458" TargetMode="External"/><Relationship Id="rId139" Type="http://schemas.openxmlformats.org/officeDocument/2006/relationships/hyperlink" Target="https://youtu.be/4AD8uq0cu8I?t=5500" TargetMode="External"/><Relationship Id="rId140" Type="http://schemas.openxmlformats.org/officeDocument/2006/relationships/hyperlink" Target="https://youtu.be/4AD8uq0cu8I?t=5541" TargetMode="External"/><Relationship Id="rId141" Type="http://schemas.openxmlformats.org/officeDocument/2006/relationships/hyperlink" Target="https://youtu.be/4AD8uq0cu8I?t=5582" TargetMode="External"/><Relationship Id="rId142" Type="http://schemas.openxmlformats.org/officeDocument/2006/relationships/hyperlink" Target="https://youtu.be/4AD8uq0cu8I?t=5626" TargetMode="External"/><Relationship Id="rId143" Type="http://schemas.openxmlformats.org/officeDocument/2006/relationships/hyperlink" Target="https://youtu.be/4AD8uq0cu8I?t=5668" TargetMode="External"/><Relationship Id="rId144" Type="http://schemas.openxmlformats.org/officeDocument/2006/relationships/hyperlink" Target="https://youtu.be/4AD8uq0cu8I?t=5711" TargetMode="External"/><Relationship Id="rId145" Type="http://schemas.openxmlformats.org/officeDocument/2006/relationships/hyperlink" Target="https://youtu.be/4AD8uq0cu8I?t=5757" TargetMode="External"/><Relationship Id="rId146" Type="http://schemas.openxmlformats.org/officeDocument/2006/relationships/hyperlink" Target="https://youtu.be/4AD8uq0cu8I?t=5802" TargetMode="External"/><Relationship Id="rId147" Type="http://schemas.openxmlformats.org/officeDocument/2006/relationships/hyperlink" Target="https://youtu.be/4AD8uq0cu8I?t=5842" TargetMode="External"/><Relationship Id="rId148" Type="http://schemas.openxmlformats.org/officeDocument/2006/relationships/hyperlink" Target="https://youtu.be/4AD8uq0cu8I?t=5883" TargetMode="External"/><Relationship Id="rId149" Type="http://schemas.openxmlformats.org/officeDocument/2006/relationships/hyperlink" Target="https://youtu.be/4AD8uq0cu8I?t=59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 Salon — Ana Salon 3 (21. oturum) — Arapça / çalışma metni</dc:title>
  <dc:subject>Reels seçimi için zaman kodlu çalışma deşifresi</dc:subject>
  <dc:creator>Bediüzzaman Sempozyumu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