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AKM — Açılış ve Özel Oturum — Türkçe / çalışma metni</w:t>
      </w:r>
    </w:p>
    <w:p>
      <w:r>
        <w:t>04.10.2026 • Küresel Krizlere Kur’ânî Çözümler / Medeniyet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00:00:09 – 00:00:57</w:t>
        </w:r>
      </w:hyperlink>
    </w:p>
    <w:p>
      <w:r>
        <w:t>Evet arkadaşlar, buyurun. [Seba?], selam. Bismillahirrahmanirrahim. Esselamu aleykum ve rahmetullahi ve berekatühü. Sayın Cumhurbaşkanı Yardımcımız, sayın bakanlarımız, sayın Diyanet İşleri Başkanımız, muhterem âlimlerimiz, kıymetli akademisyenlerimiz, Kur'an ve iman hizmetine gönül vermiş aziz kardeşlerimiz, Türkiye'den ve dünyanın dört bir yanından teşrif eden değerli misafirlerimiz, 13. Uluslararası Bediüzzaman Sempozyumu'nun açılış programına hoş geldiniz, sefalar getirdiniz.</w:t>
      </w:r>
    </w:p>
    <w:p>
      <w:pPr>
        <w:keepNext/>
      </w:pPr>
      <w:hyperlink r:id="rId11">
        <w:r>
          <w:rPr>
            <w:color w:val="1155CC"/>
            <w:u w:val="single"/>
          </w:rPr>
          <w:t>00:00:57 – 00:01:43</w:t>
        </w:r>
      </w:hyperlink>
    </w:p>
    <w:p>
      <w:r>
        <w:t>[İsmiyle…?] Rahman ve Rahim Allah'ın adıyla. Selam, yüce Allah'ın rahmeti ve bereketi üzerinize olsun. Sayın Türkiye Cumhurbaşkanı Yardımcısı, sayın Türkiye Diyanet İşleri Başkanı, Saygıdeğer devlet büyükleri, kıymetli âlimlerimiz, kalplerini Kur'an ve iman hizmetine adamış kardeşlerimiz, Türkiye'den ve dünyanın çeşitli ülkelerinden gelen değerli misafirlerimiz, İstanbul İlim ve Kültür Vakfı adına, davetimize icabet ettiğiniz için sizlere içten selam ve takdirlerimi sunuyorum. İmam Bediüzzaman Said Nursi'nin [üçüncü?] uluslararası konferansına hoş geldiniz.</w:t>
      </w:r>
    </w:p>
    <w:p>
      <w:pPr>
        <w:keepNext/>
      </w:pPr>
      <w:hyperlink r:id="rId12">
        <w:r>
          <w:rPr>
            <w:color w:val="1155CC"/>
            <w:u w:val="single"/>
          </w:rPr>
          <w:t>00:01:43 – 00:02:28</w:t>
        </w:r>
      </w:hyperlink>
    </w:p>
    <w:p>
      <w:r>
        <w:t>Çağdaş medeniyetin sorunlarına Kur'ani çözümler. Hepiniz hoş geldiniz; kendi evinizdesiniz, rahat edin. İstanbul İlim ve Kültür Vakfı adına hepinizi hürmet ve muhabbetle selamlıyorum. Üç gün boyunca savaşlardan aile hayatına, adalet arayışından gençliğin anlam meselesine kadar çağımızın temel meselelerini Kur'an'ın ve sünnetin rehberliğiyle Risale-i Nur'un sunduğu ölçüler ışığında birlikte konuşacağız. Bugün İstanbul'un kalbinde, bu büyük buluşmada bir araya geliyoruz,</w:t>
      </w:r>
    </w:p>
    <w:p>
      <w:pPr>
        <w:keepNext/>
      </w:pPr>
      <w:hyperlink r:id="rId13">
        <w:r>
          <w:rPr>
            <w:color w:val="1155CC"/>
            <w:u w:val="single"/>
          </w:rPr>
          <w:t>00:02:28 – 00:03:11</w:t>
        </w:r>
      </w:hyperlink>
    </w:p>
    <w:p>
      <w:r>
        <w:t>beş kıtadan 60 ülkenin temsilcilerini bir araya getiren buluşmada. Üç gün boyunca en önemli meselelerden bir bölümünü ele almak için, günümüzde insanı ve dünyayı meşgul eden meseleleri. Bu meseleleri Kur'an-ı Kerim'in ve nebevî sünnetin rehberliği ışığında ele alacağız, İmam Said Nursi'nin Risale-i Nur'unun sunduğu ölçüler ve anlamlar üzerinden. Bediüzzaman'ın veciz ifadesiyle, Kâinat mescidi kebirinde Kur'an kâinatı okuyor. Biz de bu büyük hitabı dinlemek, anlamak ve çağın insanına ulaştırmak için buradayız.</w:t>
      </w:r>
    </w:p>
    <w:p>
      <w:pPr>
        <w:keepNext/>
      </w:pPr>
      <w:hyperlink r:id="rId14">
        <w:r>
          <w:rPr>
            <w:color w:val="1155CC"/>
            <w:u w:val="single"/>
          </w:rPr>
          <w:t>00:03:11 – 00:03:53</w:t>
        </w:r>
      </w:hyperlink>
    </w:p>
    <w:p>
      <w:r>
        <w:t>Programımızı kelamullahla açıyoruz. Kur'an-ı Kerim tilaveti için Ayasofya-i Kebir Cami-i Şerifi İmam Hatibi Hafız Ferruh [Muştuer?]'i kürsüye davet ediyorum. Bu konferansı açmak için en güzel şey, hikmetli zikirden apaçık ayetlerdir. bunları bize Ayasofya-i Kebir Camii'nin imam ve hatibi okuyacak, İmam Hafız Ferruh [Muştuer?]. Buyursunlar, teşekkürler. Kovulmuş şeytandan Allah'a sığınırım.</w:t>
      </w:r>
    </w:p>
    <w:p>
      <w:pPr>
        <w:keepNext/>
      </w:pPr>
      <w:hyperlink r:id="rId15">
        <w:r>
          <w:rPr>
            <w:color w:val="1155CC"/>
            <w:u w:val="single"/>
          </w:rPr>
          <w:t>00:03:53 – 00:04:41</w:t>
        </w:r>
      </w:hyperlink>
    </w:p>
    <w:p>
      <w:r>
        <w:t>[İsmiyle…?] Rahman ve Rahim Allah'ın adıyla. Şüphesiz Allah, emanetleri sahiplerine vermenizi emreder,</w:t>
      </w:r>
    </w:p>
    <w:p>
      <w:pPr>
        <w:keepNext/>
      </w:pPr>
      <w:hyperlink r:id="rId16">
        <w:r>
          <w:rPr>
            <w:color w:val="1155CC"/>
            <w:u w:val="single"/>
          </w:rPr>
          <w:t>00:04:41 – 00:05:28</w:t>
        </w:r>
      </w:hyperlink>
    </w:p>
    <w:p>
      <w:r>
        <w:t>insanlar arasında hükmettiğinizde adaletle hükmetmenizi. Şüphesiz Allah, [lafız belirsiz], bununla [size öğüt verir?].</w:t>
      </w:r>
    </w:p>
    <w:p>
      <w:pPr>
        <w:keepNext/>
      </w:pPr>
      <w:hyperlink r:id="rId17">
        <w:r>
          <w:rPr>
            <w:color w:val="1155CC"/>
            <w:u w:val="single"/>
          </w:rPr>
          <w:t>00:05:32 – 00:06:15</w:t>
        </w:r>
      </w:hyperlink>
    </w:p>
    <w:p>
      <w:r>
        <w:t>Şüphesiz Allah işitendir, görendir. Ey iman edenler! Allah'a [itaat et?], Resul'e [itaat et?].</w:t>
      </w:r>
    </w:p>
    <w:p>
      <w:pPr>
        <w:keepNext/>
      </w:pPr>
      <w:hyperlink r:id="rId18">
        <w:r>
          <w:rPr>
            <w:color w:val="1155CC"/>
            <w:u w:val="single"/>
          </w:rPr>
          <w:t>00:06:24 – 00:07:06</w:t>
        </w:r>
      </w:hyperlink>
    </w:p>
    <w:p>
      <w:r>
        <w:t>Allah'a itaat edin, Resul'e ve aranızdaki yetki sahiplerine itaat edin. Bir konuda anlaşmazlığa düşerseniz onu Allah'a ve Resul'e götürün.</w:t>
      </w:r>
    </w:p>
    <w:p>
      <w:pPr>
        <w:keepNext/>
      </w:pPr>
      <w:hyperlink r:id="rId19">
        <w:r>
          <w:rPr>
            <w:color w:val="1155CC"/>
            <w:u w:val="single"/>
          </w:rPr>
          <w:t>00:07:06 – 00:07:50</w:t>
        </w:r>
      </w:hyperlink>
    </w:p>
    <w:p>
      <w:r>
        <w:t>[De ki?] Eğer Allah'a ve ahiret gününe inanıyorsanız. Bu daha hayırlıdır ve sonuç bakımından daha güzeldir. Rahman ve Rahim Allah'ın adıyla.</w:t>
      </w:r>
    </w:p>
    <w:p>
      <w:pPr>
        <w:keepNext/>
      </w:pPr>
      <w:hyperlink r:id="rId20">
        <w:r>
          <w:rPr>
            <w:color w:val="1155CC"/>
            <w:u w:val="single"/>
          </w:rPr>
          <w:t>00:08:06 – 00:08:56</w:t>
        </w:r>
      </w:hyperlink>
    </w:p>
    <w:p>
      <w:r>
        <w:t>Ey iman edenler! Size hayat verecek olana çağırdığında Allah'a ve Resul'e [icabet ederiz?]. Bilin ki Allah, [kişi?] ile kalbi arasında [fiil belirsiz].</w:t>
      </w:r>
    </w:p>
    <w:p>
      <w:pPr>
        <w:keepNext/>
      </w:pPr>
      <w:hyperlink r:id="rId21">
        <w:r>
          <w:rPr>
            <w:color w:val="1155CC"/>
            <w:u w:val="single"/>
          </w:rPr>
          <w:t>00:08:56 – 00:09:33</w:t>
        </w:r>
      </w:hyperlink>
    </w:p>
    <w:p>
      <w:r>
        <w:t>Ve O'nun huzurunda toplanacaksınız. Yalnızca aranızdaki zulmedenlere erişmekle kalmayacak bir fitneden sakının.</w:t>
      </w:r>
    </w:p>
    <w:p>
      <w:pPr>
        <w:keepNext/>
      </w:pPr>
      <w:hyperlink r:id="rId22">
        <w:r>
          <w:rPr>
            <w:color w:val="1155CC"/>
            <w:u w:val="single"/>
          </w:rPr>
          <w:t>00:09:37 – 00:10:10</w:t>
        </w:r>
      </w:hyperlink>
    </w:p>
    <w:p>
      <w:r>
        <w:t>Bilin ki Allah'ın cezası şiddetlidir. Rahman ve Rahim Allah'ın adıyla.</w:t>
      </w:r>
    </w:p>
    <w:p>
      <w:pPr>
        <w:keepNext/>
      </w:pPr>
      <w:hyperlink r:id="rId23">
        <w:r>
          <w:rPr>
            <w:color w:val="1155CC"/>
            <w:u w:val="single"/>
          </w:rPr>
          <w:t>00:10:25 – 00:10:53</w:t>
        </w:r>
      </w:hyperlink>
    </w:p>
    <w:p>
      <w:r>
        <w:t>Ey iman edenler! [Ve koruyun?] kendinizi ve ailenizi, yakıtı insanlar ve taşlar olan bir ateşten.</w:t>
      </w:r>
    </w:p>
    <w:p>
      <w:pPr>
        <w:keepNext/>
      </w:pPr>
      <w:hyperlink r:id="rId24">
        <w:r>
          <w:rPr>
            <w:color w:val="1155CC"/>
            <w:u w:val="single"/>
          </w:rPr>
          <w:t>00:11:05 – 00:11:51</w:t>
        </w:r>
      </w:hyperlink>
    </w:p>
    <w:p>
      <w:r>
        <w:t>Yakıtı insanlar ve taşlardır. Üzerinde sert ve güçlü melekler vardır. Allah'ın kendilerine emrettiğine karşı gelmezler. Allah'ın kendilerine emrettiğine karşı gelmezler.</w:t>
      </w:r>
    </w:p>
    <w:p>
      <w:pPr>
        <w:keepNext/>
      </w:pPr>
      <w:hyperlink r:id="rId25">
        <w:r>
          <w:rPr>
            <w:color w:val="1155CC"/>
            <w:u w:val="single"/>
          </w:rPr>
          <w:t>00:11:53 – 00:12:38</w:t>
        </w:r>
      </w:hyperlink>
    </w:p>
    <w:p>
      <w:r>
        <w:t>Ve emredildiklerini yaparlar. Ey inkâr edenler! Bugün [mazeret ileri sürme?]. Yalnızca yaptıklarınızın karşılığını görüyorsunuz.</w:t>
      </w:r>
    </w:p>
    <w:p>
      <w:pPr>
        <w:keepNext/>
      </w:pPr>
      <w:hyperlink r:id="rId26">
        <w:r>
          <w:rPr>
            <w:color w:val="1155CC"/>
            <w:u w:val="single"/>
          </w:rPr>
          <w:t>00:12:57 – 00:13:39</w:t>
        </w:r>
      </w:hyperlink>
    </w:p>
    <w:p>
      <w:r>
        <w:t>Ey iman edenler, tövbe edin, Allah'a, [niteliği belirsiz] bir tövbeyle. Umulur ki Rabbiniz sizden [bir kötülüğü?] örter,</w:t>
      </w:r>
    </w:p>
    <w:p>
      <w:pPr>
        <w:keepNext/>
      </w:pPr>
      <w:hyperlink r:id="rId27">
        <w:r>
          <w:rPr>
            <w:color w:val="1155CC"/>
            <w:u w:val="single"/>
          </w:rPr>
          <w:t>00:13:46 – 00:14:33</w:t>
        </w:r>
      </w:hyperlink>
    </w:p>
    <w:p>
      <w:r>
        <w:t>ve sizi cennetlere koyar. Ve sizi cennetlere koyar; [akar…den akar?], altlarından ırmaklar. Allah'ın Peygamber'i [utandırmayacağı?] gün, Allah'ın Peygamber'i [utandırmayacağı?] gün,</w:t>
      </w:r>
    </w:p>
    <w:p>
      <w:pPr>
        <w:keepNext/>
      </w:pPr>
      <w:hyperlink r:id="rId28">
        <w:r>
          <w:rPr>
            <w:color w:val="1155CC"/>
            <w:u w:val="single"/>
          </w:rPr>
          <w:t>00:14:36 – 00:15:19</w:t>
        </w:r>
      </w:hyperlink>
    </w:p>
    <w:p>
      <w:r>
        <w:t>ve onunla beraber iman edenleri. Nurları önlerinde ilerler, ve sağlarında. Derler ki: Rabbimiz, nurumuzu bizim için tamamla, ve bizi bağışla.</w:t>
      </w:r>
    </w:p>
    <w:p>
      <w:pPr>
        <w:keepNext/>
      </w:pPr>
      <w:hyperlink r:id="rId29">
        <w:r>
          <w:rPr>
            <w:color w:val="1155CC"/>
            <w:u w:val="single"/>
          </w:rPr>
          <w:t>00:15:30 – 00:16:09</w:t>
        </w:r>
      </w:hyperlink>
    </w:p>
    <w:p>
      <w:r>
        <w:t>Rabbimiz, nurumuzu bizim için tamamla ve bizi bağışla. Şüphesiz senin her şeye gücün yeter. Yüce Allah doğru söyledi. El-Fatiha.</w:t>
      </w:r>
    </w:p>
    <w:p>
      <w:pPr>
        <w:keepNext/>
      </w:pPr>
      <w:hyperlink r:id="rId30">
        <w:r>
          <w:rPr>
            <w:color w:val="1155CC"/>
            <w:u w:val="single"/>
          </w:rPr>
          <w:t>00:16:34 – 00:17:17</w:t>
        </w:r>
      </w:hyperlink>
    </w:p>
    <w:p>
      <w:r>
        <w:t>Gönüllerimizi Kur'an'ın sadasıyla buluşturan güzel tilaveti için Hafız Ferruh [Muştayar?] hocamıza teşekkür ediyoruz. Rabbimiz kendisinden razı olsun, Kur'an'ı kalplerimizin nuru, akıllarımızın rehberi eylesin. Bediüzzaman Said Nursi, Kur'an'ın her çağdaki güzelliğini, tazeliğini şu sözleriyle anlatır: “Beşerin âsâr ve kanunları, beşer gibi ihtiyar oluyor, değişiyor, tebdil ediyor. Fakat Kur'an'ın hükümleri ve kanunları o kadar sabit ve rasihtir ki, asırlar geçtikçe daha ziyade kuvvetini gösteriyor.”</w:t>
      </w:r>
    </w:p>
    <w:p>
      <w:pPr>
        <w:keepNext/>
      </w:pPr>
      <w:hyperlink r:id="rId31">
        <w:r>
          <w:rPr>
            <w:color w:val="1155CC"/>
            <w:u w:val="single"/>
          </w:rPr>
          <w:t>00:17:19 – 00:17:53</w:t>
        </w:r>
      </w:hyperlink>
    </w:p>
    <w:p>
      <w:r>
        <w:t>Bu ezelî hitabın çağımıza bakan yönlerini ilmî bir zeminde müzakere etmek için buradayız. Sempozyumun ilmî programına öncülük eden Bilim Kurulu Başkanımız, 19 Mayıs Üniversitesi öğretim üyesi Prof. Dr. Bayram Özer'i, açılış ve selamlama konuşmasını yapmak üzere kürsüye davet ediyorum. Şimdi konferansın bilim kurulu başkanını ve 19 Mayıs Üniversitesi'ndeki hocayı sahneye davet ediyoruz, Dr. Prof. Bayram [Özal?], bu vesileyle konuşmasını yapmak üzere. Hoş geldiniz.</w:t>
      </w:r>
    </w:p>
    <w:p>
      <w:pPr>
        <w:keepNext/>
      </w:pPr>
      <w:hyperlink r:id="rId32">
        <w:r>
          <w:rPr>
            <w:color w:val="1155CC"/>
            <w:u w:val="single"/>
          </w:rPr>
          <w:t>00:18:01 – 00:18:46</w:t>
        </w:r>
      </w:hyperlink>
    </w:p>
    <w:p>
      <w:r>
        <w:t>Bismillahirrahmanirrahim. Sayın Cumhurbaşkanı Yardımcım Cevdet Yılmaz Bey, Suriye Evkaf Bakanı Sayın Doktor Muhammed Ebulhayr Şükrü, Diyanet İşleri Başkanımız Sayın Profesör Doktor Safi Arpaguş, Pakistan'dan, Mısır'dan, Suriye'den, Endonezya'dan ve dünyanın dört bir yanından teşrif eden muhterem âlimler, İstanbul İlim ve Kültür Vakfı Mütevelli Heyeti Başkanımız Sayın Said Yüce, kıymetli akademisyenler, basınımızın değerli temsilcileri, hanımefendiler ve beyefendiler, Esselâmü aleyküm ve rahmetullahi ve berekâtühü. Kur'an-ı Kerim'in feyziyle açtığımız bu güzel sabahı hepinizi İstanbul'da 13.</w:t>
      </w:r>
    </w:p>
    <w:p>
      <w:pPr>
        <w:keepNext/>
      </w:pPr>
      <w:hyperlink r:id="rId33">
        <w:r>
          <w:rPr>
            <w:color w:val="1155CC"/>
            <w:u w:val="single"/>
          </w:rPr>
          <w:t>00:18:46 – 00:19:28</w:t>
        </w:r>
      </w:hyperlink>
    </w:p>
    <w:p>
      <w:r>
        <w:t>Uluslararası Bediüzzaman Sempozyumunda hürmetle selamlıyorum. Muhterem misafirler, bu sempozyuma 60 ülkeden 448 bağımsız ayrı kurumdan, 668 tebliğ özeti başvurusu yapıldı. Bilim Kurulumuzun, uluslararası şekilde oluşturulan, farklı ülkelerden akademisyenlerin bulunduğu, Bilim Kurulumuz tarafından titiz değerlendirmelerin sonucunda 262 tebliğ bu sempozyumda sunulmak üzere kabul edildi. Önümüzdeki 3 gün boyunca, Türkçe, Arapça, İngilizce ve Rusça olmak üzere 4 ayrı dilde, 11 bağımsız salonda,</w:t>
      </w:r>
    </w:p>
    <w:p>
      <w:pPr>
        <w:keepNext/>
      </w:pPr>
      <w:hyperlink r:id="rId34">
        <w:r>
          <w:rPr>
            <w:color w:val="1155CC"/>
            <w:u w:val="single"/>
          </w:rPr>
          <w:t>00:19:28 – 00:20:11</w:t>
        </w:r>
      </w:hyperlink>
    </w:p>
    <w:p>
      <w:r>
        <w:t>67 ayrı oturumda tebliğleri dinleyeceğiz ve tartışacağız. Bugün, bundan 115 yıl önce, 1911'de Bediüzzaman Said Nursî, Şam'daki Emevî Camii'nde ümmetin hastalıklarını, yeisin hayat bulması, sıtkın ölmesi, düşmanlığa muhabbet ve istibdat olarak teşhis etmişti. Ardından o büyük müjdeyi vermişti. Evet, ümitvar olunuz. Şu istikbal inkılabı içinde en yüksek gür sadâ İslam'ın sedası olacaktır. Bugün aynı teşhisi ve aynı ümidi Şam'dan, Kahire'den,</w:t>
      </w:r>
    </w:p>
    <w:p>
      <w:pPr>
        <w:keepNext/>
      </w:pPr>
      <w:hyperlink r:id="rId35">
        <w:r>
          <w:rPr>
            <w:color w:val="1155CC"/>
            <w:u w:val="single"/>
          </w:rPr>
          <w:t>00:20:11 – 00:20:51</w:t>
        </w:r>
      </w:hyperlink>
    </w:p>
    <w:p>
      <w:r>
        <w:t>Tarim'den, Cakarta'dan, Londra'dan ve Kazan'dan gelen kardeşlerimizle birlikte İstanbul'da yeniden dile getiriyoruz. Bediüzzaman, düşmanlarımızı cehalet, zaruret ve ihtilaf olarak tarif etmişti. Bu sempozyum da o üç düşmana karşı ilimle, iş birliğiyle ve ittifakla verilmiş bir cevap olmayı hedefliyor. Bu vesileyle ev sahibimiz İstanbul İlim ve Kültür Vakfı'na, bilim kurulumuzun ve düzenleme kurulumuzun kıymetli üyelerine, hakemlerimize, tercümanlarımıza ve bu organizasyona gece gündüz emek veren gönüllülerimize şükranlarımı sunuyorum.</w:t>
      </w:r>
    </w:p>
    <w:p>
      <w:pPr>
        <w:keepNext/>
      </w:pPr>
      <w:hyperlink r:id="rId36">
        <w:r>
          <w:rPr>
            <w:color w:val="1155CC"/>
            <w:u w:val="single"/>
          </w:rPr>
          <w:t>00:20:51 – 00:21:33</w:t>
        </w:r>
      </w:hyperlink>
    </w:p>
    <w:p>
      <w:r>
        <w:t>Ayrıca, sempozyumumuza değerli desteklerini [esirgemeyen?] bütün kamu kurumları ve sivil toplum kuruluşlarına teşekkürlerimi arz ediyorum. Uzak diyarlardan gelerek, bizleri onurlandıran bütün misafirlerimize de ayrıca teşekkür ediyorum. Rabbimizden bu ilmî buluşmanın, insanlığın ortak vicdanına hayırlı katkılar sunmasını niyaz ediyorum. Hoş geldiniz, sefa geldiniz, Allah'a emanet olunuz. Saygılarımla. Sempozyumun gayesini ve ilmî çerçevesini ortaya koyan konuşmaları için</w:t>
      </w:r>
    </w:p>
    <w:p>
      <w:pPr>
        <w:keepNext/>
      </w:pPr>
      <w:hyperlink r:id="rId37">
        <w:r>
          <w:rPr>
            <w:color w:val="1155CC"/>
            <w:u w:val="single"/>
          </w:rPr>
          <w:t>00:21:33 – 00:22:18</w:t>
        </w:r>
      </w:hyperlink>
    </w:p>
    <w:p>
      <w:r>
        <w:t>Prof. Dr. Bayram [Özel?] hocamıza teşekkür ediyoruz. Şimdi sempozyumumuzun ana meselesini sanatın diliyle anlatan “Küresel Krizlere Kur'ânî Çözümler” adlı tematik kısa filmi izliyoruz. Şimdi sizlerle, uluslararası sempozyumun ana meselesini ses ve görüntü diliyle anlatan bir bölüme geçiyoruz. Şu başlık altındaki filmi birlikte izliyoruz: “Küresel Krizlere ve Çağdaş Medeniyetin Sorunlarına Kur'ânî Çözümler.” Videoyu izleyip programa devam edeceğiz; bizimle kalın. Yıldız böceği kendi ışıkçığına güvenir, gecenin sonsuz karanlığında kalır.</w:t>
      </w:r>
    </w:p>
    <w:p>
      <w:pPr>
        <w:keepNext/>
      </w:pPr>
      <w:hyperlink r:id="rId38">
        <w:r>
          <w:rPr>
            <w:color w:val="1155CC"/>
            <w:u w:val="single"/>
          </w:rPr>
          <w:t>00:22:18 – 00:23:03</w:t>
        </w:r>
      </w:hyperlink>
    </w:p>
    <w:p>
      <w:r>
        <w:t>Enaniyetine güvenen, gaflet karanlığına, dalalete düşer. Felsefe ve enaniyet, her şeyi çirkin ve korkunç gösteren siyah bir [gözlüktür?]. Ene, koca bir ejderha gibi insanı yutar. Gurur zeminden semaya yetişir. Mana-yı harfîyle bakmak lazım gelirken, öyle etmeyip mana-yı ismîyle, yani mevcudat hesabına bakar, öyle bahseder. “Ne güzel yapılmış”a bedel, “Ne güzeldir” der. Çirkinleştirir.</w:t>
      </w:r>
    </w:p>
    <w:p>
      <w:pPr>
        <w:keepNext/>
      </w:pPr>
      <w:hyperlink r:id="rId39">
        <w:r>
          <w:rPr>
            <w:color w:val="1155CC"/>
            <w:u w:val="single"/>
          </w:rPr>
          <w:t>00:23:06 – 00:23:48</w:t>
        </w:r>
      </w:hyperlink>
    </w:p>
    <w:p>
      <w:r>
        <w:t>Medeniyet-i [hazıra?], felsefesiyle hayat-ı içtimaiye-i beşeriyede, nokta-i istinadı kuvvet kabul eder. Hâlbuki kuvvetin [şeyini?] [tecavüzdür?]. Şükürsüzlüğün mizanı hırstır ve israftır, hürmetsizliktir. Haram helal demeyip rast geleni yemektir. Şükrün mikyası kanaattir ve iktisattır ve rızadır ve memnuniyettir.</w:t>
      </w:r>
    </w:p>
    <w:p>
      <w:pPr>
        <w:keepNext/>
      </w:pPr>
      <w:hyperlink r:id="rId40">
        <w:r>
          <w:rPr>
            <w:color w:val="1155CC"/>
            <w:u w:val="single"/>
          </w:rPr>
          <w:t>00:23:55 – 00:24:41</w:t>
        </w:r>
      </w:hyperlink>
    </w:p>
    <w:p>
      <w:r>
        <w:t>Ben muhabbet üzerine bir rüşvet, bir ücret, bir mukabele, bir mükâfat istemiyorum. Çünkü mukabilinde bir mükâfat, bir sevap istenilen muhabbet zayıftır. Devamsızdır. Felsefenin gözlüğünü yere vurdum, kırdım. “Şu fener başıma beladır” dedim. [Ondan kızdım?] O cep fenerini yere çarptım, kırdım. Birden nur-u Kur'an, sırr-ı iman, lütf-u Rahman ile tevhid imdadıma yetişti.</w:t>
      </w:r>
    </w:p>
    <w:p>
      <w:pPr>
        <w:keepNext/>
      </w:pPr>
      <w:hyperlink r:id="rId41">
        <w:r>
          <w:rPr>
            <w:color w:val="1155CC"/>
            <w:u w:val="single"/>
          </w:rPr>
          <w:t>00:24:42 – 00:25:24</w:t>
        </w:r>
      </w:hyperlink>
    </w:p>
    <w:p>
      <w:r>
        <w:t>O karanlıkları aydınlattı. İman gözlüğüyle bakılırsa her taraf nurlu, ziyadar, canlı, hayatlı, sevimli, sevgili bir vaziyette arz-ı didar edecektir. Hidayet-i ilahiye yetişse, iman kalbe girse, nefsin firavuniyeti kırılsa, Kitabullah'ı dinlese, birden kâinat bir gündüz rengini alır. Nur-u ilahiyle dolar.</w:t>
      </w:r>
    </w:p>
    <w:p>
      <w:pPr>
        <w:keepNext/>
      </w:pPr>
      <w:hyperlink r:id="rId42">
        <w:r>
          <w:rPr>
            <w:color w:val="1155CC"/>
            <w:u w:val="single"/>
          </w:rPr>
          <w:t>00:25:25 – 00:26:12</w:t>
        </w:r>
      </w:hyperlink>
    </w:p>
    <w:p>
      <w:r>
        <w:t>İman insanı insan eder. Belki insanı sultan eder. Öyleyse insanın vazife-i [aslısı?] iman ve duadır. Beşerin kanunları beşer gibi ihtiyarlaşır, değişir. Fakat Kur'an'ın hakikatleri asırlar geçtikçe daha ziyade kuvvetini gösterir. Bakış değişirse dünya değişir. Az önce izlediğimiz kısa film, çağımızdaki yalnızlığın, duyarsızlığın ve çatışmaların</w:t>
      </w:r>
    </w:p>
    <w:p>
      <w:pPr>
        <w:keepNext/>
      </w:pPr>
      <w:hyperlink r:id="rId43">
        <w:r>
          <w:rPr>
            <w:color w:val="1155CC"/>
            <w:u w:val="single"/>
          </w:rPr>
          <w:t>00:26:12 – 00:26:53</w:t>
        </w:r>
      </w:hyperlink>
    </w:p>
    <w:p>
      <w:r>
        <w:t>ardındaki derin krize, daha derin krize işaret etti. Bu kriz, insanın dünyaya yanlış bir nazarla bakmasıdır. İnsan, enaniyetinin cılız fenerine ve her şeyi karanlık gösteren siyah gözlüğüne güvendiğinde, ışıklar içindeki şehirler bile zindana döner. Kur'an'ın nuruyla mana-yı harfî penceresinden bakıldığındaysa eşya gerçek manasına kavuşuyor. İnsan her şeyin bir sahibi ve hikmeti bulunduğunu görüyor. Sofralar yeniden birleşiyor, merhamet canlanıyor,</w:t>
      </w:r>
    </w:p>
    <w:p>
      <w:pPr>
        <w:keepNext/>
      </w:pPr>
      <w:hyperlink r:id="rId44">
        <w:r>
          <w:rPr>
            <w:color w:val="1155CC"/>
            <w:u w:val="single"/>
          </w:rPr>
          <w:t>00:26:53 – 00:27:34</w:t>
        </w:r>
      </w:hyperlink>
    </w:p>
    <w:p>
      <w:r>
        <w:t>insanlar bakışlarını ekranlardan kaldırıp gökyüzüne çeviriyor. Filmin son cümlesi bütün bu manayı özetliyor: Bakış değişirse dünya değişir. Bu büyük buluşmanın arkasında yıllara yayılan bir ilim ve hizmet tecrübesi bulunuyor. Risale-i Nur'daki iman hakikatlerinin ilmî çalışmalar yoluyla anlaşılması ve dünyanın farklı coğrafyalarına ulaştırılması için faaliyetlerini sürdüren İstanbul İlim ve Kültür Vakfı Mütevelli Heyeti Başkanı Sayın Said Yüce'yi [hitaplarını?] sunmak üzere kürsüye davet ediyorum.</w:t>
      </w:r>
    </w:p>
    <w:p>
      <w:pPr>
        <w:keepNext/>
      </w:pPr>
      <w:hyperlink r:id="rId45">
        <w:r>
          <w:rPr>
            <w:color w:val="1155CC"/>
            <w:u w:val="single"/>
          </w:rPr>
          <w:t>00:27:35 – 00:28:19</w:t>
        </w:r>
      </w:hyperlink>
    </w:p>
    <w:p>
      <w:r>
        <w:t>İstanbul Kültür ve İlim Vakfı, uzun bir ilim ve hizmet yolculuğu; yıllar süren katkı ve kesintisiz çalışma boyunca uzandı. Şimdi Sayın Said Yüce'yi kürsüye davet etmekten memnuniyet duyuyoruz, İstanbul Kültür ve İlim Vakfı Mütevelli Heyeti Başkanı. Buyursunlar, teşekkür ederiz. Selâmün aleyküm ve rahmetullah. Hepiniz hoş geldiniz. Çok değerli Cumhurbaşkanı yardımcımız, değerli bakanlarım, Diyanet İşleri Başkanımız, dünyanın çeşitli yerlerinden teşrif eden kıymetli</w:t>
      </w:r>
    </w:p>
    <w:p>
      <w:pPr>
        <w:keepNext/>
      </w:pPr>
      <w:hyperlink r:id="rId46">
        <w:r>
          <w:rPr>
            <w:color w:val="1155CC"/>
            <w:u w:val="single"/>
          </w:rPr>
          <w:t>00:28:19 – 00:29:01</w:t>
        </w:r>
      </w:hyperlink>
    </w:p>
    <w:p>
      <w:r>
        <w:t>misafirler, hepiniz hoş geldiniz, sefalar getirdiniz. İstanbul İlim Kültür Vakfı ve çok sayıda üniversite ve STK ile birlikte, 13. Uluslararası Bediüzzaman Sempozyumu vesilesiyle İstanbul'da bir araya gelmiş bulunuyoruz. Sempozyumumuzun insanlık için hayırlara vesile olmasını Cenab-ı Hak'tan niyaz ediyorum. Muhterem misafirler, bazen bir sempozyumun başlığı çağın bütün hikâyesini birkaç kelimeyle anlatır. Küresel krizlere, Kur’anî çözümler.</w:t>
      </w:r>
    </w:p>
    <w:p>
      <w:pPr>
        <w:keepNext/>
      </w:pPr>
      <w:hyperlink r:id="rId47">
        <w:r>
          <w:rPr>
            <w:color w:val="1155CC"/>
            <w:u w:val="single"/>
          </w:rPr>
          <w:t>00:29:01 – 00:29:42</w:t>
        </w:r>
      </w:hyperlink>
    </w:p>
    <w:p>
      <w:r>
        <w:t>Bu başlık aslında bize iki büyük... ...sorumluluk yüklüyor. Yaşadığımız krizleri doğru teşhis etmek ve Kur'an'ın mesajını yalnız geçmişin meselelerine verilen cevaplar olarak değil, çağımızın insanına, toplumuna ve medeniyetine yön veren canlı bir rehber olarak yeniden düşünmek. Fakat doğru bir teşhis yapabilmek için belki daha temel bir soruyu sormak gerekir. İnsan Allah'la bağını kaybettiğinde neyi kaybeder? Bediüzzaman Hazretleri 11. Söz'de bu soruya insanın hayat içindeki yerini yeniden tarif ederek cevap verir.</w:t>
      </w:r>
    </w:p>
    <w:p>
      <w:pPr>
        <w:keepNext/>
      </w:pPr>
      <w:hyperlink r:id="rId48">
        <w:r>
          <w:rPr>
            <w:color w:val="1155CC"/>
            <w:u w:val="single"/>
          </w:rPr>
          <w:t>00:29:42 – 00:30:25</w:t>
        </w:r>
      </w:hyperlink>
    </w:p>
    <w:p>
      <w:r>
        <w:t>Kâinatı, sahibini tanıtan muhteşem bir saray, insanı ise bu sarayda başıboş bırakılmış bir tüketici değil, anlamak, tanımak, şükretmek ve kulluk etmek üzere davet edilmiş, şuurlu bir misafir olarak tasvir eder. Bu sebeple çağımızın küresel krizlerini tam da bu noktada okumamız gerekiyor. Bugün dünyada farklı sayıda çok krizler var. Savaşlar, Gazze'de yaşanan katliam ve soykırım, göçler, yoksulluk, gelir adaletsizliği, çevre tahribatı, ailenin zayıflaması, gençlerin anlam arayışı, yalnızlık, bağımlılıklar, ruhsal kırılmalar,</w:t>
      </w:r>
    </w:p>
    <w:p>
      <w:pPr>
        <w:keepNext/>
      </w:pPr>
      <w:hyperlink r:id="rId49">
        <w:r>
          <w:rPr>
            <w:color w:val="1155CC"/>
            <w:u w:val="single"/>
          </w:rPr>
          <w:t>00:30:25 – 00:31:06</w:t>
        </w:r>
      </w:hyperlink>
    </w:p>
    <w:p>
      <w:r>
        <w:t>dijital çağın ürettiği krizlerle karşı karşıyayız. Peki bunlar birbirinden bağımsız meseleler midir? Yoksa daha derinde yaşanan bir anlam, insan ve medeniyet krizinin farklı tezahürleri midir? Bu bakımdan çağımızın krizi yalnız ekonomik, siyasi, hukuki ve ekolojik değildir. Bunların gerisinde manevi istikamet krizi vardır. İnsan nereden geldiğini, niçin var olduğunu, elindeki gücün kime ait olduğunu ve hayatın hangi maksat uğruna yaşanması gerektiğini, unuttuğunda</w:t>
      </w:r>
    </w:p>
    <w:p>
      <w:pPr>
        <w:keepNext/>
      </w:pPr>
      <w:hyperlink r:id="rId50">
        <w:r>
          <w:rPr>
            <w:color w:val="1155CC"/>
            <w:u w:val="single"/>
          </w:rPr>
          <w:t>00:31:06 – 00:31:49</w:t>
        </w:r>
      </w:hyperlink>
    </w:p>
    <w:p>
      <w:r>
        <w:t>sahip olduğu bilgi, teknoloji ve iktidar onu daha insani bir dünyaya ulaştırmak yerine yıkım kapasitesini daha da büyütebilmektedir. Elbette aç olanı doyuracağız, savaş mağdurlarına yardım edeceğiz, yoksulluğu azaltmak için çalışmalar yapacağız. Ama sormamız gerekiyor. İnsanları aç bırakan düzen nedir? Savaşları sürekli yeniden üreten anlayış nedir? Dünyanın her tarafında serveti bir tarafta yığarken milyonları yoksullaştıran sistem nedir? Bilgiyi artırırken hikmeti azaltan, iletişimi hızlandırırken</w:t>
      </w:r>
    </w:p>
    <w:p>
      <w:pPr>
        <w:keepNext/>
      </w:pPr>
      <w:hyperlink r:id="rId51">
        <w:r>
          <w:rPr>
            <w:color w:val="1155CC"/>
            <w:u w:val="single"/>
          </w:rPr>
          <w:t>00:31:49 – 00:32:31</w:t>
        </w:r>
      </w:hyperlink>
    </w:p>
    <w:p>
      <w:r>
        <w:t>hakikati zayıflatan, silahları akıllandırırken vicdanları körelten medeniyet anlayışı nedir? Yalnız yaraları sarar fakat o yaraları sürekli açan zihniyeti sorgulamazsak krizleri çözmüş olamayız. İşte Bediüzzaman Said Nursî'nin bundan yaklaşık bir asır önce yaptığı medeniyet tarifi bugün tam da burada önem kazanıyor. O vahyin rehberliğinden uzaklaşan bir medeniyet tasavvurunun beş temel tahripkâr dayanağına dikkat çeker. Hakkın yerine kuvveti, faziletin yerine menfaati, yardımlaşmanın yerine çatışmayı, kardeşliğin yerine menfi milliyetçiliği,</w:t>
      </w:r>
    </w:p>
    <w:p>
      <w:pPr>
        <w:keepNext/>
      </w:pPr>
      <w:hyperlink r:id="rId52">
        <w:r>
          <w:rPr>
            <w:color w:val="1155CC"/>
            <w:u w:val="single"/>
          </w:rPr>
          <w:t>00:32:32 – 00:33:12</w:t>
        </w:r>
      </w:hyperlink>
    </w:p>
    <w:p>
      <w:r>
        <w:t>hidayetin yerine heva ve hevesi koyduğunu ifade eder. Bu anlayışla güçlü olan kendisini haklı sayar, insanın acısı maliyet hesabına, özgürlüğü ise arzularının esaretine dönüşür. Bunların her birinin bugün küresel ölçekte karşılığını görebiliyoruz. Bediüzzaman Said Nursî Hazretleri'nin veciz ifadesiyle, kuvvet hakka hizmetkâr olmalıdır. Bugün uluslararası sisteme, tüm dünyaya söylememiz, haykırmamız gereken cümle işte budur. Nitekim Sayın Cumhurbaşkanımızın, dünya beşten büyüktür,</w:t>
      </w:r>
    </w:p>
    <w:p>
      <w:pPr>
        <w:keepNext/>
      </w:pPr>
      <w:hyperlink r:id="rId53">
        <w:r>
          <w:rPr>
            <w:color w:val="1155CC"/>
            <w:u w:val="single"/>
          </w:rPr>
          <w:t>00:33:12 – 00:33:54</w:t>
        </w:r>
      </w:hyperlink>
    </w:p>
    <w:p>
      <w:r>
        <w:t>haklının güçlü olduğu bir dünya arzusu, haykırışı bundandır. Kur'an tam bu noktada başka bir medeniyet dili teklif eder. Kuvvetin karşısına hakkı, menfaatin karşısına fazileti, çatışmanın karşısına yardımlaşmayı, ırkî ve kavmi üstünlük iddialarının karşısına kardeşliği, sınırsız heva ve hevesin, hedonizmin karşısına ise hidayeti, ölçüyü, iffeti koyar. Yine Bediüzzaman, beşerin yüzde seksenini meşakkate ve şekavete atan</w:t>
      </w:r>
    </w:p>
    <w:p>
      <w:pPr>
        <w:keepNext/>
      </w:pPr>
      <w:hyperlink r:id="rId54">
        <w:r>
          <w:rPr>
            <w:color w:val="1155CC"/>
            <w:u w:val="single"/>
          </w:rPr>
          <w:t>00:33:54 – 00:34:35</w:t>
        </w:r>
      </w:hyperlink>
    </w:p>
    <w:p>
      <w:r>
        <w:t>hayalî bir saadeti değil, insanlığa rehber olan Kur'an'ın ekseriyetin saadetini tazammun eden, bir medeniyeti kabul edeceğini anlatır. Bugün Gazze'ye, mazlum coğrafyalara baktığımızda da aynı soruyla karşı karşıyayız. Hak mı üstün olacak, yoksa kuvvet mi? Uluslararası hukuk, güçlü olan için başka, zayıf olan için başka mı işleyecek? Değerli misafirler, Kur'an bize her siyasi ve ekonomik kriz için teknik bir model sunmaz. Kur'an, insanın kim olduğunu, hayatın ne</w:t>
      </w:r>
    </w:p>
    <w:p>
      <w:pPr>
        <w:keepNext/>
      </w:pPr>
      <w:hyperlink r:id="rId55">
        <w:r>
          <w:rPr>
            <w:color w:val="1155CC"/>
            <w:u w:val="single"/>
          </w:rPr>
          <w:t>00:34:35 – 00:35:16</w:t>
        </w:r>
      </w:hyperlink>
    </w:p>
    <w:p>
      <w:r>
        <w:t>için yaşandığını ve gücün hangi ahlaki sınırlar içinde kullanılması gerektiğini belirleyen bir istikamet sunar. Kur’anî bir medeniyet tasavvuru, modern dünyadan kaçmak değildir. Bilime, teknolojiye sırt çevirmek değildir. Tam aksine, bilimi hikmetle, teknolojiyi ahlakla, ekonomiyi adaletle, siyaseti hukukla, özgürlüğü sorumlulukla ve insanı yeniden Rabbi ile buluşturma teşebbüsüdür. İnşallah önümüzdeki üç gün boyunca Risale-i Nur perspektifinden Kur'an'ın bütün çağları kapsayan ilâhî mesajını Kur'an'ın bütün</w:t>
      </w:r>
    </w:p>
    <w:p>
      <w:pPr>
        <w:keepNext/>
      </w:pPr>
      <w:hyperlink r:id="rId56">
        <w:r>
          <w:rPr>
            <w:color w:val="1155CC"/>
            <w:u w:val="single"/>
          </w:rPr>
          <w:t>00:35:16 – 00:35:56</w:t>
        </w:r>
      </w:hyperlink>
    </w:p>
    <w:p>
      <w:r>
        <w:t>çağları kapsayan ilâhî mesajını ve âlemlere rahmet olarak gönderilen kâinatın efendisi Peygamberimiz aleyhissalâtü vesselâmın yine Kur'an'ın eczanesinden insanlığa, maddi, manevi krizlere getirdiği ilaçları konuşacağız inşallah. Hak kavramının uluslararası hukukta ne anlama geldiğini, teavünün, yardımlaşmanın küresel ekonomiye nasıl taşınabileceğini, müsbet hareketin, çatışmaların çözümüne nasıl tercüme edileceğini konuşacağız. Görevimiz yalnızca kendi acılarımızı dünyaya anlatmak değildir. Bizim daha büyük sorumluluğumuz var.</w:t>
      </w:r>
    </w:p>
    <w:p>
      <w:pPr>
        <w:keepNext/>
      </w:pPr>
      <w:hyperlink r:id="rId57">
        <w:r>
          <w:rPr>
            <w:color w:val="1155CC"/>
            <w:u w:val="single"/>
          </w:rPr>
          <w:t>00:35:56 – 00:36:37</w:t>
        </w:r>
      </w:hyperlink>
    </w:p>
    <w:p>
      <w:r>
        <w:t>Kur'an'ın ve imanın hakikatlerini, çağın diliyle insanlığın ortak vicdanına ulaştırmaktır. Bugün dünyamızın ihtiyacı yalnızca daha güçlü devletler, daha büyük ekonomiler ve daha ileri teknolojiler değildir. Dünyamızın ihtiyacı daha merhametli bir insan, daha adil bir toplum, hakkı, fazileti, kuvvetin önüne koyabilen yeni bir medeniyet tasavvurudur. Kıymetli misafirler, evet insanlık büyük krizlerden geçiyor. Fakat ümitsiz değiliz. Krizlere Kur'an'dan bir çözüm olarak Bediüzzaman ifadeleriyle</w:t>
      </w:r>
    </w:p>
    <w:p>
      <w:pPr>
        <w:keepNext/>
      </w:pPr>
      <w:hyperlink r:id="rId58">
        <w:r>
          <w:rPr>
            <w:color w:val="1155CC"/>
            <w:u w:val="single"/>
          </w:rPr>
          <w:t>00:36:37 – 00:37:18</w:t>
        </w:r>
      </w:hyperlink>
    </w:p>
    <w:p>
      <w:r>
        <w:t>azametli bahtsız bir kıtanın, şanlı talihsiz bir devletin, değerli sahipsiz bir kavmin reçetesi, ittihad-ı İslam'dır. Diyerek bütün İslam ümmetini birbirini kucaklamaya ve birbirine sahip çıkmaya ve hakiki bir ittihadı sağlamaya çağırıyoruz. Rabbim ümmetin hakiki manada ittihadını, bu sempozyumu ve siz değerli katılımcıları vesile kılsın. Bu arada Kur'an ve iman hizmetinin geçmişin zorlu şartlarından bugüne</w:t>
      </w:r>
    </w:p>
    <w:p>
      <w:pPr>
        <w:keepNext/>
      </w:pPr>
      <w:hyperlink r:id="rId59">
        <w:r>
          <w:rPr>
            <w:color w:val="1155CC"/>
            <w:u w:val="single"/>
          </w:rPr>
          <w:t>00:37:18 – 00:38:00</w:t>
        </w:r>
      </w:hyperlink>
    </w:p>
    <w:p>
      <w:r>
        <w:t>gelmesinde emeği geçen ve bugün aramızda bulunmayan Bediüzzaman Hazretleri ve onun merhum talebelerini rahmetle, minnetle ve şükranla yâd ediyoruz. Allah hepsinden ebeden razı olsun. Tekrar teşekkür ediyorum. Sağ olun, var olun, Allah'a emanet olun. Değerli konuşmaları için İstanbul İlim ve Kültür Vakfı Mütevelli Heyet Başkanı Sayın Said Yüce'ye teşekkür ediyoruz. Şimdi sırada Suriye Müftüsü Üsame Abdülkerim er-Rifai'nin konuşmaları var.</w:t>
      </w:r>
    </w:p>
    <w:p>
      <w:pPr>
        <w:keepNext/>
      </w:pPr>
      <w:hyperlink r:id="rId60">
        <w:r>
          <w:rPr>
            <w:color w:val="1155CC"/>
            <w:u w:val="single"/>
          </w:rPr>
          <w:t>00:38:01 – 00:38:47</w:t>
        </w:r>
      </w:hyperlink>
    </w:p>
    <w:p>
      <w:r>
        <w:t>Kendisini konuşmalarını yapmak üzere kürsüye davet ediyorum. Şimdi Suriye Arap Cumhuriyeti Müftüsü, muhterem Şeyh Üsame Abdülkerim er-Rifai'yi kürsüye davet ediyoruz. 13. Uluslararası İmam Said Nursî Sempozyumu vesilesiyle konuşmalarını yapmak üzere buyursunlar. “Çağdaş Medeniyetin Sorunlarına Kur’ânî Çözümler.” Şu anda dünyanın farklı ülkelerinden aramıza gelen bütün misafirlerimize hoş geldiniz demek istiyorum. Dünyanın yetmişten fazla ülkesinden. Aramıza misafir olarak gelen âlimlere, akademisyenlere ve araştırmacılara teşekkür ve takdirlerimizi sunuyoruz.</w:t>
      </w:r>
    </w:p>
    <w:p>
      <w:pPr>
        <w:keepNext/>
      </w:pPr>
      <w:hyperlink r:id="rId61">
        <w:r>
          <w:rPr>
            <w:color w:val="1155CC"/>
            <w:u w:val="single"/>
          </w:rPr>
          <w:t>00:38:47 – 00:39:32</w:t>
        </w:r>
      </w:hyperlink>
    </w:p>
    <w:p>
      <w:r>
        <w:t>Şimdi Suriye Arap Cumhuriyeti Müftüsü Şeyh Üsame Abdülkerim er-Rifai'yi bir kez daha [selamlıyoruz?]. Hoş geldiniz. Rahman ve Rahim olan Allah'ın adıyla. Hamd, âlemlerin Rabbi Allah'a mahsustur. Allah'ın salâtı, selamı ve bereketi, öncekilerin ve sonrakilerin efendisinin, peygamberlerin sonuncusunun ve elçilerin önderinin üzerine olsun. Ailesine, ashabına, tâbilerine; kıyamete kadar onun yolunu izleyen ve davetini sürdürenlere de olsun. Değerli konuklar,</w:t>
      </w:r>
    </w:p>
    <w:p>
      <w:pPr>
        <w:keepNext/>
      </w:pPr>
      <w:hyperlink r:id="rId62">
        <w:r>
          <w:rPr>
            <w:color w:val="1155CC"/>
            <w:u w:val="single"/>
          </w:rPr>
          <w:t>00:39:32 – 00:40:12</w:t>
        </w:r>
      </w:hyperlink>
    </w:p>
    <w:p>
      <w:r>
        <w:t>bu güzel ve temiz mekâna gelen sizler, bu ümmetin öncü şahsiyetlerinden, büyük isimlerinden birini anmak için geldiniz: Efendimiz, Şeyh Bediüzzaman Said Nursî. Allah'ın rahmeti ve rızası onun üzerine olsun. [Bir söz belirsiz] Kur'an-ı Kerim'e bakışındaki rehberliğinden, âyetlerden çıkardığı hikmetten, doğru ve apaçık yolu gösteren işaretlerden... Yüce Allah'ın izniyle. Değerli kardeşlerim, bildiğiniz gibi,</w:t>
      </w:r>
    </w:p>
    <w:p>
      <w:pPr>
        <w:keepNext/>
      </w:pPr>
      <w:hyperlink r:id="rId63">
        <w:r>
          <w:rPr>
            <w:color w:val="1155CC"/>
            <w:u w:val="single"/>
          </w:rPr>
          <w:t>00:40:12 – 00:40:55</w:t>
        </w:r>
      </w:hyperlink>
    </w:p>
    <w:p>
      <w:r>
        <w:t>İslam'ın doğuşundan itibaren yaşanan medeniyet değişimleri, iki asır öncesine kadar ümmetimizde nesilden nesile kolaylıkla aktarılıyordu. Bunlar ümmetin dininde ve inancında olumsuz etkiler bırakmıyordu; şeriata bağlılığında, ahlakında, âdetlerinde ve geleneklerinde de. Diğer milletlerden ümmetimize gelen kayda değer olumsuz etkiler yoktu. Allah'a hamdolsun.</w:t>
      </w:r>
    </w:p>
    <w:p>
      <w:pPr>
        <w:keepNext/>
      </w:pPr>
      <w:hyperlink r:id="rId64">
        <w:r>
          <w:rPr>
            <w:color w:val="1155CC"/>
            <w:u w:val="single"/>
          </w:rPr>
          <w:t>00:40:55 – 00:41:40</w:t>
        </w:r>
      </w:hyperlink>
    </w:p>
    <w:p>
      <w:r>
        <w:t>Hatta önceki dönemlerde ümmetimiz etkilenen değil, etkileyen taraftı. Fakat son iki asırda, yakın dönemlerde durum değişti. Önceleri medeniyette böyle sıçramalar yoktu; bilimde de — uygulamalı bilimleri kastediyorum. Ümmetimize olumsuz etkiler de taşıyan bu büyük sıçramalar henüz yaşanmamıştı. Oysa son iki asırda, bildiğiniz gibi, medeniyette ve bilimlerde çok büyük atılımlar gerçekleşti.</w:t>
      </w:r>
    </w:p>
    <w:p>
      <w:pPr>
        <w:keepNext/>
      </w:pPr>
      <w:hyperlink r:id="rId65">
        <w:r>
          <w:rPr>
            <w:color w:val="1155CC"/>
            <w:u w:val="single"/>
          </w:rPr>
          <w:t>00:41:40 – 00:42:26</w:t>
        </w:r>
      </w:hyperlink>
    </w:p>
    <w:p>
      <w:r>
        <w:t>Bunların öncülüğünü Batı yapıyordu. Beraberinde şiddetli fırtınalar da getirdiler; ümmetimizin dinini, inancını, ahlakını ve bağlılığını hedef almaya çalışan fırtınalar. Güç ve kuvvet ancak Allah'tandır. Ancak kardeşlerim, bu büyük tehlikeye karşı duranlar oldu. Ümmetimizin büyük âlimleri, önderleri ve seçkinleri buna karşı koydu. Allah'a hamdolsun. Ümmetin inancını, dinini ve ahlakını korumada güzel tesirleri oldu. Bunların başında Şeyh Bediüzzaman Said Nursî gelir. Allah'ın rahmeti ve rızası üzerine olsun.</w:t>
      </w:r>
    </w:p>
    <w:p>
      <w:pPr>
        <w:keepNext/>
      </w:pPr>
      <w:hyperlink r:id="rId66">
        <w:r>
          <w:rPr>
            <w:color w:val="1155CC"/>
            <w:u w:val="single"/>
          </w:rPr>
          <w:t>00:42:26 – 00:43:13</w:t>
        </w:r>
      </w:hyperlink>
    </w:p>
    <w:p>
      <w:r>
        <w:t>Kardeşlerim, bugün birbirimizi tamamlamaya ihtiyacımız var; bütün ülkelerin çabalarını birleştirmesine, kültürle, dinle, medeniyetle ve tarihle ilgilenen bütün kuruluşların da. Neslimizi korumak için güçlerini birleştirmelerine ihtiyacımız var; çünkü neslimiz şimdi bu şiddetli fırtınalara maruz kalıyor, dinine, inancına, ahlakına ve değerlerine yönelen fırtınalara. Bütün bu kurumlar eğitim programları oluşturmak için iş birliği yapmalıdır; neslimizi bu asılsız iddialardan ve şüphelerden koruyacak programlar.</w:t>
      </w:r>
    </w:p>
    <w:p>
      <w:pPr>
        <w:keepNext/>
      </w:pPr>
      <w:hyperlink r:id="rId67">
        <w:r>
          <w:rPr>
            <w:color w:val="1155CC"/>
            <w:u w:val="single"/>
          </w:rPr>
          <w:t>00:43:13 – 00:43:55</w:t>
        </w:r>
      </w:hyperlink>
    </w:p>
    <w:p>
      <w:r>
        <w:t>Bunların bugünkü neslimize zarar vermesinden kaygı duyuyoruz. Allah muhafaza etsin. Yüce Allah'tan, bu toplantımızın çabaların buluşması için hayırlı bir başlangıç olmasını diliyorum; kültür ve din alanındaki öncülerin, bu yönde aynı zeminde buluşmasını, ümmetimizi ve neslimizi korumak için çabalarını birleştirmesini. Yüce Allah'ın izniyle. Allah'tan, bize ve sizlere başarı nasip etmesini diliyorum; bu toplantıda ve bu yolda yapılacak gelecek toplantılarda, inşallah. Son olarak, değerli kardeşlerim, sizlere iletiyorum: selamlarımı, Suriye halkının tamamının sevgisini</w:t>
      </w:r>
    </w:p>
    <w:p>
      <w:pPr>
        <w:keepNext/>
      </w:pPr>
      <w:hyperlink r:id="rId68">
        <w:r>
          <w:rPr>
            <w:color w:val="1155CC"/>
            <w:u w:val="single"/>
          </w:rPr>
          <w:t>00:43:55 – 00:44:37</w:t>
        </w:r>
      </w:hyperlink>
    </w:p>
    <w:p>
      <w:r>
        <w:t>ve öncü hükümetimizin sevgisini; destek ve yardımlarınız için. Devrimimize eşlik eden samimi dualar ve iman dolu kalplerle bile olsa verdiğiniz destek için. Nihayet yüce Allah onu zafere ulaştırdı; altmış yıl veya daha uzun süre göğsümüze çöken zulme, baskıya, azgınlığa ve saldırganlığa karşı. Sonra yüce Allah lütfu, keremi ve nimetiyle diledi ki bu kâbusu üzerimizden kaldırsın — Allah'a sığınırız — ve bize apaçık bir zafer nasip etsin. Bu zaferde birçok güç bize yardım etti; başta Türkiye hükümeti. Allah onları hayırla mükâfatlandırsın.</w:t>
      </w:r>
    </w:p>
    <w:p>
      <w:pPr>
        <w:keepNext/>
      </w:pPr>
      <w:hyperlink r:id="rId69">
        <w:r>
          <w:rPr>
            <w:color w:val="1155CC"/>
            <w:u w:val="single"/>
          </w:rPr>
          <w:t>00:44:37 – 00:45:21</w:t>
        </w:r>
      </w:hyperlink>
    </w:p>
    <w:p>
      <w:r>
        <w:t>Türkiye'nin hükümeti, yönetimi ve halkı, bize destek konusunda görevini fazlasıyla yerine getirdi. Böylece o devrilmiş rejimden kurtulduk ve yeniden inşa etmeye başladık. Yüce Allah'tan, dualarınız ve ilginizle bu süreci bizim için tamamlamasını diliyoruz, inşallah; bize ve halkımıza duyduğunuz sevgiyle, bütün ümmetin dinine, inancına ve bunların korunmasına gösterdiğiniz ilgiyle. Allah sizleri hayırla mükâfatlandırsın, bereket versin. Allah'ın selamı, rahmeti ve bereketi üzerinize olsun. Muhterem Şeyh Üstat Üsame Abdülkerim er-Rifai'ye teşekkür ve takdirlerimizi sunuyoruz.</w:t>
      </w:r>
    </w:p>
    <w:p>
      <w:pPr>
        <w:keepNext/>
      </w:pPr>
      <w:hyperlink r:id="rId70">
        <w:r>
          <w:rPr>
            <w:color w:val="1155CC"/>
            <w:u w:val="single"/>
          </w:rPr>
          <w:t>00:45:29 – 00:46:12</w:t>
        </w:r>
      </w:hyperlink>
    </w:p>
    <w:p>
      <w:r>
        <w:t>Kıymetli hitapları için Suriye Müftüsü Üsame [Abdülgelim?] el-Rifai'ye teşekkür ediyoruz. İslam dünyasının önemli simalarından, Dünya Müslüman Âlimler Birliği Başkanı Prof. Dr. Ali [Karaday?]'ı konuşmalarını yapmak üzere kürsüye davet ediyorum. Şimdi İslam dünyasının önde gelen şahsiyetlerinden birinin konuşmasına geçiyoruz. Ümmetin meselelerinde ve işlerinde etkin rol alan âlimlerden biri. Muhterem Prof. Dr. Ali el-Karadaği'yi kürsüye davet ediyoruz, Dünya Müslüman Âlimler Birliği Başkanı. Konuşmasını yapmak üzere buyursunlar, teşekkür ederiz.</w:t>
      </w:r>
    </w:p>
    <w:p>
      <w:pPr>
        <w:keepNext/>
      </w:pPr>
      <w:hyperlink r:id="rId71">
        <w:r>
          <w:rPr>
            <w:color w:val="1155CC"/>
            <w:u w:val="single"/>
          </w:rPr>
          <w:t>00:46:12 – 00:46:54</w:t>
        </w:r>
      </w:hyperlink>
    </w:p>
    <w:p>
      <w:r>
        <w:t>Hoş geldiniz. Rahman ve Rahîm olan Allah'ın adıyla. Nimetiyle güzel işlerin tamamlandığı Allah'a hamdolsun. O'nun rahmetiyle hayırlar ve bereketler iner. Ancak O'nun tevfikiyle maksatlar ve gaye gerçekleşir. Bütün varlıklara rahmet olarak gönderilene salât ve selam olsun. Ailesine, ashabına, onun hidayetine doğruluk ve sebatla uyanlara da.</w:t>
      </w:r>
    </w:p>
    <w:p>
      <w:pPr>
        <w:keepNext/>
      </w:pPr>
      <w:hyperlink r:id="rId72">
        <w:r>
          <w:rPr>
            <w:color w:val="1155CC"/>
            <w:u w:val="single"/>
          </w:rPr>
          <w:t>00:46:54 – 00:47:39</w:t>
        </w:r>
      </w:hyperlink>
    </w:p>
    <w:p>
      <w:r>
        <w:t>Fazilet, saadet ve saygıdeğerlik sahibi muhterem hazirun, değerli kardeşimiz, muhterem Cumhurbaşkanı Yardımcısı, Allah onu korusun; aziz kardeşim, Diyanet İşleri Başkanı, Allah onu korusun; faziletli ve cömert kardeşimiz Sayın Bilal Erdoğan, başmüftü ve Vakıflar Bakanı, yeni Suriye'deki, sevgili Suriye'mizdeki: Sizleri İslam'ın selamıyla selamlıyorum. İslam'ın selamı barıştır.</w:t>
      </w:r>
    </w:p>
    <w:p>
      <w:pPr>
        <w:keepNext/>
      </w:pPr>
      <w:hyperlink r:id="rId73">
        <w:r>
          <w:rPr>
            <w:color w:val="1155CC"/>
            <w:u w:val="single"/>
          </w:rPr>
          <w:t>00:47:39 – 00:48:22</w:t>
        </w:r>
      </w:hyperlink>
    </w:p>
    <w:p>
      <w:r>
        <w:t>Allah'ın selamı, rahmeti ve bereketi üzerinize olsun. Bu mübarek yüzlerin karşısında durmak bana gerçekten şeref ve sevinç, samimi bir sevinç veriyor. Yüce Allah'tan bu yüzleri ahirette de, inşallah, gülen ve sevinçli yüzlerden kılmasını diliyoruz. Bütün insanlığın meselelerini ele almak, birlikte görüşmek için karşınızdayım. Özellikle de İslam ümmetimizin meselelerini, güzel bir başlık seçilmiş olan bu toplantı aracılığıyla:</w:t>
      </w:r>
    </w:p>
    <w:p>
      <w:pPr>
        <w:keepNext/>
      </w:pPr>
      <w:hyperlink r:id="rId74">
        <w:r>
          <w:rPr>
            <w:color w:val="1155CC"/>
            <w:u w:val="single"/>
          </w:rPr>
          <w:t>00:48:22 – 00:49:03</w:t>
        </w:r>
      </w:hyperlink>
    </w:p>
    <w:p>
      <w:r>
        <w:t>Çağdaş medeniyetin sorunlarına Kur'anî çözümler. Hepimiz onun nelerden mustarip olduğunu, yani bu medeniyetin yaşadığı insanlık ve iman sorunlarını biliyoruz; ahlak sorunlarını, fıtrat sorunlarını ve çok, çok büyük sorunları. Dolayısıyla dünya bugün İslam'ın hayat veren yağmuruna son derece muhtaçtır;</w:t>
      </w:r>
    </w:p>
    <w:p>
      <w:pPr>
        <w:keepNext/>
      </w:pPr>
      <w:hyperlink r:id="rId75">
        <w:r>
          <w:rPr>
            <w:color w:val="1155CC"/>
            <w:u w:val="single"/>
          </w:rPr>
          <w:t>00:49:03 – 00:49:45</w:t>
        </w:r>
      </w:hyperlink>
    </w:p>
    <w:p>
      <w:r>
        <w:t>Kur'an'ın şifasına, Muhammed'in, sallallahu aleyhi ve sellem, rahmetine. “Seni ancak âlemlere rahmet olarak gönderdik.” Yalnızca Müslümanlara değil. Bu toplantının başlığı da buradan geliyor: Bu meseleleri araştırmak ve yalnız İslam ümmetimize değil, bütün insanlığa uygun çözümler sunmak. Çünkü dünya bugün tek bir köy hâline geldi. İslam ümmeti, insanlığın geri kalanından uzakta kalamaz.</w:t>
      </w:r>
    </w:p>
    <w:p>
      <w:pPr>
        <w:keepNext/>
      </w:pPr>
      <w:hyperlink r:id="rId76">
        <w:r>
          <w:rPr>
            <w:color w:val="1155CC"/>
            <w:u w:val="single"/>
          </w:rPr>
          <w:t>00:49:46 – 00:50:33</w:t>
        </w:r>
      </w:hyperlink>
    </w:p>
    <w:p>
      <w:r>
        <w:t>Sorunumuz ortak; çözümlerimizin de ortak olması gerekir. Bu sebeple teşekkürlerimi, takdirlerimi ve selamlarımı sunuyorum Sayın Said Yüce'ye, kardeşlerine ve arkadaşlarına. İmamımız İmam Nursî'nin, Allah ona rahmet etsin, talebeleri olarak büyük gayret gösterdiler. Bu toplantıyı gerçekleştirmek için büyük gayret gösterdiler. Bundan umdukları, gerçekleşmesini benim de umduğum, iki önemli hususun gerçekleşmesidir. Kur'an-ı Kerim'e dayanan İslami fikir birliği için uygulanabilir adımlar</w:t>
      </w:r>
    </w:p>
    <w:p>
      <w:pPr>
        <w:keepNext/>
      </w:pPr>
      <w:hyperlink r:id="rId77">
        <w:r>
          <w:rPr>
            <w:color w:val="1155CC"/>
            <w:u w:val="single"/>
          </w:rPr>
          <w:t>00:50:33 – 00:51:15</w:t>
        </w:r>
      </w:hyperlink>
    </w:p>
    <w:p>
      <w:r>
        <w:t>ve onun açıklaması olan şerefli Sünnet-i Nebeviyye'ye dayanan. İkincisi, şifa veren, yeterli ve amaca yönelik bir tedavi sunmaktır; bir insanlık projesi aracılığıyla bütün dünyaya sunmak. Bu gayretlerinden dolayı Allah onları hayırla mükâfatlandırsın. Yüce Allah'tan bu iki hedefi gerçekleştirmede hepimizi muvaffak kılmasını diliyorum. Celal ve cemal ülkesi Türkiye'de, İstanbul'da bulunurken,</w:t>
      </w:r>
    </w:p>
    <w:p>
      <w:pPr>
        <w:keepNext/>
      </w:pPr>
      <w:hyperlink r:id="rId78">
        <w:r>
          <w:rPr>
            <w:color w:val="1155CC"/>
            <w:u w:val="single"/>
          </w:rPr>
          <w:t>00:51:18 – 00:51:56</w:t>
        </w:r>
      </w:hyperlink>
    </w:p>
    <w:p>
      <w:r>
        <w:t>her kesimden mazluma kucak açan bir ülkede, bütün bu toplantıları tam bir özgürlükle ağırlayan özgürlük ülkesinde, kendi adıma ve Dünya Müslüman Âlimler Birliği adına teşekkür etmeden geçemem. Sizin adınıza da söyleyebilirim: Teşekkür, övgü ve dua sunuyoruz Sayın Cumhurbaşkanı Erdoğan'a. Allah onu korusun, gözetsin; başarısını ve isabetini artırsın.</w:t>
      </w:r>
    </w:p>
    <w:p>
      <w:pPr>
        <w:keepNext/>
      </w:pPr>
      <w:hyperlink r:id="rId79">
        <w:r>
          <w:rPr>
            <w:color w:val="1155CC"/>
            <w:u w:val="single"/>
          </w:rPr>
          <w:t>00:51:58 – 00:52:40</w:t>
        </w:r>
      </w:hyperlink>
    </w:p>
    <w:p>
      <w:r>
        <w:t>Onun basiretli hükûmetine de teşekkürlerimizi sunuyoruz; bu büyük halka hizmet eden herkese, Türk halkına ve İslam ümmetimize hizmet edenlere. Benim de, Sayın Said'in de söylediği gibi büyük krizler var. Ben yalnızca bir yönüne işaret edeceğim: İntihar. Dünyada 2021 yılındaki ölüm sayısı, Dünya Sağlık Örgütü'nün istatistiğine göre,</w:t>
      </w:r>
    </w:p>
    <w:p>
      <w:pPr>
        <w:keepNext/>
      </w:pPr>
      <w:hyperlink r:id="rId80">
        <w:r>
          <w:rPr>
            <w:color w:val="1155CC"/>
            <w:u w:val="single"/>
          </w:rPr>
          <w:t>00:52:40 – 00:53:20</w:t>
        </w:r>
      </w:hyperlink>
    </w:p>
    <w:p>
      <w:r>
        <w:t>727 bin intihara ulaştı. Bu, kaydedilmiş olan sayı. Amerika'da ise 2023'te, yani 2023'te, 50 bin intiharı aştı. Cinsel sapkınlık ve diğer sorunların yanında, dünya çok ciddi bir ahlak krizi, iman krizi, insanlık krizi yaşıyor; evlilik krizi de. Bugün Gazze'yi bu hâlde görünce başka delil ve kanıta ihtiyaç duymuyoruz.</w:t>
      </w:r>
    </w:p>
    <w:p>
      <w:pPr>
        <w:keepNext/>
      </w:pPr>
      <w:hyperlink r:id="rId81">
        <w:r>
          <w:rPr>
            <w:color w:val="1155CC"/>
            <w:u w:val="single"/>
          </w:rPr>
          <w:t>00:53:21 – 00:54:03</w:t>
        </w:r>
      </w:hyperlink>
    </w:p>
    <w:p>
      <w:r>
        <w:t>Dünya susuyor. Hatta ne yazık ki dünyanın büyük bir kısmı, bazı Araplar bile, bütün sınırları aşan bu zulmün ve saldırının yanında. Buna rağmen insanlık veya İslam ümmeti bu zulmü engelleyemiyor. Gerçekten, muhterem ve saygıdeğer hazirun, müceddit imam Şeyh Said Nursî, Allah ona rahmet etsin, bir kitabını yayımlamak ve hayatını yazmakla şereflendiğim şahsiyettir.</w:t>
      </w:r>
    </w:p>
    <w:p>
      <w:pPr>
        <w:keepNext/>
      </w:pPr>
      <w:hyperlink r:id="rId82">
        <w:r>
          <w:rPr>
            <w:color w:val="1155CC"/>
            <w:u w:val="single"/>
          </w:rPr>
          <w:t>00:54:03 – 00:54:50</w:t>
        </w:r>
      </w:hyperlink>
    </w:p>
    <w:p>
      <w:r>
        <w:t>Yaklaşık yarım asır önce Mısır'da yayımlamıştım. Araştırmacılar ve düşünürler arasında etkili olmuştu. O, bu meseleyi Hutbe-i Şamiye'sinde titizlikle ele aldı. Bu hutbe, ümmetteki altı tehlikeli hastalığı açıklar ve bunların tedavisini Kur'an eczanesinden sunar; çok önemli, son derece önemli altı adımla. Burada bunları anlatacak vakit yok. Yalnızca, bu meseleye kapsamlı bir tedavi sunduğunu söyleyeceğim.</w:t>
      </w:r>
    </w:p>
    <w:p>
      <w:pPr>
        <w:keepNext/>
      </w:pPr>
      <w:hyperlink r:id="rId83">
        <w:r>
          <w:rPr>
            <w:color w:val="1155CC"/>
            <w:u w:val="single"/>
          </w:rPr>
          <w:t>00:54:50 – 00:55:34</w:t>
        </w:r>
      </w:hyperlink>
    </w:p>
    <w:p>
      <w:r>
        <w:t>Hastalığın insanın enaniyetinden, “ben”den kaynaklandığını teşhis eder. Şeyhimizin de söylediği gibi, “ben”in ıslahıyla başlar. Yani, yani insan; kişisel “ben”. İnsanın benliği ve varlığı; içi ve dışı, bâtını ve zâhiri. İmam Nursî, Allah ona rahmet etsin, der ki: “Âlemin anahtarı insanın elinde ve kendi nefsindedir.” Hak Teâlâ insana emanet olarak</w:t>
      </w:r>
    </w:p>
    <w:p>
      <w:pPr>
        <w:keepNext/>
      </w:pPr>
      <w:hyperlink r:id="rId84">
        <w:r>
          <w:rPr>
            <w:color w:val="1155CC"/>
            <w:u w:val="single"/>
          </w:rPr>
          <w:t>00:55:34 – 00:56:16</w:t>
        </w:r>
      </w:hyperlink>
    </w:p>
    <w:p>
      <w:r>
        <w:t>bütün âlemin kapılarını açan bir anahtar bırakmıştır. “Ben”, yani insan, Allah'ın onu yaratma gayesi olan vazifesini yerine getirdiğinde, yani kulluk ve [kelime belirsiz] vazifesini, Kur'an insanın varlığını, benliğini ve iç dünyasını tedavi eder; insanın var oluşunu. Ruhunu yücelmesi, kalbini de selim olması için tedavi eder; nefsini de huzurlu, razı ve razı olunan hâle gelmesi için.</w:t>
      </w:r>
    </w:p>
    <w:p>
      <w:pPr>
        <w:keepNext/>
      </w:pPr>
      <w:hyperlink r:id="rId85">
        <w:r>
          <w:rPr>
            <w:color w:val="1155CC"/>
            <w:u w:val="single"/>
          </w:rPr>
          <w:t>00:56:16 – 00:56:58</w:t>
        </w:r>
      </w:hyperlink>
    </w:p>
    <w:p>
      <w:r>
        <w:t>Aklını, bencil, sömürgeci ve işgalci olmaması için tedavi eder. Aksine, ülkenin ve insanların yararına çalışan bir akıl olsun diye. Sonra İmam, kitaplarında ve risalelerinde insanın davranışlarını ele alır. Sözlerimi bitirirken sizlere şunu söylemek istiyorum: Yetmiş ülkeden gelen bu mübarek topluluk, âlimlerin bu yoğun katılımı — böyle söylememeliyim, sözüm için beni bağışlayın —</w:t>
      </w:r>
    </w:p>
    <w:p>
      <w:pPr>
        <w:keepNext/>
      </w:pPr>
      <w:hyperlink r:id="rId86">
        <w:r>
          <w:rPr>
            <w:color w:val="1155CC"/>
            <w:u w:val="single"/>
          </w:rPr>
          <w:t>00:56:58 – 00:57:43</w:t>
        </w:r>
      </w:hyperlink>
    </w:p>
    <w:p>
      <w:r>
        <w:t>yaptıklarımızı sıralayan bir bildiriyle yetinip ayrılmamalıyız. Sizlerden istediğim, iki proje ortaya koymamızdır. İslam ümmetimizi aşama aşama birleştirecek uygulamalı bir proje; benim yumuşak güçler diye adlandırdığım unsurlar aracılığıyla: Âlimler, medya mensupları, dernekler ve sivil toplum kuruluşları. Hepimizin ortak bir sözde birleşmesi. Sevgili kardeşlerim, bu ayrılık ne zamana kadar? Bu Eş'arî, bu sûfî, bu şöyle...</w:t>
      </w:r>
    </w:p>
    <w:p>
      <w:pPr>
        <w:keepNext/>
      </w:pPr>
      <w:hyperlink r:id="rId87">
        <w:r>
          <w:rPr>
            <w:color w:val="1155CC"/>
            <w:u w:val="single"/>
          </w:rPr>
          <w:t>00:57:43 – 00:58:25</w:t>
        </w:r>
      </w:hyperlink>
    </w:p>
    <w:p>
      <w:r>
        <w:t>Bunlar ümmetin [yıl sayısı belirsiz] beri tercihleri. Özür dilerim, [sayıyı düzeltiyor]. Ümmet bu üç yolu seçti: Eş'arîlik, Mâtürîdîlik ve ehl-i hadis. Hepsinin gerekçeleri var. Bir içtihadı tercih edebilirsiniz; başımızın üstünde yeri var. Bu ayrılık niye? Böyle olmamalı. Ortak bir sözde birleşmeliyiz. Allah'ın lütfu, ardından bu ülkenin katkısıyla ortak bir sözde birleşiyoruz. Bu ayın sonunda İslam birliği toplantısı düzenleyeceğiz; inşallah bu gayretleri tamamlamak için.</w:t>
      </w:r>
    </w:p>
    <w:p>
      <w:pPr>
        <w:keepNext/>
      </w:pPr>
      <w:hyperlink r:id="rId88">
        <w:r>
          <w:rPr>
            <w:color w:val="1155CC"/>
            <w:u w:val="single"/>
          </w:rPr>
          <w:t>00:58:25 – 00:59:09</w:t>
        </w:r>
      </w:hyperlink>
    </w:p>
    <w:p>
      <w:r>
        <w:t>Öyleyse ümmetimize düşünceye dayanan bir proje sunalım; imana ve amele dayanan, iki hususa dayanan: İbadetle ilgili dindarlığın gerçekleştirilmesi ve [kelime belirsiz], medeniyet, ilim, yaratıcılık ve yeniliklerle ilgili dindarlığın. Ayrıca atalarımızın yaptığı gibi uygulamalı adımlar: İmam Gazzâlî, Allah ona rahmet etsin; İmam Şeyh Abdülkadir Geylânî, Nizâmülmülk ve diğerleri. Selahaddin'in nesline zemini onlar hazırladı.</w:t>
      </w:r>
    </w:p>
    <w:p>
      <w:pPr>
        <w:keepNext/>
      </w:pPr>
      <w:hyperlink r:id="rId89">
        <w:r>
          <w:rPr>
            <w:color w:val="1155CC"/>
            <w:u w:val="single"/>
          </w:rPr>
          <w:t>00:59:09 – 00:59:51</w:t>
        </w:r>
      </w:hyperlink>
    </w:p>
    <w:p>
      <w:r>
        <w:t>Bugün de, Allah'a hamdolsun, mevcut devletler var. [Karşılıklı yardımlaşmaya dair ifade belirsiz.] Allah'ın izniyle İslam birliği gerçekleşir; herkesi kapsamasa bile. Birinci proje bu. İkinci proje bu metinde ayrıntılı yazılı. İnşallah onu sekreterliğe sunacağım. İkinci proje insanlık içindir; iman ve fıtrat yoluyla, aile yoluyla, olgun düşünce yoluyla ve Allah ile huzur bulan insan yoluyla.</w:t>
      </w:r>
    </w:p>
    <w:p>
      <w:pPr>
        <w:keepNext/>
      </w:pPr>
      <w:hyperlink r:id="rId90">
        <w:r>
          <w:rPr>
            <w:color w:val="1155CC"/>
            <w:u w:val="single"/>
          </w:rPr>
          <w:t>00:59:51 – 01:00:34</w:t>
        </w:r>
      </w:hyperlink>
    </w:p>
    <w:p>
      <w:r>
        <w:t>Bu düşünceyi ayrıntıları ve adımlarıyla insanlığa sunalım. Buna ek olarak bir projeyle tamamlayalım; tabir yerindeyse büyük bir ümit: İslam'ın yöntemine uygun, Birleşmiş Milletler için tamamlayıcı bir proje. Birleşmiş Milletler, Sayın Cumhurbaşkanı'nın dediği gibi, temsil etmiyor... Bu arada Birleşmiş Milletler esasen ayrımcılık üzerine kuruludur. Çünkü yalnızca beş devletin veto hakkı var. Diğer bütün devletlerin veto hakkı yok. Uluslararası barış ve güvenlik için İslami bir Birleşmiş Milletler.</w:t>
      </w:r>
    </w:p>
    <w:p>
      <w:pPr>
        <w:keepNext/>
      </w:pPr>
      <w:hyperlink r:id="rId91">
        <w:r>
          <w:rPr>
            <w:color w:val="1155CC"/>
            <w:u w:val="single"/>
          </w:rPr>
          <w:t>01:00:34 – 01:01:15</w:t>
        </w:r>
      </w:hyperlink>
    </w:p>
    <w:p>
      <w:r>
        <w:t>İşte üç proje bunlar. Bunları ortaya koyarsak, ortaya koyar ve açıklarsak, uygulamaya geçirmek için bir komite veya kurul oluşturursak, âlimlerden, uzmanlardan, hukukçulardan yardım alırsak — her şey budur demiyorum — yardım alarak bir proje sunmaya ulaşırız, sevgili kardeşlerim. Biz Müslümanların sorunu, doğru projeyi sunamamamızdır. Mesela, uzmanlık alanımın ve konumun dışında olsa da,</w:t>
      </w:r>
    </w:p>
    <w:p>
      <w:pPr>
        <w:keepNext/>
      </w:pPr>
      <w:hyperlink r:id="rId92">
        <w:r>
          <w:rPr>
            <w:color w:val="1155CC"/>
            <w:u w:val="single"/>
          </w:rPr>
          <w:t>01:01:15 – 01:01:57</w:t>
        </w:r>
      </w:hyperlink>
    </w:p>
    <w:p>
      <w:r>
        <w:t>şimdi ekonomi meselesi. Ekonomik krizler komünist iktisat düşüncesinin yıkılmasına yol açtı. Kapitalist ekonomik krizler de var. Kapitalizm neden yıkılmıyor? Çünkü alternatifi yok. Alternatifi biz sunmalıyız. İslam'ın yöntemi budur. Âlemlerin Rabbi faizi haram kılarken yalnızca “Faizi haram kıldı” demedi. “Allah alışverişi helal kıldı.” Önce alternatif, önce; sonra, ikinci olarak yasaklama. Allah'ın selamı, rahmeti ve bereketi üzerinize olsun. Prof. Dr. Ali el-Karadaği'ye teşekkür ve takdirlerimizi sunuyoruz, Dünya Müslüman Âlimler Birliği Başkanı,</w:t>
      </w:r>
    </w:p>
    <w:p>
      <w:pPr>
        <w:keepNext/>
      </w:pPr>
      <w:hyperlink r:id="rId93">
        <w:r>
          <w:rPr>
            <w:color w:val="1155CC"/>
            <w:u w:val="single"/>
          </w:rPr>
          <w:t>01:01:57 – 01:02:32</w:t>
        </w:r>
      </w:hyperlink>
    </w:p>
    <w:p>
      <w:r>
        <w:t>konuşması ve İslam ümmetine hizmet yolundaki bütün [katkıları?] için. Gönüllerimize hitap eden konuşmaları için muhterem Ali [Karadani?]'ye teşekkür ediyoruz. Konuşmalarımıza İslam'ın evrensel mesajını Batı dünyasına duyuran güçlü bir vicdanın sesiyle devam ediyoruz. Medya alanındaki tecrübesini hakikat arayışıyla… hidayet yolculuğunu ve gözlemlerini kalemiyle geniş kitlelere ulaştıran gazeteci ve yazar Sayın Lauren Booth'u kürsüye davet ediyorum.</w:t>
      </w:r>
    </w:p>
    <w:p>
      <w:pPr>
        <w:keepNext/>
      </w:pPr>
      <w:hyperlink r:id="rId94">
        <w:r>
          <w:rPr>
            <w:color w:val="1155CC"/>
            <w:u w:val="single"/>
          </w:rPr>
          <w:t>01:02:59 – 01:03:45</w:t>
        </w:r>
      </w:hyperlink>
    </w:p>
    <w:p>
      <w:r>
        <w:t>Bismillahirrahmanirrahim. Değerli kardeşlerim, âlimler, öğretmenler ve akademisyenler; saygıdeğer siyasetçiler ve kamu görevlileri, sizleri İslam'ın barış selamıyla selamlıyorum: Esselamu aleyküm ve rahmetullahi ve berekâtühü. Bismillahirrahmanirrahim. Allah'ın bütün bunları bizden kabul etmesini ve izin verdiği şekilde bizi aydınlatmasını diliyorum. Çünkü şeytanların gün ışığında açıkça dolaştığı bir zamanda yaşıyoruz; Bakara suresinin 11. âyetini apaçık yaşadığımız bir zamanda. Allah Teâlâ şöyle buyurur:</w:t>
      </w:r>
    </w:p>
    <w:p>
      <w:pPr>
        <w:keepNext/>
      </w:pPr>
      <w:hyperlink r:id="rId95">
        <w:r>
          <w:rPr>
            <w:color w:val="1155CC"/>
            <w:u w:val="single"/>
          </w:rPr>
          <w:t>01:03:46 – 01:04:27</w:t>
        </w:r>
      </w:hyperlink>
    </w:p>
    <w:p>
      <w:r>
        <w:t>Onlara “Yeryüzünde bozgunculuk yaymayın” denildiğinde, “Biz yalnızca barışı sağlayanlarız” derler. Hemen ardından 12. âyette Allah'ın cevabı gelir: Asıl bozguncular onlardır; fakat bunun farkına varmazlar. Neoliberal siyasetçiler, milyarder teknoloji psikopatları ve siyonistler, ulaştıkları her yerde savaş sahnesinin ve adaletsizlik alanlarının bir parçasıdır. Bu çağda insan hayatının her düzeyinde bunu hissedebiliyoruz, değil mi?</w:t>
      </w:r>
    </w:p>
    <w:p>
      <w:pPr>
        <w:keepNext/>
      </w:pPr>
      <w:hyperlink r:id="rId96">
        <w:r>
          <w:rPr>
            <w:color w:val="1155CC"/>
            <w:u w:val="single"/>
          </w:rPr>
          <w:t>01:04:27 – 01:05:14</w:t>
        </w:r>
      </w:hyperlink>
    </w:p>
    <w:p>
      <w:r>
        <w:t>Toplumlarımıza girmeye çalışan o karanlık, pençe gibi parmakları; evlerimize, topluluklarımıza, hatta kalplerimize. Kullandıkları araçlar ve yöntemler üzerine kısaca düşünmek istiyorum. Seksen yıldır televizyonu, şimdiyse elinde bir cihazı olan herkes, öylesine büyük, kendi içinde öylesine karmaşık bir pazarlama operasyonunun avı oldu ki, Firavun'u kıskandırırdı. Neden Firavun? Çünkü Kur'an, denetim ve aldatmayla iktidarını nasıl sürdürdüğünü bize açıkça gösterir.</w:t>
      </w:r>
    </w:p>
    <w:p>
      <w:pPr>
        <w:keepNext/>
      </w:pPr>
      <w:hyperlink r:id="rId97">
        <w:r>
          <w:rPr>
            <w:color w:val="1155CC"/>
            <w:u w:val="single"/>
          </w:rPr>
          <w:t>01:05:15 – 01:05:59</w:t>
        </w:r>
      </w:hyperlink>
    </w:p>
    <w:p>
      <w:r>
        <w:t>[Sure adı belirsiz] suresinde Musa onun karşısına çıkar. Firavun onu sahtekâr diye yaftalar. Sonra danışmanları şöyle bir plan önerir: Adeta bir propaganda operasyonu: Musa'yı oyalayın. Her şehre toplayıcılar gönderin. Bütün sihirbazlarınızı bir araya getirin. Peki halka ne söylendi? Gelin, burada toplanın. Galip gelirlerse belki sihirbazların peşinden gideriz. Sonra ne olur? Halkın gösteriyi izleyerek</w:t>
      </w:r>
    </w:p>
    <w:p>
      <w:pPr>
        <w:keepNext/>
      </w:pPr>
      <w:hyperlink r:id="rId98">
        <w:r>
          <w:rPr>
            <w:color w:val="1155CC"/>
            <w:u w:val="single"/>
          </w:rPr>
          <w:t>01:06:00 – 01:06:39</w:t>
        </w:r>
      </w:hyperlink>
    </w:p>
    <w:p>
      <w:r>
        <w:t>hakikatin yerine sihirbazları takip etmesini sağlamak üzere tasarlanmış büyük bir gösteri. Modern siyaseti ne güzel anlatıyor! A'râf'taki âyet, onların insanların gözlerini büyülediğini ve onları korkuttuğunu söyler. İki şey aynı anda: Büyülenme ve korku. Sihirbazlar bizzat iman edip secdeye kapanınca Firavun ne yapar? Tartışmaya girişmez. Onların imanını ihanet diye yeniden tanımlar. Onları komplo kurmakla suçlar; ellerini ve ayaklarını kesmekle tehdit eder.</w:t>
      </w:r>
    </w:p>
    <w:p>
      <w:pPr>
        <w:keepNext/>
      </w:pPr>
      <w:hyperlink r:id="rId99">
        <w:r>
          <w:rPr>
            <w:color w:val="1155CC"/>
            <w:u w:val="single"/>
          </w:rPr>
          <w:t>01:06:40 – 01:07:21</w:t>
        </w:r>
      </w:hyperlink>
    </w:p>
    <w:p>
      <w:r>
        <w:t>Bu, farklı surelerde tekrarlanan bir örüntüdür. Elçiyi yalancı diye yaftala. Gösteriyi sahnele. Kalabalığı korkut. İman edenleri komplocu diye cezalandır. Büyülenme ve korkuya dayanan aynı ikili mekanizma artık daha da inceldi. Bugün ceplerimizde taşıdığımız ekranlardan geliyor, günde 24 saat üzerimizde çalışıyor. Araçlar değişmiş olabilir ama mekanizma aynı. Dikkatimizi ele geçir. Duyularımızı gösteriye boğ.</w:t>
      </w:r>
    </w:p>
    <w:p>
      <w:pPr>
        <w:keepNext/>
      </w:pPr>
      <w:hyperlink r:id="rId100">
        <w:r>
          <w:rPr>
            <w:color w:val="1155CC"/>
            <w:u w:val="single"/>
          </w:rPr>
          <w:t>01:07:21 – 01:08:02</w:t>
        </w:r>
      </w:hyperlink>
    </w:p>
    <w:p>
      <w:r>
        <w:t>Arzuladığımızı bile bilmediğimiz şeylere karşı içimize istek yerleştir. İşte bu, nörolinguistik programlama denen alan. Birçoğunuz adını duymamış olabilirsiniz ama hepiniz bundan etkilendiniz. Reklamcıların ve iş insanlarının açıkça kullandığı bir dizi teknik; bilinçli zihnimizi atlayıp doğrudan aşağı dürtülerimize seslenmek için. Bir ürünü veya politikayı bir duyguya bağlarlar; böylece bir marka mutlulukla ya da güvenlikle eş anlamlı hâle gelir.</w:t>
      </w:r>
    </w:p>
    <w:p>
      <w:pPr>
        <w:keepNext/>
      </w:pPr>
      <w:hyperlink r:id="rId101">
        <w:r>
          <w:rPr>
            <w:color w:val="1155CC"/>
            <w:u w:val="single"/>
          </w:rPr>
          <w:t>01:08:02 – 01:08:52</w:t>
        </w:r>
      </w:hyperlink>
    </w:p>
    <w:p>
      <w:r>
        <w:t>Ani hareket veya ses parlamalarıyla alışılmış örüntüyü kesintiye uğratırlar; daha düşünemeden dikkatimizi ele geçirmek için. Her şeyi yalnızca kendi ürünlerinin çözebileceği bir sorun olarak sunarlar. Bu mesajları alışkanlık hâline gelene kadar tekrarlarlar; onların ürünlerini satın almak nefes almak gibi gelene dek. Bütün bunlar bize öylesine akıcı, öylesine aralıksız uygulanıyor ki bizi kör ediyor. Zihnimizin ve günlerimizin her köşesi gürültüyle, gürültüyle, gürültüyle doluyor. Öyle ki Kur'an mizandan, dengeden, kanaatten ve adaletten söz ettiğinde artık onu duyamıyoruz bile.</w:t>
      </w:r>
    </w:p>
    <w:p>
      <w:pPr>
        <w:keepNext/>
      </w:pPr>
      <w:hyperlink r:id="rId102">
        <w:r>
          <w:rPr>
            <w:color w:val="1155CC"/>
            <w:u w:val="single"/>
          </w:rPr>
          <w:t>01:08:53 – 01:09:38</w:t>
        </w:r>
      </w:hyperlink>
    </w:p>
    <w:p>
      <w:r>
        <w:t>Peki nasıl kurtuluruz? Kur'an kalbin yeniden yön bulmasını sağlar. Önce takvayı, Allah bilincini emreder. Bu, bir uyarıcıyla ona verdiğimiz tepki arasında durabilmemizi sağlar. Elimizin telefona uzanmak üzere kıpırdadığını fark ettiğimiz o an: Satın al, kaydır; satın al, kaydır. Sonra sorarız: Allah bundan razı olur mu? İkinci olarak, son vahiy bizi şükre, minnettarlığa yöneltir. Çünkü gerçekten şükreden insan, değerli kardeşlerim, daha fazlasına ihtiyacımız olduğu yalanından korunur.</w:t>
      </w:r>
    </w:p>
    <w:p>
      <w:pPr>
        <w:keepNext/>
      </w:pPr>
      <w:hyperlink r:id="rId103">
        <w:r>
          <w:rPr>
            <w:color w:val="1155CC"/>
            <w:u w:val="single"/>
          </w:rPr>
          <w:t>01:09:39 – 01:10:18</w:t>
        </w:r>
      </w:hyperlink>
    </w:p>
    <w:p>
      <w:r>
        <w:t>Dün gece Gazze'de bulunan bir arkadaşımı telefonla aradım. “[İsim belirsiz], nasılsın?” diye sordum. “Vallahi iyi durumda değilim, ama şükrediyorum” dedi. “Şikâyet etmeyeceğiz. Şikâyet etmeyeceğiz. Şikâyet etmeyeceğiz. Allah'ın takdirini bekleyeceğiz. İman edenler olarak bunun bizim için hayırlı olduğunu biliyoruz.” Sübhanallah. Sonra bizi ihsana, davranışta mükemmelliğe çağırır. Bakışımızı ve dikkatimizi korumak da buna dâhildir;</w:t>
      </w:r>
    </w:p>
    <w:p>
      <w:pPr>
        <w:keepNext/>
      </w:pPr>
      <w:hyperlink r:id="rId104">
        <w:r>
          <w:rPr>
            <w:color w:val="1155CC"/>
            <w:u w:val="single"/>
          </w:rPr>
          <w:t>01:10:19 – 01:10:59</w:t>
        </w:r>
      </w:hyperlink>
    </w:p>
    <w:p>
      <w:r>
        <w:t>bunları teknoloji milyarderlerinin toplayabileceği birer meta değil, emanet olarak görmek. Peki zikri biliyor musunuz? Zikir, sübhanallah, reklam kültünün bir şeye bağlayamayacağı, kesintiye uğratamayacağı veya yeniden çerçeveleyemeyeceği tek frekanstır. Allahu ekber. Siyasetçilerimizin hayata geçirmesi gereken çözüm, inşallah, makineyle daha çok makineyle, daha iyi makinelerle savaşmak değil, ürün hâline gelmeye verdiğimiz rızayı geri çekmektir.</w:t>
      </w:r>
    </w:p>
    <w:p>
      <w:pPr>
        <w:keepNext/>
      </w:pPr>
      <w:hyperlink r:id="rId105">
        <w:r>
          <w:rPr>
            <w:color w:val="1155CC"/>
            <w:u w:val="single"/>
          </w:rPr>
          <w:t>01:10:59 – 01:11:39</w:t>
        </w:r>
      </w:hyperlink>
    </w:p>
    <w:p>
      <w:r>
        <w:t>Cumhurbaşkanımız Erdoğan'ı, Allah onu mükâfatlandırsın, dünyanın utancı… dünya sahnesinde durup bu insanları utandırırken görüyoruz; onları açıkça eleştirip “Daha iyisini yapmalısınız” derken. Birleşmiş Milletler'de yüzlerine karşı söylüyor: İnsanlık için daha büyük bir şeye işaret ediyoruz. İşte gerçek özgürlük budur: Satılamamak. Tecrübemden hareketle konuşuyorum. Yirmi yıl ana akım medyada siyasi gazetecilik yaptım. Orada geçerli akçe neydi? Geçerli akçe nedir?</w:t>
      </w:r>
    </w:p>
    <w:p>
      <w:pPr>
        <w:keepNext/>
      </w:pPr>
      <w:hyperlink r:id="rId106">
        <w:r>
          <w:rPr>
            <w:color w:val="1155CC"/>
            <w:u w:val="single"/>
          </w:rPr>
          <w:t>01:11:40 – 01:12:23</w:t>
        </w:r>
      </w:hyperlink>
    </w:p>
    <w:p>
      <w:r>
        <w:t>Siyasi teori, entelektüellik ve düşünce kılığına sokulmuş gıybet ve dedikodu. Ama aslında bambaşka bir şeydi. Mesele para değildi. Bunu iyi dinleyin. Peygamber, güzel koku üretenlerle oturmayı onların kokusundan nasiplenmeye benzetmiştir; demirciyle oturmayı ise kıyafetlerimizdeki dumana katlanmaya. Bu dünyaya onun kendi şartlarıyla dalarsak, üzerimize bulaşan isi gündelik hayatımıza taşırız. Buna karşı Kur'an adaleti emreder.</w:t>
      </w:r>
    </w:p>
    <w:p>
      <w:pPr>
        <w:keepNext/>
      </w:pPr>
      <w:hyperlink r:id="rId107">
        <w:r>
          <w:rPr>
            <w:color w:val="1155CC"/>
            <w:u w:val="single"/>
          </w:rPr>
          <w:t>01:12:24 – 01:13:06</w:t>
        </w:r>
      </w:hyperlink>
    </w:p>
    <w:p>
      <w:r>
        <w:t>Allah, adaleti ayakta tutmamızı, Allah için şahitlik etmemizi söyler; kendimizin, anne babamızın veya yakınlarımızın aleyhine bile olsa. Fakat kişisel çıkara göre eğilip bükülen bir adalet hiç adalet değildir. Bir asır önce, Şam'daki Emevi Camii'nde, Bediüzzaman Said Nursî bu çağın ağır hastalıklarının adını koydu ve Kur'an'ı eczane olarak sundu. Onun mesajı bugün de acildir. Ebedî olanı geçici olana feda eden bir medeniyet zaten can çekişmektedir.</w:t>
      </w:r>
    </w:p>
    <w:p>
      <w:pPr>
        <w:keepNext/>
      </w:pPr>
      <w:hyperlink r:id="rId108">
        <w:r>
          <w:rPr>
            <w:color w:val="1155CC"/>
            <w:u w:val="single"/>
          </w:rPr>
          <w:t>01:13:07 – 01:13:49</w:t>
        </w:r>
      </w:hyperlink>
    </w:p>
    <w:p>
      <w:r>
        <w:t>Allahu ekber. Sizinle kısa bir kişisel hatıramı paylaşayım. Sekiz ve on yaşındaki iki kızıma İslam'a girmeyi düşündüğümü söylediğimde, bana yalnızca üç soru sordular: “Yine bizim annemiz olacak mısın? Yine alkol içecek misin? Yine açık giyinecek misin?” Hayrete düştüm. Doğal fıtratın gücü karşısında hayrete düştüm. Onlara evimizin merkezinde olacağımı, daha iyi bir anne olacağımı, bir daha asla alkol içmeyeceğimi ve mütevazı giyineceğimi söylediğimde,</w:t>
      </w:r>
    </w:p>
    <w:p>
      <w:pPr>
        <w:keepNext/>
      </w:pPr>
      <w:hyperlink r:id="rId109">
        <w:r>
          <w:rPr>
            <w:color w:val="1155CC"/>
            <w:u w:val="single"/>
          </w:rPr>
          <w:t>01:13:49 – 01:14:34</w:t>
        </w:r>
      </w:hyperlink>
    </w:p>
    <w:p>
      <w:r>
        <w:t>tamamen Batılılaşmış bir ortamda yetişen bu iki Hristiyan çocuk şöyle dedi: “İslam'ı seviyoruz.” Allahu ekber. Çözüm siyaset değil. [Davet?] İnsanlara yardım etmeliyiz. Ne kadar hasta olduklarını görmeli, onları taklit etmemeliyiz. Bu buluşmada farklı olmaya cesaret etmeliyiz. [Nuru?] nasıl paylaşacağımızı öğrenmeli ve konuşmalıyız; karanlığa ışığı nasıl taşıyacağımızı [son ifade belirsiz]. Çirkin ve merhametsiz olanın karşısında boyun eğmemeli, dizlerimiz üzerinde sürünmemeliyiz.</w:t>
      </w:r>
    </w:p>
    <w:p>
      <w:pPr>
        <w:keepNext/>
      </w:pPr>
      <w:hyperlink r:id="rId110">
        <w:r>
          <w:rPr>
            <w:color w:val="1155CC"/>
            <w:u w:val="single"/>
          </w:rPr>
          <w:t>01:14:35 – 01:15:15</w:t>
        </w:r>
      </w:hyperlink>
    </w:p>
    <w:p>
      <w:r>
        <w:t>Evet, dünya karmaşa içinde. Yine de Kur'an, göklerin ve yerin adil bir Rabbin önünde boyun eğdiğini vaat eder. Bu adalet ne kadar gecikse de galip gelir. Allah bize görmek için hikmet, harekete geçmek için cesaret ve bugün başlamak için merhamet versin. Allah ümmeti bereketlendirsin. Ya Allah, Filistin'i özgür kıl. Esselamu aleyküm. [Dil geçişi belirsiz] İngiltere'den Sayın Lauren Booth. Yazar, gazeteci ve uluslararası aktivist.</w:t>
      </w:r>
    </w:p>
    <w:p>
      <w:pPr>
        <w:keepNext/>
      </w:pPr>
      <w:hyperlink r:id="rId111">
        <w:r>
          <w:rPr>
            <w:color w:val="1155CC"/>
            <w:u w:val="single"/>
          </w:rPr>
          <w:t>01:15:15 – 01:15:58</w:t>
        </w:r>
      </w:hyperlink>
    </w:p>
    <w:p>
      <w:r>
        <w:t>Konuşmanız için çok teşekkür ederiz. Çok teşekkür ederiz. Ve yazarı, gazeteciyi ve aktivisti takdir ediyorum. Kıymetli hitapları için Sayın [Lavran Got?]'a teşekkür ediyoruz. Ülkemizin köklü eğitim ve vakıf kuruluşlarından İlim Yayma Vakfı, gençlerimizin ilim, ahlak ve sorumluluk şuuru içinde yetişmesi için uzun yıllar hizmet vermektedir. Bu gelişmelerin, hizmetlerin gelişmesine ve yeni nesillerle buluşmasına öncülük eden İlim Yayma Vakfı Mütevelli Heyet Başkanı Sayın Necmeddin Bilal Erdoğan'ı [hitaplarını?] sunmak üzere kürsüye davet ediyorum.</w:t>
      </w:r>
    </w:p>
    <w:p>
      <w:pPr>
        <w:keepNext/>
      </w:pPr>
      <w:hyperlink r:id="rId112">
        <w:r>
          <w:rPr>
            <w:color w:val="1155CC"/>
            <w:u w:val="single"/>
          </w:rPr>
          <w:t>01:16:09 – 01:16:50</w:t>
        </w:r>
      </w:hyperlink>
    </w:p>
    <w:p>
      <w:r>
        <w:t>Esselamu Aleyküm ve Rahmetullahi ve Berekatuhu Hoş geldiniz, sefalar getirdiniz 13. Bediüzzaman Sempozyumu hayırlara vesile olsun inşallah Akademinin, ilmin ve fikrin imkânlarıyla insanlığın karşı karşıya olduğu önemli meseleleri konuşmak üzere bir aradayız İnsanlık çok katmanlı bir krizler dönemi yaşıyor Savaşlar, yerinden edilen milyonlar, soykırım, ekonomik</w:t>
      </w:r>
    </w:p>
    <w:p>
      <w:pPr>
        <w:keepNext/>
      </w:pPr>
      <w:hyperlink r:id="rId113">
        <w:r>
          <w:rPr>
            <w:color w:val="1155CC"/>
            <w:u w:val="single"/>
          </w:rPr>
          <w:t>01:16:50 – 01:17:35</w:t>
        </w:r>
      </w:hyperlink>
    </w:p>
    <w:p>
      <w:r>
        <w:t>eşitsizlik, çevre sorunları aile yapısındaki aşınma, gençlerin yalnızlığı, bilgi kirliliği ve teknolojinin ortaya çıkardığı yeni ahlaki meseleler aynı çağın içinde yan yana duruyor İlk bakışta bunların her biri ayrı bir alanın problemi olarak görünüyor Fakat biraz daha derine indiğimizde ortak bir meseleyle karşılaşıyoruz İnsan elindeki gücü hangi ölçüyle kullanacak? serveti hangi ölçüyle kazanacak ve paylaşacak, Bilgiyi hangi ölçüyle üretecek ve yayacak?</w:t>
      </w:r>
    </w:p>
    <w:p>
      <w:pPr>
        <w:keepNext/>
      </w:pPr>
      <w:hyperlink r:id="rId114">
        <w:r>
          <w:rPr>
            <w:color w:val="1155CC"/>
            <w:u w:val="single"/>
          </w:rPr>
          <w:t>01:17:36 – 01:18:19</w:t>
        </w:r>
      </w:hyperlink>
    </w:p>
    <w:p>
      <w:r>
        <w:t>Teknolojiyi hangi ölçüyle geliştirecek? Kısacası insan hayatını hangi ölçüye göre yaşayacak? Bence bugün yaşadığımız pek çok krizin temelinde bir mizan ve ölçü problemi var Kur'an tam da bize burada yol gösteriyor Yunus suresinde Rabbimiz Kur'an'ı bir öğüt Kalpteki hastalıklara bir şifa Rehber ve rahmet olarak tarif ediyor Kur'an 'ın insana sunduğu mizan Hayatın bütün alanlarını kuşatıyor İnsanın Rabbi ile ilişkisini Başka insanlarla ilişkisini</w:t>
      </w:r>
    </w:p>
    <w:p>
      <w:pPr>
        <w:keepNext/>
      </w:pPr>
      <w:hyperlink r:id="rId115">
        <w:r>
          <w:rPr>
            <w:color w:val="1155CC"/>
            <w:u w:val="single"/>
          </w:rPr>
          <w:t>01:18:19 – 01:19:03</w:t>
        </w:r>
      </w:hyperlink>
    </w:p>
    <w:p>
      <w:r>
        <w:t>Servetle, tabiatla, bilgiyle, arzularıyla Ve elindeki güçle ilişkisini bir ölçüye bağlıyor Çünkü bugün insanlığın bilgi birikimi çok büyük. Teknolojik kapasitemiz tarihte görülmemiş seviyelere ulaşmış. Muazzam bir servet üretilmiş. Dünyanın bir ucundan diğer ucuna sadece saniyeler içerisinde ulaşabiliyoruz. Ama bütün imkânlar adaleti, huzuru ve anlamı aynı ölçüde maalesef büyütmedi. Demek ki mesele ne kadar güçlü olduğumuzdan ne kadar gelişmiş olduğumuzdan ibaret değil.</w:t>
      </w:r>
    </w:p>
    <w:p>
      <w:pPr>
        <w:keepNext/>
      </w:pPr>
      <w:hyperlink r:id="rId116">
        <w:r>
          <w:rPr>
            <w:color w:val="1155CC"/>
            <w:u w:val="single"/>
          </w:rPr>
          <w:t>01:19:03 – 01:19:52</w:t>
        </w:r>
      </w:hyperlink>
    </w:p>
    <w:p>
      <w:r>
        <w:t>O gücü ve gelişmişliği ne için ve nasıl kullandığımız da önemli. Bunun en ağır örneğini savaşlarda görüyoruz. Bugün Birleşmiş Milletler Güvenlik Konseyi'nde on beş ülke bunların içerisinde beş daimi üyenin veto yetkisi diğer ülkelerin dünyanın bütün ülkelerinin iradelerinin önüne geçebiliyor. Bir salonda alınan siyasi kararın veya alınamayan kararın karşılığı binlerce kilometre ötede bombardıman altında kalan bir Gazzeli çocuk olabiliyor. Daha vahimi benzer acılara mağdurun kimliğine göre farklı tepkiler verilebiliyor.</w:t>
      </w:r>
    </w:p>
    <w:p>
      <w:pPr>
        <w:keepNext/>
      </w:pPr>
      <w:hyperlink r:id="rId117">
        <w:r>
          <w:rPr>
            <w:color w:val="1155CC"/>
            <w:u w:val="single"/>
          </w:rPr>
          <w:t>01:19:52 – 01:20:36</w:t>
        </w:r>
      </w:hyperlink>
    </w:p>
    <w:p>
      <w:r>
        <w:t>Bir yerde hayatını kaybeden siviller, günlerce dünya gündeminde kalırken başka bir coğrafyada yaşanan büyük bir insanlık dramı birkaç saniyelik haber görüntüsüne dönüşebiliyor. Ukrayna Rusya Savaşı'yla Gazze soykırımını aynı dönemde yaşarken Avrupa medyasında özellikle ilk yıllarda bu iki çatışmaya, bu iki zulme, bu iki efendime söyleyeyim savaşa ve tabii ki Gazze'deki soykırıma yaklaşımın ne denli dengesiz olduğunu çok net bir şekilde hep birlikte izledik. Kur'an burada çok açık bir ölçü koyuyor.</w:t>
      </w:r>
    </w:p>
    <w:p>
      <w:pPr>
        <w:keepNext/>
      </w:pPr>
      <w:hyperlink r:id="rId118">
        <w:r>
          <w:rPr>
            <w:color w:val="1155CC"/>
            <w:u w:val="single"/>
          </w:rPr>
          <w:t>01:20:36 – 01:21:21</w:t>
        </w:r>
      </w:hyperlink>
    </w:p>
    <w:p>
      <w:r>
        <w:t>Yani Ukrayna'daki çocuklar sarışın, Gazze'deki çocuklar esmer, bunun bir farkı olmadığını, olmaması gerektiğini bize hatırlatıyor. Bir topluluğa olan kininiz sizi adaletsizliğe sevk etmesin, adaletli olun diyor Kur’ânî adaletin en güçlü taraflarından biri budur. Adalet karşımızdakinin kimliğine göre değişmez. Zulmün faili değiştiğinde zulmün adı değişmez. Mağdurun dini, ırkı, milleti, rengi veya pasaportu insan hayatının anlamını, değerini değiştirmez. İşte bugün dünyanın ihtiyaç duyduğu ölçülerden biri de budur.</w:t>
      </w:r>
    </w:p>
    <w:p>
      <w:pPr>
        <w:keepNext/>
      </w:pPr>
      <w:hyperlink r:id="rId119">
        <w:r>
          <w:rPr>
            <w:color w:val="1155CC"/>
            <w:u w:val="single"/>
          </w:rPr>
          <w:t>01:21:21 – 01:22:05</w:t>
        </w:r>
      </w:hyperlink>
    </w:p>
    <w:p>
      <w:r>
        <w:t>Aidiyetlerimizi adaletin önüne koymamak. Mizanın bozulduğu ikinci büyük alan servet ve tüketimle kurduğumuz ilişkidir. Aynı şehirde bir insan hangi lüks otomobilin alacağını düşünürken birkaç sokak ötede başka bir insan hangi temel ihtiyacından vazgeçeceğini hesaplıyor olabiliyor. Kur'an serveti reddetmiyor. Meşru kazancı mülkiyeti ticareti kabul ediyor fakat servetin insanı esir almasına ve toplumsal sorumluluktan kopmasına karşı güçlü bir ahlak ortaya koyuyor. Zekât bunun için var. İnfak bunun için var.</w:t>
      </w:r>
    </w:p>
    <w:p>
      <w:pPr>
        <w:keepNext/>
      </w:pPr>
      <w:hyperlink r:id="rId120">
        <w:r>
          <w:rPr>
            <w:color w:val="1155CC"/>
            <w:u w:val="single"/>
          </w:rPr>
          <w:t>01:22:05 – 01:22:49</w:t>
        </w:r>
      </w:hyperlink>
    </w:p>
    <w:p>
      <w:r>
        <w:t>Ve Allah-u Teâlâ servetin sermayenin biriktirilmemesine yönelik bir mizan önümüze koyuyor. Kul hakkı hassasiyetini hayatımızın bir ölçütü olarak önümüze koyuyor. Kur'an bize ne kadar kazandığın sorusunun yanında başka sorular da sorduruyor. Nasıl kazandın? Kimin hakkını gözettin? Sahip olduğun imkân başka insanların hayatına nasıl dokundu? Tüketim konusunda da benzer bir ölçüye ihtiyacımız var. Çalışan telefonumuzu yeni modeli çıktığı için eski görüyoruz. Dolabımızda giymediğimiz kıyafetler dururken yenilerini alıyoruz.</w:t>
      </w:r>
    </w:p>
    <w:p>
      <w:pPr>
        <w:keepNext/>
      </w:pPr>
      <w:hyperlink r:id="rId121">
        <w:r>
          <w:rPr>
            <w:color w:val="1155CC"/>
            <w:u w:val="single"/>
          </w:rPr>
          <w:t>01:22:49 – 01:23:35</w:t>
        </w:r>
      </w:hyperlink>
    </w:p>
    <w:p>
      <w:r>
        <w:t>Bir tarafta tonlarca gıda çöpe giderken başka bir tarafta insanlar temel gıdaya ulaşmakta zorluk çekiyorlar. Lauren hanımın az önce bahsettiği gibi bütün hayatımızın odağının bireylerin tüketmesine devamlı yenisini almasına doğru şekillendirildiği algoritmalar hayatımıza düzen veriyor. Kur'an'ın ölçüsü çok yalın oysa. Yiyin için fakat israf etmeyin. Nimetten faydalanacağız, üreteceğiz, kazanacağız. Fakat bütün bunları ölçüyü kaybetmeden yapacağız. Bugün ölçüye en fazla ihtiyaç duyduğumuz alanlardan biri de elbette ki bilgi ve teknolojidir.</w:t>
      </w:r>
    </w:p>
    <w:p>
      <w:pPr>
        <w:keepNext/>
      </w:pPr>
      <w:hyperlink r:id="rId122">
        <w:r>
          <w:rPr>
            <w:color w:val="1155CC"/>
            <w:u w:val="single"/>
          </w:rPr>
          <w:t>01:23:35 – 01:24:22</w:t>
        </w:r>
      </w:hyperlink>
    </w:p>
    <w:p>
      <w:r>
        <w:t>Eskiden yanlış bir haberin yayılması zaman alıyordu. İşte Firavun'un devrinde olduğu gibi bugün birkaç saniye yetiyor. Yapay zekâ ile hiç söylenmemiş bir sözü söylenmiş, hiç yaşanmamış bir hadiseyi yaşanmış gibi göstermek mümkün. Az önce seyrettiğimiz o güzel etkileyici filmin tamamen yapay zekâ ile üretildiğine artık alışıyoruz. Bir insanın sesi taklit edilebiliyor. Görüntüsü üretilebiliyor. Birkaç saniye saniyelik video milyonlarca insan tarafından saniyelerde etki ııı izlenip etkileyici olabiliyor. Teknoloji geliştikçe buna baktığımız zaman ahlaka duyduğumuz ihtiyaç aslında azalmıyor artıyor.</w:t>
      </w:r>
    </w:p>
    <w:p>
      <w:pPr>
        <w:keepNext/>
      </w:pPr>
      <w:hyperlink r:id="rId123">
        <w:r>
          <w:rPr>
            <w:color w:val="1155CC"/>
            <w:u w:val="single"/>
          </w:rPr>
          <w:t>01:24:22 – 01:25:03</w:t>
        </w:r>
      </w:hyperlink>
    </w:p>
    <w:p>
      <w:r>
        <w:t>Kur'an'ın asırlar önce koyduğu size bir haber geldiğinde onu araştırın ölçüsü bugün hepimizin cebinde telefonuyla birlikte taşıması gereken bir ölçüye dönüşüyor. Paylaşmadan önce araştırmak kişiye günah olarak duyduğunu aktarması yeter diyor peygamber efendimiz. Şu anda işte telefonlarımızla yaptığımız paylaşma işi, araştırma yapmadan gelir gelmez paylaşma işi. Bir insan hakkında hüküm vermeden önce kaynağa bakmak yani. Duyduğumuz her sözü taşımamak ve teknolojinin imkânıyla</w:t>
      </w:r>
    </w:p>
    <w:p>
      <w:pPr>
        <w:keepNext/>
      </w:pPr>
      <w:hyperlink r:id="rId124">
        <w:r>
          <w:rPr>
            <w:color w:val="1155CC"/>
            <w:u w:val="single"/>
          </w:rPr>
          <w:t>01:25:03 – 01:25:48</w:t>
        </w:r>
      </w:hyperlink>
    </w:p>
    <w:p>
      <w:r>
        <w:t>imkanlarıyla kul hakkını çiğnememek. Bunların hepsi artık gündelik hayatımızın ahlaki meseleleridir. Teknoloji bize neyi yapabileceğimizi söylüyor. Fakat her yapabildiğimiz şeyi yapmamız geri gerekip gerekmediği sorusuna teknoloji cevap vermiyor. Bugün yapay zekânın gelişiminde kurallar nasıl olmalı konusunda dünya ittifak etmiş değil. Yapay zekâyı sadece teknoloji için geliştirmiş olmak için geliştirmek durumuyla karşı karşıyayız. Bu geliştirmenin neticesinde toplumlar nasıl etkilenecek? Sosyal ilişkiler nasıl etkilenecek?</w:t>
      </w:r>
    </w:p>
    <w:p>
      <w:pPr>
        <w:keepNext/>
      </w:pPr>
      <w:hyperlink r:id="rId125">
        <w:r>
          <w:rPr>
            <w:color w:val="1155CC"/>
            <w:u w:val="single"/>
          </w:rPr>
          <w:t>01:25:48 – 01:26:32</w:t>
        </w:r>
      </w:hyperlink>
    </w:p>
    <w:p>
      <w:r>
        <w:t>İnsan ırkı nasıl etkilenecek? Bunun üzerine çalışma yapmaya, kafa yormaya fırsatımız dahi olmuyor. Dolayısıyla burada ahlaka, hikmete ve mizana ihtiyacımız var. Bir diğer önemli meselemiz tabii ki aile ve gençlik. Teknolojinin dünyayı birbirine bağladığı bir çağda aynı evin içindeki insanların birbirinden uzaklaşabildiğini görüyoruz. Aynı sofrada dört kişi otururken her biri aynı esnada başka bir ekrana bakıyor olabiliyor. Gençlerimiz binlerce insanla bağlantı halinde buna rağmen bir</w:t>
      </w:r>
    </w:p>
    <w:p>
      <w:pPr>
        <w:keepNext/>
      </w:pPr>
      <w:hyperlink r:id="rId126">
        <w:r>
          <w:rPr>
            <w:color w:val="1155CC"/>
            <w:u w:val="single"/>
          </w:rPr>
          <w:t>01:26:32 – 01:27:19</w:t>
        </w:r>
      </w:hyperlink>
    </w:p>
    <w:p>
      <w:r>
        <w:t>yalnızlık ve anlam arayışı içerisinde hayatlarının en çalkantılı dönemlerini yaşıyorlar. Çünkü bağlantıda olmak bağ kurmakla aynı şey değil. Üstelik gençler sürekli başkalarının hayatlarının en güzel anlarına bakıyorlar. Birinin başarısını, diğerinin seyahatini, bir başkasının evini, otomobilini, görünüşünü görüyor. Sonra kendi hayatının tamamını başkasının seçilmiş birkaç karesiyle karşılaştırıyor. Bütün bunların altında çok temel bir soru var. Ben niçin yaşıyorum? Kur'an insanı işte tam da bu soruyla yüzleştiriyor. İnsanın hayatına bir istikamet veriyor.</w:t>
      </w:r>
    </w:p>
    <w:p>
      <w:pPr>
        <w:keepNext/>
      </w:pPr>
      <w:hyperlink r:id="rId127">
        <w:r>
          <w:rPr>
            <w:color w:val="1155CC"/>
            <w:u w:val="single"/>
          </w:rPr>
          <w:t>01:27:19 – 01:28:03</w:t>
        </w:r>
      </w:hyperlink>
    </w:p>
    <w:p>
      <w:r>
        <w:t>Eğitimine, mesleğine, ailesine, kazancına, başarısına ve kaybına Allah karşısında bir anlam ve sorumluluk kazandırıyor. Gençlerimize iyi bir eğitim, iyi bir meslek ve iyi imkânlar sunmamız elbette ki çok önemli. Fakat bütün bunlarla beraber niçin yaşadığını bilen hayatını anlamlı bir bütünün parçası olarak gören bir insan yetiştirmek zorundayız. Değerli hocalarım, altmış ülkeden fazla katılmış üç yüze yakın uluslararası akademisyen, alim. Burada bütün bu meseleleri yan yana koyduğumuzda aslında aynı yere geliyoruz. Güç var, servet var, bilgi var, teknoloji var, imkân var.</w:t>
      </w:r>
    </w:p>
    <w:p>
      <w:pPr>
        <w:keepNext/>
      </w:pPr>
      <w:hyperlink r:id="rId128">
        <w:r>
          <w:rPr>
            <w:color w:val="1155CC"/>
            <w:u w:val="single"/>
          </w:rPr>
          <w:t>01:28:03 – 01:28:37</w:t>
        </w:r>
      </w:hyperlink>
    </w:p>
    <w:p>
      <w:r>
        <w:t>Bunları hangi istikamette kullanacağız? Bediüzzaman'ın Kur'an'ın medeniyetini tarif ederken ortaya koyduğu ölçü tam da burada önem kazanıyor. Nokta-i istinadı kuvvete bedel haktır ki şe'ni adalet ve tevazündür. Hedef de menfaat yerine fazilettir. Yani gücün karşısına hakkı, menfaatin karşısına fazileti koyuyor. Devamında da hayatın temel düsturunu çatışma yerine yardımlaşma olarak tarif ediyor.</w:t>
      </w:r>
    </w:p>
    <w:p>
      <w:pPr>
        <w:keepNext/>
      </w:pPr>
      <w:hyperlink r:id="rId129">
        <w:r>
          <w:rPr>
            <w:color w:val="1155CC"/>
            <w:u w:val="single"/>
          </w:rPr>
          <w:t>01:28:44 – 01:29:24</w:t>
        </w:r>
      </w:hyperlink>
    </w:p>
    <w:p>
      <w:r>
        <w:t>İmkan mizandan koptuğunda kriz büyüyor. Güç zulme, servet tahakküme, bilgi fitneye, teknoloji insanın kendi eliyle ürettiği yeni sorunlara dönüşebiliyor. Aynı imkân adaletle, hikmetle ve sorumlulukla buluştuğunda ise bambaşka bir dünya mümkün oluyor. Kur'an'ın çağımıza söyleyeceği söz tam burada büyük önem taşıyor. Kur'an insanın elindeki imkânı küçültmüyor. Ona istikamet veriyor. Onu bazılarının düşündüğü gibi esirleştirmiyor, bilakis özgürleştiriyor.</w:t>
      </w:r>
    </w:p>
    <w:p>
      <w:pPr>
        <w:keepNext/>
      </w:pPr>
      <w:hyperlink r:id="rId130">
        <w:r>
          <w:rPr>
            <w:color w:val="1155CC"/>
            <w:u w:val="single"/>
          </w:rPr>
          <w:t>01:29:24 – 01:30:07</w:t>
        </w:r>
      </w:hyperlink>
    </w:p>
    <w:p>
      <w:r>
        <w:t>Gücü adaletle buluşturuyor, serveti infakla buluşturuyor, bilgiyi hakikatle buluşturuyor, aileyi merhametle buluşturuyor. Tabiatı emanet bilinciyle, teknolojiyi mesuliyetle buluşturuyor. Bizim vazifemiz de Kur'an'ın bu ölçülerini bugünün insanına, bugünün diliyle anlatabilmektir. Bunun için bunun için ilim ehline büyük sorumluluk düşüyor. Farklılıklarımızı Ali Karadaği Hocamızın da söylediği gibi çekişmeye dönüştürmemeliyiz. Meselelerimizi toplumun önünde birbirimizi yıpratacak bir dille tartışmamalıyız.</w:t>
      </w:r>
    </w:p>
    <w:p>
      <w:pPr>
        <w:keepNext/>
      </w:pPr>
      <w:hyperlink r:id="rId131">
        <w:r>
          <w:rPr>
            <w:color w:val="1155CC"/>
            <w:u w:val="single"/>
          </w:rPr>
          <w:t>01:30:07 – 01:30:47</w:t>
        </w:r>
      </w:hyperlink>
    </w:p>
    <w:p>
      <w:r>
        <w:t>İlmin, hikmetin ve istişarenin rehberliğinde onun gerektirdiği soğukkanlılık ve olgunlukla hareket etmeliyiz. Çünkü ilim ehlinin sözü kendisiyle sınırlı kalmıyor. O sözün arkasından insanlar geliyor. Gençler geliyor. Yeni nesiller geliyor. Gençlere aramızdaki [ameliyeyle?] acaba nasıl örnek oluyoruz? Biz nasılsak gençler ondan daha iyi mi olacak acaba? Daha kötü mü olacak acaba? Bazen bunu ıskalıyoruz. Birbirimizi eksilten bir dil yerine birbirimizi tamamlayan bir anlayışa ihtiyacımız var. Eksikliklerimizi görüp tespit etmek yerine birbirimizdeki</w:t>
      </w:r>
    </w:p>
    <w:p>
      <w:pPr>
        <w:keepNext/>
      </w:pPr>
      <w:hyperlink r:id="rId132">
        <w:r>
          <w:rPr>
            <w:color w:val="1155CC"/>
            <w:u w:val="single"/>
          </w:rPr>
          <w:t>01:30:47 – 01:31:28</w:t>
        </w:r>
      </w:hyperlink>
    </w:p>
    <w:p>
      <w:r>
        <w:t>güzellikleri görüp onlara vurgu yapmalıyız. İhtilafımızı edeple, ilmimizi hikmetle, kardeşliğimizi hukukla taşımamız gerekiyor. Çağlar değişiyor, araçlar değişiyor, teknoloji değişiyor. Gücün biçimi ve bilginin hızı değişiyor. Fakat insanın [mizanı olan?] ihtiyacı değişmiyor. Her zamankinden belki bugün daha da fazla. Bugün insanlığın temel ihtiyacı elindeki büyük imkânları hayrın istikametine çevirecek ölçüyü yeniden bulmaktır. Çünkü mesele dünyayı değiştirecek kadar güçlü olmakla bitmiyor.</w:t>
      </w:r>
    </w:p>
    <w:p>
      <w:pPr>
        <w:keepNext/>
      </w:pPr>
      <w:hyperlink r:id="rId133">
        <w:r>
          <w:rPr>
            <w:color w:val="1155CC"/>
            <w:u w:val="single"/>
          </w:rPr>
          <w:t>01:31:28 – 01:32:10</w:t>
        </w:r>
      </w:hyperlink>
    </w:p>
    <w:p>
      <w:r>
        <w:t>Asıl mesele o gücü adalete, rahmete, hayra tahvil edebilmektir. Kur'an'ın çağrısı da budur. İmkânı hayra, gücü adalete, hayatı hakikate yöneltmek. Rabbim bizleri bu istikametten ayırmasın. Birliğimizi, beraberliğimizi ve kardeşliğimizi hak üzere daim etsin inşallah. Allah'a emanet olun. Sağ olun, var olun. Değerlendirmeleri için [İlim Yayma?] Vakfı Mütevelli Heyet Başkanı</w:t>
      </w:r>
    </w:p>
    <w:p>
      <w:pPr>
        <w:keepNext/>
      </w:pPr>
      <w:hyperlink r:id="rId134">
        <w:r>
          <w:rPr>
            <w:color w:val="1155CC"/>
            <w:u w:val="single"/>
          </w:rPr>
          <w:t>01:32:10 – 01:32:53</w:t>
        </w:r>
      </w:hyperlink>
    </w:p>
    <w:p>
      <w:r>
        <w:t>Sayın Necmettin Bilal Erdoğan'a teşekkür ediyoruz. Diyanet İşleri Başkanlığı, milletimize sunduğu din hizmetlerinin yanı sıra, İslam dünyasıyla kurduğumuz ilmî ve manevi bağların da önemli taşıyıcılarından birisidir. Bediüzzaman Said Nursî bu geniş sorumluluğa şu sözleriyle işaret eder: “Diyanet dairesi, meşihat-ı İslamiye gibi, yalnız Türkiye'nin din muallimi değil, belki umum âlem-i İslam'a alakası, nezareti, münasebeti var.” Bu büyük vazifenin başında bulunan Diyanet İşleri Başkanımız</w:t>
      </w:r>
    </w:p>
    <w:p>
      <w:pPr>
        <w:keepNext/>
      </w:pPr>
      <w:hyperlink r:id="rId135">
        <w:r>
          <w:rPr>
            <w:color w:val="1155CC"/>
            <w:u w:val="single"/>
          </w:rPr>
          <w:t>01:32:53 – 01:33:37</w:t>
        </w:r>
      </w:hyperlink>
    </w:p>
    <w:p>
      <w:r>
        <w:t>Prof. Dr. Safi [Arpagoş?]'u [kitaplarını?] sunmak üzere kürsüye davet ediyor. Hanımefendiler, hanımefendiler, kıymetli misafirlerimiz, Şimdi Türkiye Diyanet İşleri Başkanı'nı kürsüye davet ediyoruz, Dr. Prof. Safi Arpakuş'u bu vesileyle konuşmasını yapmaya. Buyursunlar, teşekkür ederiz. Aramıza hoş geldiniz. [Rol belirsiz] Aleykümselam. Rahmân ve Rahîm olan Allah’a hamdolsun. Âlemlerin Rabbi Allah’a hamdolsun. Salât ve selam Resulümüz Muhammed’e, ailesine ve bütün ashabına olsun.</w:t>
      </w:r>
    </w:p>
    <w:p>
      <w:pPr>
        <w:keepNext/>
      </w:pPr>
      <w:hyperlink r:id="rId136">
        <w:r>
          <w:rPr>
            <w:color w:val="1155CC"/>
            <w:u w:val="single"/>
          </w:rPr>
          <w:t>01:33:37 – 01:34:19</w:t>
        </w:r>
      </w:hyperlink>
    </w:p>
    <w:p>
      <w:r>
        <w:t>Kıyamet gününe kadar onlara güzellikle uyanlara da. Saygıdeğer Cumhurbaşkanı yardımcım, değerli katılımcılar, kıymetli kardeşlerim. Sözlerimin başında sizleri hürmet ve muhabbetle selamlıyorum. Allah’ın selamı, rahmeti ve bereketi üzerinize olsun. Bugün burada, insanlığın ortak sancılarına Kur'an'ın rahmet deryasından çareler üretmek üzere bir aradayız. Ülkemizin ve dünyanın farklı bölgelerinden çok değerli ilim insanlarının</w:t>
      </w:r>
    </w:p>
    <w:p>
      <w:pPr>
        <w:keepNext/>
      </w:pPr>
      <w:hyperlink r:id="rId137">
        <w:r>
          <w:rPr>
            <w:color w:val="1155CC"/>
            <w:u w:val="single"/>
          </w:rPr>
          <w:t>01:34:19 – 01:35:03</w:t>
        </w:r>
      </w:hyperlink>
    </w:p>
    <w:p>
      <w:r>
        <w:t>iştirakiyle gerçekleştirilen bu buluşmanın hayırlı neticelere vesile olmasını Cenab-ı Hak'tan niyaz ediyorum. Muhterem Hazırun, bugün insanlık maddi imkânlar hususunda tarihin belki de en ileri dönemini yaşarken manevi açıdan devasa krizlerin kuşatması altındadır maalesef. Bilim ve teknolojideki baş döndürücü gelişmelere, üretim ve tüketim düzeyindeki artışlara rağmen insanlığın kahir ekseriyeti savaşlara, işgallere, katliamlara, açlık ve yoksulluk gibi sorunlara mahkum vaziyettedir.</w:t>
      </w:r>
    </w:p>
    <w:p>
      <w:pPr>
        <w:keepNext/>
      </w:pPr>
      <w:hyperlink r:id="rId138">
        <w:r>
          <w:rPr>
            <w:color w:val="1155CC"/>
            <w:u w:val="single"/>
          </w:rPr>
          <w:t>01:35:04 – 01:35:49</w:t>
        </w:r>
      </w:hyperlink>
    </w:p>
    <w:p>
      <w:r>
        <w:t>Esasen bugün maddi anlamda gelişme olarak addedilen pek çok yenilik ne yazık ki fıtrata ve tabiata kasteder hale gelmiştir. Hukuku, ahlakı ve insan onurunu hiçe sayan yaklaşımlar yeryüzünde hayatı yaşanmaz hale getirmektedir. Hiç şüphesiz tüm bu sorunların temelinde ben merkezci bir hayat tasavvuru ve insanın bitmek bilmeyen güç ve tahakküm arzusu yer almaktadır. Zira bu durum, sınırsız kazanma hırsı ve ölçüsüz tüketme ihtirasıyla insanı adaletten,</w:t>
      </w:r>
    </w:p>
    <w:p>
      <w:pPr>
        <w:keepNext/>
      </w:pPr>
      <w:hyperlink r:id="rId139">
        <w:r>
          <w:rPr>
            <w:color w:val="1155CC"/>
            <w:u w:val="single"/>
          </w:rPr>
          <w:t>01:35:49 – 01:36:34</w:t>
        </w:r>
      </w:hyperlink>
    </w:p>
    <w:p>
      <w:r>
        <w:t>merhametten, insaf ve vicdandan maalesef alabildiğine uzaklaştırmaktadır. İnsani ve ahlaki krizlerin küresel ölçekte varlığını sürdürmesi açıkça gösteriyor ki maddi ilerleme tek başına insanlığın huzur ve saadetini temin etmeye yetmemektedir. Kıymetli misafirler, Yüce Kitabımız Kur'an-ı Kerim'in insanın bu alemdeki sorumluluğuna ilişkin ortaya koyduğu bütüncül perspektife baktığımızda tüm zamanların kriz ve bunalımlarına en güçlü çözümleri sunduğunu görmekteyiz.</w:t>
      </w:r>
    </w:p>
    <w:p>
      <w:pPr>
        <w:keepNext/>
      </w:pPr>
      <w:hyperlink r:id="rId140">
        <w:r>
          <w:rPr>
            <w:color w:val="1155CC"/>
            <w:u w:val="single"/>
          </w:rPr>
          <w:t>01:36:34 – 01:37:18</w:t>
        </w:r>
      </w:hyperlink>
    </w:p>
    <w:p>
      <w:r>
        <w:t>Kur'an-ı Kerim'in her bir ayeti hayatın her boyutunu tüm insanlık için en uygun biçimde düzenlemeyi hedefleyen evrensel bir ilkeyi ve ölçüyü ortaya koymaktadır. Mesela Cenab-ı Hakk'ın her cuma toplumumuza yeniden, tekraren ifade ettiğimiz şekliyle şüphesiz Allah adaleti, iyilik yapmayı ve yakınlara yardım etmeyi emreder, hayasızlığı, fenalığı ve azgınlığı da men eder buyuruğu, Bu, adalet, ihsan ve merhamet ekseninde şekillenen</w:t>
      </w:r>
    </w:p>
    <w:p>
      <w:pPr>
        <w:keepNext/>
      </w:pPr>
      <w:hyperlink r:id="rId141">
        <w:r>
          <w:rPr>
            <w:color w:val="1155CC"/>
            <w:u w:val="single"/>
          </w:rPr>
          <w:t>01:37:18 – 01:37:59</w:t>
        </w:r>
      </w:hyperlink>
    </w:p>
    <w:p>
      <w:r>
        <w:t>hayat ilkelerine ve hayatın tamamını kuşatan evrensel değerlere vurgu yapmaktadır. Bireysel ahlaktan devlet yönetimine, toplumsal ilişkilerden ekonomik düzene, uluslararası münasebetlerden tabiata karşı sorumluluklara kadar bütün alanları kuşatan bu ve benzeri ölçüler, aynı zamanda İslam'ın mutedil hayat tarzının hayat tasavvurunu ortaya koymaktadır. Bu tasavvurun mücessem halini ise sünnet-i seniyyede açıkça görmek mümkündür.</w:t>
      </w:r>
    </w:p>
    <w:p>
      <w:pPr>
        <w:keepNext/>
      </w:pPr>
      <w:hyperlink r:id="rId142">
        <w:r>
          <w:rPr>
            <w:color w:val="1155CC"/>
            <w:u w:val="single"/>
          </w:rPr>
          <w:t>01:37:59 – 01:38:40</w:t>
        </w:r>
      </w:hyperlink>
    </w:p>
    <w:p>
      <w:r>
        <w:t>Zira Allah Resulü, Kur'an'ın ilke ve değerini bizzat kendi hayatında pratiğe dönüştürmüş ve vahyin rehberliğinde örnek bir toplum ve güçlü bir medeniyet inşa etmiştir. Kıymetli kardeşlerim, Yüce dinimiz İslam, çağın sorunları karşısında bize önemli sorumluluklar yüklemektedir. İslam'ın insanı iyileştiren değerlerini ve toplumu iyiliğe sevk eden ilkelerini hayata taşıma ve tüm dünyayla buluşturma görevi hepimizin omuzlarındadır. Bu bağlamda öncelikle bilgi, hikmet,</w:t>
      </w:r>
    </w:p>
    <w:p>
      <w:pPr>
        <w:keepNext/>
      </w:pPr>
      <w:hyperlink r:id="rId143">
        <w:r>
          <w:rPr>
            <w:color w:val="1155CC"/>
            <w:u w:val="single"/>
          </w:rPr>
          <w:t>01:38:42 – 01:39:29</w:t>
        </w:r>
      </w:hyperlink>
    </w:p>
    <w:p>
      <w:r>
        <w:t>ahlak ve maneviyat merkezli bir toplum vizyonunu güçlendirmek zorundayız. İnsanın maddi yönü ile maneviyatını dengeleyecek bir tavrı yüceltmek durumundayız. Teknoloji, küreselleşme ve bu modernitenin yol açtığı krizlere karşı insan odaklı, adil ve vicdani bir alternatif sunmak mecburiyetindeyiz. Diğer yandan özellikle gönül coğrafyamızda yaşanan etnik ve mezhebi gerilimler, siyasi parçalanmışlıklar, ekonomik bağımlılıklar ve kültürel savrulmalar karşısında inanç temelli bir kardeşlik bilincini güçlendirmek mecburiyetindeyiz.</w:t>
      </w:r>
    </w:p>
    <w:p>
      <w:pPr>
        <w:keepNext/>
      </w:pPr>
      <w:hyperlink r:id="rId144">
        <w:r>
          <w:rPr>
            <w:color w:val="1155CC"/>
            <w:u w:val="single"/>
          </w:rPr>
          <w:t>01:39:29 – 01:40:10</w:t>
        </w:r>
      </w:hyperlink>
    </w:p>
    <w:p>
      <w:r>
        <w:t>Öyle ki bu bilinç herhangi bir Müslümanın acısını kendi acımız, sevincini kendi sevincimiz ve geleceğini kendi geleceğimiz görmemizi temin edecektir. Kur'an'ın bizden istediği ve Resul-i Ekrem Efendimizin uğruna mücadele ettiği davanın en önemli veçhelerinden biri de budur. Bu meyanda 13. Bediüzzaman Sempozyumu'nun çerçevesini çizen küresel krizlere Kur'anî çözümler başlığı son derece</w:t>
      </w:r>
    </w:p>
    <w:p>
      <w:pPr>
        <w:keepNext/>
      </w:pPr>
      <w:hyperlink r:id="rId145">
        <w:r>
          <w:rPr>
            <w:color w:val="1155CC"/>
            <w:u w:val="single"/>
          </w:rPr>
          <w:t>01:40:10 – 01:40:58</w:t>
        </w:r>
      </w:hyperlink>
    </w:p>
    <w:p>
      <w:r>
        <w:t>önemlidir ve anlamlıdır. Açıkçası bu başlığı geçmişin ihtişamına sığınan bir nostalji çağrısı değil, bilakis çağın değişen şartları içinde Kur'an'ın değişmeyen hakikatlerini yeniden düşünme, çağdaş meselelere sünnetin hikmet deryasından çözümler bulma arayışı olarak görüyorum. Bilgi ve teknolojiyi ahlakla, kalkınmayı adaletle, özgürlüğü sorumlulukla, farklılığı kardeşlikle ve gücü merhametle buluşturma çabası olarak değerlendiriyoruz. Dolayısıyla bu anlamlı çabayı ve modern çağın kronikleşen sorunlarına kalıcı çözüm bulma arayışını önemli ve kıymetli buluyorum.</w:t>
      </w:r>
    </w:p>
    <w:p>
      <w:pPr>
        <w:keepNext/>
      </w:pPr>
      <w:hyperlink r:id="rId146">
        <w:r>
          <w:rPr>
            <w:color w:val="1155CC"/>
            <w:u w:val="single"/>
          </w:rPr>
          <w:t>01:40:58 – 01:41:32</w:t>
        </w:r>
      </w:hyperlink>
    </w:p>
    <w:p>
      <w:r>
        <w:t>Bu amaçla ortaya konan tüm gayretleri katından bir inayetle bereketlendirmesini Cenab-ı Hak'tan niyaz ediyorum. Değerli Hazırun, İnsani ve ahlaki krizlerin insanlığı kuşattığı tarihin her döneminde fikirleri, eserleri ve aksiyoner kişilikleri ile yeryüzünün huzur ve selameti için mücadele eden şahsiyetler olagelmiştir. Bugün burada adına sempozyum düzenlenen Said Nursî de böyle bir şahsiyettir.</w:t>
      </w:r>
    </w:p>
    <w:p>
      <w:pPr>
        <w:keepNext/>
      </w:pPr>
      <w:hyperlink r:id="rId147">
        <w:r>
          <w:rPr>
            <w:color w:val="1155CC"/>
            <w:u w:val="single"/>
          </w:rPr>
          <w:t>01:41:38 – 01:42:21</w:t>
        </w:r>
      </w:hyperlink>
    </w:p>
    <w:p>
      <w:r>
        <w:t>O, İslam dünyasının içinde bulunduğu hazin durumu cehalete, ihtilafa ve ümitsizliğe bağlamış, buradan kurtuluşu da ilimde, kardeşlikte ve ittihad-ı İslâm'da görmüştür. Müslümanların birbirlerinin eksiklerini büyütmek yerine müşterek değerler etrafında birleşmeleri gerektiğini savunmuştur daima. Ama Bediüzzaman Said Nursî'nin İttihad-ı İslâm anlayışı elbette başkalarına karşı kurulmak istenen bir düşmanlık cephesi</w:t>
      </w:r>
    </w:p>
    <w:p>
      <w:pPr>
        <w:keepNext/>
      </w:pPr>
      <w:hyperlink r:id="rId148">
        <w:r>
          <w:rPr>
            <w:color w:val="1155CC"/>
            <w:u w:val="single"/>
          </w:rPr>
          <w:t>01:42:21 – 01:43:08</w:t>
        </w:r>
      </w:hyperlink>
    </w:p>
    <w:p>
      <w:r>
        <w:t>değil, bilakis Müslümanların kendi aralarındaki kardeşliği, dayanışmayı, iş birliğini ve ortak sorumluluk bilincini güçlendiren Kur’ânî bir vahdet çağrısıdır. İnanıyorum ki bugün bu çağrıyı güçlendirmek son birkaç asırdır İslam dünyasının gücünü ve enerjisini sömüren sorunların bertaraf edilmesinin önünü açacaktır. Böylece Müslümanlar sadece bölgesel değil küresel krizlerin de üstesinden gelebilecek imkânlara kavuşacaktır. Bu duygu ve düşüncelerle sözlerime son verirken çalışmalarımızın istifadeye medar olmasını temenni ediyorum.</w:t>
      </w:r>
    </w:p>
    <w:p>
      <w:pPr>
        <w:keepNext/>
      </w:pPr>
      <w:hyperlink r:id="rId149">
        <w:r>
          <w:rPr>
            <w:color w:val="1155CC"/>
            <w:u w:val="single"/>
          </w:rPr>
          <w:t>01:43:09 – 01:43:54</w:t>
        </w:r>
      </w:hyperlink>
    </w:p>
    <w:p>
      <w:r>
        <w:t>Sempozyumun gerçekleşmesinde emeği geçen İstanbul İlim ve Kültür Vakfı'na, dünyanın farklı bölgelerinden bu anlamlı cemiyeti teşrif eden ilim ve fikir insanlarına teşekkür ediyor, tekrar bu seçkin heyeti hürmet ve muhabbetlerimle selamlıyorum. Hitapları için Diyanet İşleri Başkanımız Prof. Dr. Safi Arpaguş'a teşekkür ediyoruz. Uzun yıllar ağır acılar yaşayan Suriye'nin huzur, istikrar ve yeniden imar yolunda ilerlemesi,</w:t>
      </w:r>
    </w:p>
    <w:p>
      <w:pPr>
        <w:keepNext/>
      </w:pPr>
      <w:hyperlink r:id="rId150">
        <w:r>
          <w:rPr>
            <w:color w:val="1155CC"/>
            <w:u w:val="single"/>
          </w:rPr>
          <w:t>01:43:54 – 01:44:34</w:t>
        </w:r>
      </w:hyperlink>
    </w:p>
    <w:p>
      <w:r>
        <w:t>bölge halkları ve bütün İslam dünyası için ortak bir ümittir. Yeni dönemin Suriye halkına hayırlar getirmesini, kardeşlik bağlarını ve İslam ülkeleri arasındaki dayanışmayı kuvvetlendirmesini diliyoruz. Dinî kurumların toplumsal barışın kurulmasında önemli bir sorumluluk üstlendiği bu dönemde, Suriye Evkaf Bakanı Dr. Muhammed Ebülhayr Şükri'yi [kitaplarına?] sunmak üzere kürsüye davet ediyorum. [Teşekkür ederim?] Hanımefendiler, beyefendiler, şimdi kürsüye davet ediyoruz,</w:t>
      </w:r>
    </w:p>
    <w:p>
      <w:pPr>
        <w:keepNext/>
      </w:pPr>
      <w:hyperlink r:id="rId151">
        <w:r>
          <w:rPr>
            <w:color w:val="1155CC"/>
            <w:u w:val="single"/>
          </w:rPr>
          <w:t>01:44:34 – 01:45:16</w:t>
        </w:r>
      </w:hyperlink>
    </w:p>
    <w:p>
      <w:r>
        <w:t>Suriye Evkaf Bakanı Sayın Prof. Dr. Muhammed Ebülhayr Şükri'yi. Bu vesileyle konuşmasını yapmak üzere buyursunlar. Sayın Bakan, hoş geldiniz. Rahman ve Rahim olan Allah'ın adıyla. Hamd, âlemlerin Rabbi Allah'a mahsustur. Salât ve selam, peygamberlerin ve elçilerin sonuncusu Efendimiz Muhammed'in, ailesinin ve bütün ashabının üzerine olsun. Türkiye Cumhuriyeti'nin saygıdeğer Cumhurbaşkanı Yardımcısı,</w:t>
      </w:r>
    </w:p>
    <w:p>
      <w:pPr>
        <w:keepNext/>
      </w:pPr>
      <w:hyperlink r:id="rId152">
        <w:r>
          <w:rPr>
            <w:color w:val="1155CC"/>
            <w:u w:val="single"/>
          </w:rPr>
          <w:t>01:45:16 – 01:46:01</w:t>
        </w:r>
      </w:hyperlink>
    </w:p>
    <w:p>
      <w:r>
        <w:t>değerli devlet büyükleri ve dinî şahsiyetler, kıymetli âlimler ve muhterem katılımcılar, Allah'ın selamı, rahmeti ve bereketi üzerinize olsun. Aziz ve yüce Rabbimiz, indirdiği muhkem kitabında şöyle buyurur: “Size içinde sizin için öğüt bulunan bir kitap indirdik. Hâlâ aklınızı kullanmayacak mısınız?” Yine muhkem kitabında buyurur: “Bu Kur'an, [daha güçlü?] olana iletir.” Yüz yılı aşkın bir zaman önce, Şam'daki Emevi Camii'nin minberine çıktı:</w:t>
      </w:r>
    </w:p>
    <w:p>
      <w:pPr>
        <w:keepNext/>
      </w:pPr>
      <w:hyperlink r:id="rId153">
        <w:r>
          <w:rPr>
            <w:color w:val="1155CC"/>
            <w:u w:val="single"/>
          </w:rPr>
          <w:t>01:46:03 – 01:46:48</w:t>
        </w:r>
      </w:hyperlink>
    </w:p>
    <w:p>
      <w:r>
        <w:t>büyük âlim Bediüzzaman Said Nursî. Meşhur Hutbe-i Şamiye'sini irat etti. Onu Emevi minberine çıkaran... Onu Emevi Camii'nin minberine takdim eden, o gün Şam'ın büyük âlimi olan Şeyh Bedreddin el-Hasenî idi. Allah ona rahmet etsin. Bu köklü Şam hutbesi söylendi; Kur'an-ı Kerim'in kaynağından ve bu büyük nurdan beslenmek için.</w:t>
      </w:r>
    </w:p>
    <w:p>
      <w:pPr>
        <w:keepNext/>
      </w:pPr>
      <w:hyperlink r:id="rId154">
        <w:r>
          <w:rPr>
            <w:color w:val="1155CC"/>
            <w:u w:val="single"/>
          </w:rPr>
          <w:t>01:46:48 – 01:47:35</w:t>
        </w:r>
      </w:hyperlink>
    </w:p>
    <w:p>
      <w:r>
        <w:t>Müminler için şifa olan bu nurdan: “Biz Kur'an'dan indiriyoruz, müminler için şifa ve rahmet olan şeyleri.” O zaman da, bugün de bu Kur'an'dır; onunla hitap etti İmam Said Nursî, Emevi Camii'nde on bin Müslümana. Aralarında yüzden fazla âlim vardı. Onlara şöyle sesleniyordu: “Ey üç yüz yıl sonra gelecek olanlar! Şimdi size hitap ediyorum.” Biz de yüz yılı aşkın bir zaman sonra bugün burada duruyor ve diyoruz ki: Allah İmam Nursî'ye rahmet etsin.</w:t>
      </w:r>
    </w:p>
    <w:p>
      <w:pPr>
        <w:keepNext/>
      </w:pPr>
      <w:hyperlink r:id="rId155">
        <w:r>
          <w:rPr>
            <w:color w:val="1155CC"/>
            <w:u w:val="single"/>
          </w:rPr>
          <w:t>01:47:35 – 01:48:20</w:t>
        </w:r>
      </w:hyperlink>
    </w:p>
    <w:p>
      <w:r>
        <w:t>Allah İmam Nursî'ye rahmet etsin. Allah Said Nursî'ye rahmet etsin. Kur'an'ı delil edinen ve ona yüce bir yer veren, meşhur sözünü söyleyen Nursî'ye: “Çözüm bu Kur'an'dadır.” Kur'an'dan beslenir, kaynağımızı Kur'an'dan alırız, inşallah. Keşke... hayatta olsaydın, ey İmam, Şam'ın yeniden ayağa kalktığını görseydin; kardeşi İstanbul'la, Arap ve İslam dünyasındaki kardeşleriyle kucaklaşmasını.</w:t>
      </w:r>
    </w:p>
    <w:p>
      <w:pPr>
        <w:keepNext/>
      </w:pPr>
      <w:hyperlink r:id="rId156">
        <w:r>
          <w:rPr>
            <w:color w:val="1155CC"/>
            <w:u w:val="single"/>
          </w:rPr>
          <w:t>01:48:20 – 01:49:00</w:t>
        </w:r>
      </w:hyperlink>
    </w:p>
    <w:p>
      <w:r>
        <w:t>Hep birlikte sesleniyorlar: Kur'an'ın ahlakına dönüş! Kur'an'ın kaynağına dönüş! Batı bize teçhizat, uçaklar ve otomobiller ihraç ediyorsa, biz de onlara ahlakı, değerleri ve İslam'ın ilkelerini ihraç ederiz, inşallah. Ey İmam, keşke hayatta olsaydın! Görür ve duyardın, nasıl [sağlamlaştırdığımızı?] yeni Suriye'de İslami söylemin birliği misakını,</w:t>
      </w:r>
    </w:p>
    <w:p>
      <w:pPr>
        <w:keepNext/>
      </w:pPr>
      <w:hyperlink r:id="rId157">
        <w:r>
          <w:rPr>
            <w:color w:val="1155CC"/>
            <w:u w:val="single"/>
          </w:rPr>
          <w:t>01:49:00 – 01:49:47</w:t>
        </w:r>
      </w:hyperlink>
    </w:p>
    <w:p>
      <w:r>
        <w:t>Allah'ın bize lütfettiği özgürleşmenin ardından. “Yeryüzünde güçsüz bırakılanlara lütufta bulunmak, onları önderler ve mirasçılar kılmak istiyoruz.” “Onlara yeryüzünde imkân vermek; [Firavun'a?], Haman'a ve ordularına, onlardan korktukları şeyi göstermek.” Ayağa kalktı... Şam şimdi Türkiye'deki kardeşinin yardımıyla ayağa kalktı; insanı inşa etmek için birlikte kucaklaşsınlar diye. Hepimiz insanı inşa etmeye, insanda bu ahlakı oluşturmaya çalışıyoruz.</w:t>
      </w:r>
    </w:p>
    <w:p>
      <w:pPr>
        <w:keepNext/>
      </w:pPr>
      <w:hyperlink r:id="rId158">
        <w:r>
          <w:rPr>
            <w:color w:val="1155CC"/>
            <w:u w:val="single"/>
          </w:rPr>
          <w:t>01:49:47 – 01:50:32</w:t>
        </w:r>
      </w:hyperlink>
    </w:p>
    <w:p>
      <w:r>
        <w:t>Çünkü insan, kâinatın özüdür. Risale-i Nur yeniden Şam'da, Halep'te ve Suriye'nin diğer bütün şehirlerinde okunuyor; İmam Nursî'nin yerleştirdiği o yüce ahlakı ondan öğrenmek için. Allah ondan razı olsun. Yönetimi, hükümeti ve halkıyla Türkiye'ye teşekkür ediyorum. Suriyeli kardeşlerine sunduğu destek karşılığında Allah'tan bu ülkeyi güven ve huzur içinde kılmasını diliyorum; dünyanın doğusunda ve batısındaki Araplara ve Müslümanlara sundukları için de.</w:t>
      </w:r>
    </w:p>
    <w:p>
      <w:pPr>
        <w:keepNext/>
      </w:pPr>
      <w:hyperlink r:id="rId159">
        <w:r>
          <w:rPr>
            <w:color w:val="1155CC"/>
            <w:u w:val="single"/>
          </w:rPr>
          <w:t>01:50:32 – 01:51:17</w:t>
        </w:r>
      </w:hyperlink>
    </w:p>
    <w:p>
      <w:r>
        <w:t>Zafer Müslümanlara geliyor, inşallah. Allah'ın selamı, rahmeti ve bereketi üzerinize olsun. Suriye Evkaf Bakanı Sayın Bakan'a teşekkür ve takdirlerimizi sunuyoruz. Bu uluslararası ilmî sempozyumda aramızda bulunduğunuz için çok teşekkür ederiz. Suriye Evkaf Bakanı Dr. Muhammed Ebülhayr Şükri'ye duygularımızı [tehyic eden?] konuşması için teşekkür ediyoruz. Şimdi Filistin başta olmak üzere mazlum coğrafyaların haklarını her platformda savunan,</w:t>
      </w:r>
    </w:p>
    <w:p>
      <w:pPr>
        <w:keepNext/>
      </w:pPr>
      <w:hyperlink r:id="rId160">
        <w:r>
          <w:rPr>
            <w:color w:val="1155CC"/>
            <w:u w:val="single"/>
          </w:rPr>
          <w:t>01:51:17 – 01:52:04</w:t>
        </w:r>
      </w:hyperlink>
    </w:p>
    <w:p>
      <w:r>
        <w:t>İslam dünyasının birlik ve dayanışmasına kuvvetle vurgu yapan, ülkemizi kalkınma hamleleriyle çağın ilerisine taşıyan ve dünyanın içinden geçtiği krizlere adalet temelinde çözüm bulunması için büyük gayret gösteren Cumhurbaşkanımız, Sayın Recep Tayyip Erdoğan'ın sempozyumumuza gönderdikleri mesajı arz ediyorum. İstanbul İlim ve Kültür Vakfı tarafından düzenlenen 13. Uluslararası Bediüzzaman Sempozyumu’na davetiniz için teşekkür ediyorum.</w:t>
      </w:r>
    </w:p>
    <w:p>
      <w:pPr>
        <w:keepNext/>
      </w:pPr>
      <w:hyperlink r:id="rId161">
        <w:r>
          <w:rPr>
            <w:color w:val="1155CC"/>
            <w:u w:val="single"/>
          </w:rPr>
          <w:t>01:52:04 – 01:52:49</w:t>
        </w:r>
      </w:hyperlink>
    </w:p>
    <w:p>
      <w:r>
        <w:t>Küresel krizlere Kur’ânî çözümler temasıyla düzenlenen 13. Uluslararası Bediüzzaman Sempozyumu’nun insanlığın ortak meselelerine adalet, merhamet, kardeşlik ve dayanışma ekseninde çözüm arayışlarımıza önemli katkılar sunacağına inanıyorum. Farklı coğrafyalardan âlimleri, akademisyenleri ve fikir insanlarını İstanbul’da buluşturan sempozyumun Bediüzzaman Said Nursî Hazretleri’nin ilim, iman, ahlak ve müspet hareket tarzının daha iyi anlaşılmasına ve gelecek nesillere aktarılmasına vesile olmasını diliyorum.</w:t>
      </w:r>
    </w:p>
    <w:p>
      <w:pPr>
        <w:keepNext/>
      </w:pPr>
      <w:hyperlink r:id="rId162">
        <w:r>
          <w:rPr>
            <w:color w:val="1155CC"/>
            <w:u w:val="single"/>
          </w:rPr>
          <w:t>01:52:49 – 01:53:30</w:t>
        </w:r>
      </w:hyperlink>
    </w:p>
    <w:p>
      <w:r>
        <w:t>Bu düşüncelerle sempozyumun düzenlenmesinde emeği geçen İstanbul İlim ve Kültür Vakfı başta olmak üzere bütün kurum ve kişileri tebrik ediyor, kıymetli katılımcılara başarılar diliyor, sizleri en kalbî duygularımla selamlıyorum. Recep Tayyip Erdoğan Cumhurbaşkanı Şimdi Türkiye Cumhuriyeti Cumhurbaşkanı Sayın Recep Tayyip Erdoğan'ın mesajını huzurunuzda okumaktan onur duyuyorum. Sempozyuma gönderdiği mesajda şöyle deniliyor: Sayın Said Yüce,</w:t>
      </w:r>
    </w:p>
    <w:p>
      <w:pPr>
        <w:keepNext/>
      </w:pPr>
      <w:hyperlink r:id="rId163">
        <w:r>
          <w:rPr>
            <w:color w:val="1155CC"/>
            <w:u w:val="single"/>
          </w:rPr>
          <w:t>01:53:30 – 01:54:13</w:t>
        </w:r>
      </w:hyperlink>
    </w:p>
    <w:p>
      <w:r>
        <w:t>İstanbul İlim ve Kültür Vakfı Mütevelli Heyeti Başkanı, İstanbul İlim ve Kültür Vakfı'nın düzenlediği 13. Uluslararası Bediüzzaman Sempozyumu'na davetiniz için teşekkür ederim. “Çağdaş Medeniyetin Sorunlarına Kur'ânî Çözümler” başlığıyla düzenlenen uluslararası sempozyumun, ortak sorunlara çözüm bulma çabalarımıza önemli katkılar sunacağına inanıyorum; insanlığın karşılaştığı sorunlara adalet, merhamet, kardeşlik ve dayanışma temelinde. Umarım İstanbul’da</w:t>
      </w:r>
    </w:p>
    <w:p>
      <w:pPr>
        <w:keepNext/>
      </w:pPr>
      <w:hyperlink r:id="rId164">
        <w:r>
          <w:rPr>
            <w:color w:val="1155CC"/>
            <w:u w:val="single"/>
          </w:rPr>
          <w:t>01:54:13 – 01:54:51</w:t>
        </w:r>
      </w:hyperlink>
    </w:p>
    <w:p>
      <w:r>
        <w:t>dünyanın farklı yerlerinden âlimleri, akademisyenleri ve düşünürleri buluşturan bu sempozyum, Hazreti Bediüzzaman Said Nursî’nin ilim, iman, ahlak ve müsbet hareket yaklaşımını daha derinden anlamaya ve bu değerlerin gelecek nesillere aktarılmasına vesile olur. Bu duygularla tebrik ediyorum, diyor Türkiye Cumhuriyeti Cumhurbaşkanı, bu sempozyumun düzenlenmesine katkı sağlayan tüm kurumları ve kişileri, başta İstanbul İlim ve Kültür Vakfı olmak üzere. Kıymetli katılımcılara başarılar diliyorum.</w:t>
      </w:r>
    </w:p>
    <w:p>
      <w:pPr>
        <w:keepNext/>
      </w:pPr>
      <w:hyperlink r:id="rId165">
        <w:r>
          <w:rPr>
            <w:color w:val="1155CC"/>
            <w:u w:val="single"/>
          </w:rPr>
          <w:t>01:55:19 – 01:55:51</w:t>
        </w:r>
      </w:hyperlink>
    </w:p>
    <w:p>
      <w:r>
        <w:t>[Teşekkür ederim?] İslam ülkeleri arasındaki iş birliğine kadar geniş bir sahada sorumluluk üstlenmektedir. Devlet yönetimindeki tecrübesiyle bu çalışmalara katkı sunan Türkiye Cumhuriyeti Cumhurbaşkanı Yardımcısı Sayın Cevdet Yılmaz'ı hitaplarını sunmak üzere kürsüye davet ediyorum. Şimdi Türkiye Cumhuriyeti Cumhurbaşkanı Yardımcısı Sayın [Cevdet Yılmaz?]'ı kürsüye davet ediyoruz…</w:t>
      </w:r>
    </w:p>
    <w:p>
      <w:pPr>
        <w:keepNext/>
      </w:pPr>
      <w:hyperlink r:id="rId166">
        <w:r>
          <w:rPr>
            <w:color w:val="1155CC"/>
            <w:u w:val="single"/>
          </w:rPr>
          <w:t>01:56:02 – 01:56:48</w:t>
        </w:r>
      </w:hyperlink>
    </w:p>
    <w:p>
      <w:r>
        <w:t>Çok kıymetli alimlerimiz, İstanbul İlim ve Kültür Vakfı'nın kıymetli başkanı, mensupları, değerli misafirler, hanımefendiler, beyefendiler, hepinizi şahsım ve Cumhurbaşkanımız Sayın Recep Tayyip Erdoğan adına sevgiyle, saygıyla, muhabbetle selamlıyorum. Cenab-ı Allah'ın selamı, rahmeti, bereketi hepinizin, hepimizin üzerine olsun diyor.</w:t>
      </w:r>
    </w:p>
    <w:p>
      <w:pPr>
        <w:keepNext/>
      </w:pPr>
      <w:hyperlink r:id="rId167">
        <w:r>
          <w:rPr>
            <w:color w:val="1155CC"/>
            <w:u w:val="single"/>
          </w:rPr>
          <w:t>01:56:50 – 01:57:32</w:t>
        </w:r>
      </w:hyperlink>
    </w:p>
    <w:p>
      <w:r>
        <w:t>13. Uluslararası Bediüzzaman Sempozyumu vesilesiyle sizlerle bir araya gelmiş olmaktan büyük bir mutluluk duyuyorum. Dünyanın farklı coğrafyalarından İstanbul'a gelerek Bediüzzaman'ın düşünce dünyası etrafında buluşan siz kıymetli ilim ve fikir insanlarına özellikle şükranlarımı sunuyorum. Küresel krizlere Kur’ânî çözümler başlığıyla bu sempozyumun düzenlenmesini de çok anlamlı ve değerli bulduğumu ifade etmek istiyorum.</w:t>
      </w:r>
    </w:p>
    <w:p>
      <w:pPr>
        <w:keepNext/>
      </w:pPr>
      <w:hyperlink r:id="rId168">
        <w:r>
          <w:rPr>
            <w:color w:val="1155CC"/>
            <w:u w:val="single"/>
          </w:rPr>
          <w:t>01:57:32 – 01:58:12</w:t>
        </w:r>
      </w:hyperlink>
    </w:p>
    <w:p>
      <w:r>
        <w:t>Kıymetli katılımcılar, dünyamız çok iyi bir dönemden geçmiyor. Çoklu krizlerin yaşandığı, kaosun, belirsizliklerin hakim olduğu karanlık bir dönemden geçiyoruz. Dünyanın farklı bölgelerinde yaşanan savaşlar, çatışmalar, zorunlu göçler ve derinleşen sosyal eşitsizlikler uluslararası düzenin adalet temelinde yeniden inşa edilmesini zorunlu kılıyor.</w:t>
      </w:r>
    </w:p>
    <w:p>
      <w:pPr>
        <w:keepNext/>
      </w:pPr>
      <w:hyperlink r:id="rId169">
        <w:r>
          <w:rPr>
            <w:color w:val="1155CC"/>
            <w:u w:val="single"/>
          </w:rPr>
          <w:t>01:58:13 – 01:58:58</w:t>
        </w:r>
      </w:hyperlink>
    </w:p>
    <w:p>
      <w:r>
        <w:t>Uluslararası hukuk ve kurumlar güç sahiplerinin çıkarları karşısında etkisiz kalırken, bu durumun ağır bedelini maalesef mazlum coğrafyalar, masum insanlar ödüyor. Gazze'de çocuklar İsrail'in barbarca saldırıları altında hayatını kaybediyor, siviller en temel gıdalardan ihtiyaçlardan mahrum bırakılıyor. Soykırım karşısında sergilenen vurdumduymazlık ve sessizlik, uluslararası sistemin içine</w:t>
      </w:r>
    </w:p>
    <w:p>
      <w:pPr>
        <w:keepNext/>
      </w:pPr>
      <w:hyperlink r:id="rId170">
        <w:r>
          <w:rPr>
            <w:color w:val="1155CC"/>
            <w:u w:val="single"/>
          </w:rPr>
          <w:t>01:58:58 – 01:59:41</w:t>
        </w:r>
      </w:hyperlink>
    </w:p>
    <w:p>
      <w:r>
        <w:t>düştüğü krizi bütün açıklığıyla netliğiyle ortaya koyuyor. Kur 'an-ı Kerim'in emrolunduğun gibi dosdoğru ol ilkesi ve adalet anlayışı ise faili ya da muhatabı kim olursa olsun her türlü zulme ve haksızlığa karşı eğilmeden, bükülmeden bir duruş sergileme sorumluluğunu hepimize hatırlatıyor. Zira insan hayatı ve onuru konjonktüre göre veya güç odaklarının sığ siyasi hesaplarına</w:t>
      </w:r>
    </w:p>
    <w:p>
      <w:pPr>
        <w:keepNext/>
      </w:pPr>
      <w:hyperlink r:id="rId171">
        <w:r>
          <w:rPr>
            <w:color w:val="1155CC"/>
            <w:u w:val="single"/>
          </w:rPr>
          <w:t>01:59:41 – 02:00:23</w:t>
        </w:r>
      </w:hyperlink>
    </w:p>
    <w:p>
      <w:r>
        <w:t>göre değişemeyecek kadar mukaddestir. Yine kutsal kitabımızdaki ifadesiyle haksız yere bir insanı öldürmek bütün insanlığı öldürmek gibidir. Maalesef gözlerimizin önünde insanlığın defalarca ve defalarca öldürüldüğüne şahitlik ettiğimiz bir dönemdeyiz. Bediüzzaman'ın medeniyetin asli dayanağı olarak hakkı esas alan yaklaşımı, gücün hukuka tabi olmadığı ve erdemden beslenmediği bir düzenin</w:t>
      </w:r>
    </w:p>
    <w:p>
      <w:pPr>
        <w:keepNext/>
      </w:pPr>
      <w:hyperlink r:id="rId172">
        <w:r>
          <w:rPr>
            <w:color w:val="1155CC"/>
            <w:u w:val="single"/>
          </w:rPr>
          <w:t>02:00:24 – 02:01:06</w:t>
        </w:r>
      </w:hyperlink>
    </w:p>
    <w:p>
      <w:r>
        <w:t>insanlığa asla huzur getiremeyeceğini bizlere bir kez daha hatırlatmaktadır. Değerli kardeşlerim, içinden geçtiğimiz bu dönemde hiç kimsenin merhametine güvenebileceğimiz bir durumda değiliz. Maalesef güçlüysem istediğim her şeyi yapabilirim şeklinde karanlık bir zihniyetin güç kazandığı bir dönemdeyiz. Bu dönemde bizlerin de güçlü olması bir tercih değil bir zorunluluktur.</w:t>
      </w:r>
    </w:p>
    <w:p>
      <w:pPr>
        <w:keepNext/>
      </w:pPr>
      <w:hyperlink r:id="rId173">
        <w:r>
          <w:rPr>
            <w:color w:val="1155CC"/>
            <w:u w:val="single"/>
          </w:rPr>
          <w:t>02:01:06 – 02:01:48</w:t>
        </w:r>
      </w:hyperlink>
    </w:p>
    <w:p>
      <w:r>
        <w:t>Güçlü olmak için gayret etmek zorundayız. Ama bizim o karanlık zihniyetten farkımız şu, onlar sadece güçlü olmak istiyorlar. Biz ise diyoruz ki Türkiye Cumhuriyeti olarak ve İslam dünyası olarak hem güçlü olacağız hem de haklı olacağız. İkisini bir arada yapacağız. Hakkımızı ve hukukumuzu sonuna kadar koruyacak, mazlumun elinden kararlılıkla tutacak ve adalet talebimizi karşılıksız</w:t>
      </w:r>
    </w:p>
    <w:p>
      <w:pPr>
        <w:keepNext/>
      </w:pPr>
      <w:hyperlink r:id="rId174">
        <w:r>
          <w:rPr>
            <w:color w:val="1155CC"/>
            <w:u w:val="single"/>
          </w:rPr>
          <w:t>02:01:48 – 02:02:30</w:t>
        </w:r>
      </w:hyperlink>
    </w:p>
    <w:p>
      <w:r>
        <w:t>bırakmayacak bir güce sahip olmak için ekonomimizi, milli savunmamızı, bilim ve teknoloji kapasitemizi aralıksız geliştireceğiz. Gönül coğrafyamızda birçok krizin eş zamanlı yaşandığı günümüzde İslam dünyasının sahip olduğu tüm stratejik ve manevi imkânlarını tam bir dayanışma içinde hayata geçirmesi büyük bir gerekliliktir ve ihtiyaçtır. Kardeşliği zedeleyen ayrılıklardan uzaklaşarak ortak meselelerde tek ses, tek yürek olarak</w:t>
      </w:r>
    </w:p>
    <w:p>
      <w:pPr>
        <w:keepNext/>
      </w:pPr>
      <w:hyperlink r:id="rId175">
        <w:r>
          <w:rPr>
            <w:color w:val="1155CC"/>
            <w:u w:val="single"/>
          </w:rPr>
          <w:t>02:02:30 – 02:03:13</w:t>
        </w:r>
      </w:hyperlink>
    </w:p>
    <w:p>
      <w:r>
        <w:t>hareket etme zamanı gelmiştir, geç bile kalınmıştır. Değerli Kardeşlerim, Zaman ayrılık zamanı değil, birlik zamanı, büyük resme bakma zamanı, farklı mezhepler, etnik kimlikler, farklı meşrepler konusunda tartışmaları derinleştirme zamanında değiliz. Biz içinde bulunduğumuz hali çok iyi görüp birliğimizi kuvvetlendirmek durumundayız.</w:t>
      </w:r>
    </w:p>
    <w:p>
      <w:pPr>
        <w:keepNext/>
      </w:pPr>
      <w:hyperlink r:id="rId176">
        <w:r>
          <w:rPr>
            <w:color w:val="1155CC"/>
            <w:u w:val="single"/>
          </w:rPr>
          <w:t>02:03:14 – 02:03:55</w:t>
        </w:r>
      </w:hyperlink>
    </w:p>
    <w:p>
      <w:r>
        <w:t>Birbirimizle uğraşmak yerine zalimlere karşı yekvücut mücadele etmek zorundayız. Sayın Cumhurbaşkanımızın gönüllerde maşeri bir karşılık bulan dünya beşten büyüktür çağrısıyla insanlığın kaderinin birkaç devletin veya güç odağının çıkarına bırakılmadığı daha adil bir uluslararası düzen hepimizin ortak arayışıdır. Bu onurlu mücadelede Sayın</w:t>
      </w:r>
    </w:p>
    <w:p>
      <w:pPr>
        <w:keepNext/>
      </w:pPr>
      <w:hyperlink r:id="rId177">
        <w:r>
          <w:rPr>
            <w:color w:val="1155CC"/>
            <w:u w:val="single"/>
          </w:rPr>
          <w:t>02:03:55 – 02:04:35</w:t>
        </w:r>
      </w:hyperlink>
    </w:p>
    <w:p>
      <w:r>
        <w:t>Cumhurbaşkanımızın çağrısını yaptığı İnsanlık İttifakı zulme karşı çıkan bütün küresel kesimleri inanç ve millet ayrımı gözetmeden ortak bir ahlaki sorumlulukta birleştirmeyi hedefliyor. Esasında bunun temeli alemlere rahmet olarak gönderilen peygamber efendimizin sünnetindedir. Henüz kendisine vahiy gelmeden önce zulme karşı Hilfü’l-Fudûl dediğimiz</w:t>
      </w:r>
    </w:p>
    <w:p>
      <w:pPr>
        <w:keepNext/>
      </w:pPr>
      <w:hyperlink r:id="rId178">
        <w:r>
          <w:rPr>
            <w:color w:val="1155CC"/>
            <w:u w:val="single"/>
          </w:rPr>
          <w:t>02:04:35 – 02:05:15</w:t>
        </w:r>
      </w:hyperlink>
    </w:p>
    <w:p>
      <w:r>
        <w:t>erdemliler birliği dediğimiz hareketin içinde olmuştur. Peygamberliğinden sonra da şimdi olsa yine aynısını yapar mıydınız dendiğinde hiç tereddüt etmeden yapardım demiştir Demek ki insani değerler söz konusu olduğunda dinine de bakmadan milliyetine de bakmadan tüm insanlıkla bir ittifak kurmak gerekiyor Bugün dünyamızın hali de böyledir ve biz de bu insanlık ittifakını aramak durumundayız.</w:t>
      </w:r>
    </w:p>
    <w:p>
      <w:pPr>
        <w:keepNext/>
      </w:pPr>
      <w:hyperlink r:id="rId179">
        <w:r>
          <w:rPr>
            <w:color w:val="1155CC"/>
            <w:u w:val="single"/>
          </w:rPr>
          <w:t>02:05:17 – 02:05:56</w:t>
        </w:r>
      </w:hyperlink>
    </w:p>
    <w:p>
      <w:r>
        <w:t>Şunun da altını çizmek isterim. Adalet arayışı tüm insanlığın arayışıdır, fıtri bir arayıştır. Adaletsizlik hiçbir zaman sonsuza kadar devam edemez. insanlığın dip bir dalgası da mutlaka gelecektir. Yaşadığımız bunca adaletsizlikler, bunca zulümler karşılıksız kalmayacaktır. O dip dalganın geldiğini hep birlikte göreceğiz. İşte ona hazırlanmamız lazım.</w:t>
      </w:r>
    </w:p>
    <w:p>
      <w:pPr>
        <w:keepNext/>
      </w:pPr>
      <w:hyperlink r:id="rId180">
        <w:r>
          <w:rPr>
            <w:color w:val="1155CC"/>
            <w:u w:val="single"/>
          </w:rPr>
          <w:t>02:05:59 – 02:06:40</w:t>
        </w:r>
      </w:hyperlink>
    </w:p>
    <w:p>
      <w:r>
        <w:t>Hiçbir zaman ümitsizliğe kapılmamalıyız. Hiçbir zaman zalimlerin bizi içine sokmaya çalıştıkları karamsarlığa kapılıp çaba sarf etmekten geri kalmamalıyız. Gazze'de yükselen adalet çağrısının dünyanın farklı ülkelerinde karşılık bulması bu ortak vicdanın hala diri olduğunu göstermektedir. Ben buradan nerede olursa olsun Avrupa'dan Latin Amerika'ya Asya'ya Gazze'deki zulme</w:t>
      </w:r>
    </w:p>
    <w:p>
      <w:pPr>
        <w:keepNext/>
      </w:pPr>
      <w:hyperlink r:id="rId181">
        <w:r>
          <w:rPr>
            <w:color w:val="1155CC"/>
            <w:u w:val="single"/>
          </w:rPr>
          <w:t>02:06:40 – 02:07:25</w:t>
        </w:r>
      </w:hyperlink>
    </w:p>
    <w:p>
      <w:r>
        <w:t>karşı çıkan sokağa çıkıp bunu protesto eden üniversitesinde protesto eden bu zulme sessiz kalmayan tüm insan kardeşlerimize selamlarımızı iletiyorum saygılarımızı iletiyorum. Türkiye olarak Filistin halkının meşru haklarını savunmak, zulmü durdurmak ve kalıcı barışı sağlamak için yoğun bir diplomatik mücadele yürütüyoruz. Sayın Cumhurbaşkanımız en son Birleşmiş Milletler kürsüsünden</w:t>
      </w:r>
    </w:p>
    <w:p>
      <w:pPr>
        <w:keepNext/>
      </w:pPr>
      <w:hyperlink r:id="rId182">
        <w:r>
          <w:rPr>
            <w:color w:val="1155CC"/>
            <w:u w:val="single"/>
          </w:rPr>
          <w:t>02:07:25 – 02:08:04</w:t>
        </w:r>
      </w:hyperlink>
    </w:p>
    <w:p>
      <w:r>
        <w:t>yaptığı gibi zalimlere karşı hem ülkemizin hem bütün gönül coğrafyamızın gür sesi oldu bugüne kadar olmaya da devam edecek inşallah. Çünkü değerli kardeşlerim zalimlerin en çok korktuğu şey hakikatin gür bir sesle ifade edilmesidir. Ve bunu Cumhurbaşkanımızın şahsında Türkiye Cumhuriyeti olarak bugüne kadar yaptık. Bundan sonra da yapmaya devam edeceğiz inşallah.</w:t>
      </w:r>
    </w:p>
    <w:p>
      <w:pPr>
        <w:keepNext/>
      </w:pPr>
      <w:hyperlink r:id="rId183">
        <w:r>
          <w:rPr>
            <w:color w:val="1155CC"/>
            <w:u w:val="single"/>
          </w:rPr>
          <w:t>02:08:07 – 02:08:50</w:t>
        </w:r>
      </w:hyperlink>
    </w:p>
    <w:p>
      <w:r>
        <w:t>Türkiye'nin bu ilkeli ve samimi tutumu Suriye'de yıllarca devam eden çatışmalar karşısında üstlendiği insani sorumlulukta da kendisini açıkça göstermiştir. Burada Sayın Bakan var, Başmüftü var, onlara da ve Suriye'den gelen tüm kardeşlerimize de en derin muhabbetlerimi sunuyorum. Suriye'de barışın ve istikrarın tesisi için yürüttüğümüz kararlı mücadeleyle kardeşlerimizin kendi topraklarında huzur içinde yaşayabilecekleri şartların oluşmasına önemli katkılar sağladık ve sağlamaya devam edeceğiz.</w:t>
      </w:r>
    </w:p>
    <w:p>
      <w:pPr>
        <w:keepNext/>
      </w:pPr>
      <w:hyperlink r:id="rId184">
        <w:r>
          <w:rPr>
            <w:color w:val="1155CC"/>
            <w:u w:val="single"/>
          </w:rPr>
          <w:t>02:08:50 – 02:09:38</w:t>
        </w:r>
      </w:hyperlink>
    </w:p>
    <w:p>
      <w:r>
        <w:t>Suriye'nin istikrarı ve refahı tüm bölgenin istikrarı ve refahı demektir. Buna yürekten inanıyoruz. Bunu bozmaya çalışanlara karşı Suriye ile gönül gönüle omuz omuza mücadeleye devam edeceğiz. Aynı ilkesel tavrımızı Kafkaslardan Kuzey Afrika'ya, Doğu Akdeniz'den Balkanlara tüm krizlerde ortaya koyuyoruz. Ve bu rastgele bir duruş değil, sahip olduğumuz zihniyetin ve bize medeniyetimizden tevarüz etmiş değerlerimizin bizi getirdiği noktadır.</w:t>
      </w:r>
    </w:p>
    <w:p>
      <w:pPr>
        <w:keepNext/>
      </w:pPr>
      <w:hyperlink r:id="rId185">
        <w:r>
          <w:rPr>
            <w:color w:val="1155CC"/>
            <w:u w:val="single"/>
          </w:rPr>
          <w:t>02:09:38 – 02:10:21</w:t>
        </w:r>
      </w:hyperlink>
    </w:p>
    <w:p>
      <w:r>
        <w:t>Bu konuda bugüne kadar izlediğimiz politikaların aynı kararlılıkla sürdürüleceğini tekrar söylemek isterim. Kıymetli misafirler, küresel ölçekte eleştirdiğimiz insanı çıkar hesaplarına feda eden anlayışın toplumsal hayatımızdaki etkisini de ihmal edemeyiz. Başarıyı servetle, mutluluğu tüketimle ölçen anlayış insanın manevi ihtiyaçlarını geri plana iterken emek sarf etmenin değerini, aile bağlarını ve toplumsal dayanışmayı aşındırmaktadır.</w:t>
      </w:r>
    </w:p>
    <w:p>
      <w:pPr>
        <w:keepNext/>
      </w:pPr>
      <w:hyperlink r:id="rId186">
        <w:r>
          <w:rPr>
            <w:color w:val="1155CC"/>
            <w:u w:val="single"/>
          </w:rPr>
          <w:t>02:10:21 – 02:11:02</w:t>
        </w:r>
      </w:hyperlink>
    </w:p>
    <w:p>
      <w:r>
        <w:t>İlmin, emeğin, üretmenin değerini her fırsatta vurgulamalıyız. İslam dünyası olarak da bunun altını çizmeliyiz. Emekle kazanılan, alın teriyle, beyin teriyle kazanılan bir liranın kestirme yollarla, kısa yollarla kazanılan bin liradan daha değerli olduğunu her fırsatta söylemeliyiz. Gerçek kahramanların farklı meşru olmayan yollarla servetler elde etmiş</w:t>
      </w:r>
    </w:p>
    <w:p>
      <w:pPr>
        <w:keepNext/>
      </w:pPr>
      <w:hyperlink r:id="rId187">
        <w:r>
          <w:rPr>
            <w:color w:val="1155CC"/>
            <w:u w:val="single"/>
          </w:rPr>
          <w:t>02:11:02 – 02:11:46</w:t>
        </w:r>
      </w:hyperlink>
    </w:p>
    <w:p>
      <w:r>
        <w:t>insanlar olmadığını, emek sarf eden, çaba sarf eden insanlar olduğunu, gerçek kahramanların komşusuna, ülkesine, milletine fayda sağlamak için gece gündüz gayret edenler olduğunu her fırsatta ifade etmeliyiz. Değerli kardeşlerim, ailenin korunması, gençlerin insani değerlerle geleceğe hazırlanması, alkol, kumar gibi bağımlılıkların yanı sıra çağımızın yeni bağımlılık türleriyle de mücadele edilmesi yine gündemimizde olması gereken konular arasındadır.</w:t>
      </w:r>
    </w:p>
    <w:p>
      <w:pPr>
        <w:keepNext/>
      </w:pPr>
      <w:hyperlink r:id="rId188">
        <w:r>
          <w:rPr>
            <w:color w:val="1155CC"/>
            <w:u w:val="single"/>
          </w:rPr>
          <w:t>02:11:47 – 02:12:28</w:t>
        </w:r>
      </w:hyperlink>
    </w:p>
    <w:p>
      <w:r>
        <w:t>Bediüzzaman Said Nursî Hazretleri'nin insanın bütün gayretini yalnızca kişisel menfaatine teksif etmesini toplumları zayıflatan temel krizlerden biri olarak gördüğünü de ifade etmek isterim. Sadece kendi kazancını merkeze alan bu tutum yaygınlaştıkça aileye, komşuya ve ihtiyaç sahibine karşı sorumlulukları da zayıflatmaktadır. Kur'an-ı Kerim'in öğrettiği hayat tasavvuru ise insana, ailesi ve topluma yönelik net vazifeler yükler, sahip</w:t>
      </w:r>
    </w:p>
    <w:p>
      <w:pPr>
        <w:keepNext/>
      </w:pPr>
      <w:hyperlink r:id="rId189">
        <w:r>
          <w:rPr>
            <w:color w:val="1155CC"/>
            <w:u w:val="single"/>
          </w:rPr>
          <w:t>02:12:28 – 02:13:12</w:t>
        </w:r>
      </w:hyperlink>
    </w:p>
    <w:p>
      <w:r>
        <w:t>olunan imkânlar da bu sorumlulukların birer vasıtası olarak görülür. Gençlerimizin yetişmesinde ise ailede kazandıkları güven duygusunu nitelikli eğitim ve güçlü ahlaki değerlerle desteklemeyi esas alır. Ahlaktan, hukuktan, merhametten kopuk bir eğitimin, bir medeniyetin bizi getirdiği yer ortadadır. Bilim ve teknolojide çok ilerlemiş birtakım ülkelerin görülmemiş zulümler işlediğini de hep birlikte izliyoruz.</w:t>
      </w:r>
    </w:p>
    <w:p>
      <w:pPr>
        <w:keepNext/>
      </w:pPr>
      <w:hyperlink r:id="rId190">
        <w:r>
          <w:rPr>
            <w:color w:val="1155CC"/>
            <w:u w:val="single"/>
          </w:rPr>
          <w:t>02:13:12 – 02:13:57</w:t>
        </w:r>
      </w:hyperlink>
    </w:p>
    <w:p>
      <w:r>
        <w:t>Demek ki sadece bilim ve teknolojide ilerlemek yetmiyor. Elbette bunu yapacağız. Yanlış anlaşılmasın. Bilimde ve teknolojide en ileri ülkeler arasında olmak için gayret edeceğiz. Ama şunu da bilmemiz lazım. Sadece bilim ve teknolojide ilerlemek hiçbir değere sahip değil. Bilim ve teknolojide ilerlemeyi ahlakla, maneviyatla, merhametle, hukukla birleştirmediğiniz sürece bunlar birer katliam aracına dönüşebiliyor. Dolayısıyla biz her iki tarafta da ilerlemek durumundayız.</w:t>
      </w:r>
    </w:p>
    <w:p>
      <w:pPr>
        <w:keepNext/>
      </w:pPr>
      <w:hyperlink r:id="rId191">
        <w:r>
          <w:rPr>
            <w:color w:val="1155CC"/>
            <w:u w:val="single"/>
          </w:rPr>
          <w:t>02:13:57 – 02:14:37</w:t>
        </w:r>
      </w:hyperlink>
    </w:p>
    <w:p>
      <w:r>
        <w:t>Yine Bediüzzaman Said Nursî'nin hem pozitif ilimler hem dinî ilimleri bir arada kapsayan eğitim tasavvurunun da aslında bununla yakından bağlantılı olduğunu ifade edebiliriz. Değerli kardeşlerim, bizler de maarif modelimiz ile gençlerimizin bilim ve teknolojide yetkinleşmesini desteklerken bu birikimi insanlığın hayrına kullanmalarını sağlayacak ahlaki bilinci de</w:t>
      </w:r>
    </w:p>
    <w:p>
      <w:pPr>
        <w:keepNext/>
      </w:pPr>
      <w:hyperlink r:id="rId192">
        <w:r>
          <w:rPr>
            <w:color w:val="1155CC"/>
            <w:u w:val="single"/>
          </w:rPr>
          <w:t>02:14:37 – 02:15:18</w:t>
        </w:r>
      </w:hyperlink>
    </w:p>
    <w:p>
      <w:r>
        <w:t>güçlendiriyoruz. İlim bizim medeniyetimizin merkezi kavramıdır. Ancak biz ilimle birlikte elbette bunun hayata geçirilmesini salih amellere vesile olmasını görüyoruz. Bir alim sadece sözle bir takım şeyler ifade ediyor, bunu hayatında ortaya koymuyorsa bunun gerçek bir ilim olmadığına ve bu ismi de o ilmi taşıdığını göstermeye çalışan kişiye vermememiz gerektiğine de inanıyoruz. [İfade belirsiz.]</w:t>
      </w:r>
    </w:p>
    <w:p>
      <w:pPr>
        <w:keepNext/>
      </w:pPr>
      <w:hyperlink r:id="rId193">
        <w:r>
          <w:rPr>
            <w:color w:val="1155CC"/>
            <w:u w:val="single"/>
          </w:rPr>
          <w:t>02:15:19 – 02:16:02</w:t>
        </w:r>
      </w:hyperlink>
    </w:p>
    <w:p>
      <w:r>
        <w:t>Değerli kardeşlerim, bu çerçevede teknolojiye bakışımızın da böyle olması gerekiyor. Yapay zekâdan bahsettik. Yapay zekâ elbette önemli. Öğrenelim, kullanalım. Az önce videoda da kullanmıştık kardeşlerimiz. Elbette kullanacağız. Öğreneceğiz, ne olduğunu anlayacağız. Ama eksilerini de, negatif etkilerini de görerek bunu yapmamız lazım. Yapay zekâ bize doğal zekayı unutturmamalı. Fıtri zekayı unutturmamalı. Bu birincisi. İkincisi, yapay zekâ olabilir ama yapay merhamet olmaz.</w:t>
      </w:r>
    </w:p>
    <w:p>
      <w:pPr>
        <w:keepNext/>
      </w:pPr>
      <w:hyperlink r:id="rId194">
        <w:r>
          <w:rPr>
            <w:color w:val="1155CC"/>
            <w:u w:val="single"/>
          </w:rPr>
          <w:t>02:16:02 – 02:16:44</w:t>
        </w:r>
      </w:hyperlink>
    </w:p>
    <w:p>
      <w:r>
        <w:t>Yapay adalet olmaz. Yapay zekâyla birlikte diğer teknolojileri mutlaka ahlakla, merhametle, insan odaklı bir anlayışla ele almak durumundayız. İlmi vurgularken insanın akletmesini ve seçme hakkını da burada vurgulamak istiyorum. Maalesef Üstad Bediüzzaman'ın ismini kullanarak onun eserlerini de belli bir oranda istismar ederek ülkemizde</w:t>
      </w:r>
    </w:p>
    <w:p>
      <w:pPr>
        <w:keepNext/>
      </w:pPr>
      <w:hyperlink r:id="rId195">
        <w:r>
          <w:rPr>
            <w:color w:val="1155CC"/>
            <w:u w:val="single"/>
          </w:rPr>
          <w:t>02:16:44 – 02:17:29</w:t>
        </w:r>
      </w:hyperlink>
    </w:p>
    <w:p>
      <w:r>
        <w:t>kargaşa çıkaran bir yapıyla karşı karşıya kaldık. FETÖ dediğimiz yapılanmayla terör yapılanmasıyla vitrini gayet süslü ama arka planında uluslararası güç odaklarına hizmet eden istihbarat yapılarının aracına dönüşen bir yapıdan bahsediyoruz. Diğer taraftan mensuplarını özgür olmaktan çıkarıp kendine kul köle eden bir hiyerarşik düzenden bahsediyoruz. Cenab-ı Allah bizleri fert yaratmış. Her birimize defalarca Kur'an-ı Kerim'de akledin demiş.</w:t>
      </w:r>
    </w:p>
    <w:p>
      <w:pPr>
        <w:keepNext/>
      </w:pPr>
      <w:hyperlink r:id="rId196">
        <w:r>
          <w:rPr>
            <w:color w:val="1155CC"/>
            <w:u w:val="single"/>
          </w:rPr>
          <w:t>02:17:29 – 02:18:12</w:t>
        </w:r>
      </w:hyperlink>
    </w:p>
    <w:p>
      <w:r>
        <w:t>Bakın, düşünün, akledin demiş. FETÖ dediğimiz yapılanma ise insanların aklına ipotek koyup onları birer adeta makineye dönüştürdü. Bu tecrübeden de bizim yaşadığımız bu tecrübeden de tüm kardeş ülkelerin dost ülkelerin de faydalanmasını bekleriz. Başka isimler altında da bunlar çıkabilir. Bunlara karşı çok dikkatli olmamız lazım. Şunu bilmemiz lazım. Müslüman insan Cenab-ı Allah'tan başka hiç kimsenin kulu kölesi olmamıştır, olamaz.</w:t>
      </w:r>
    </w:p>
    <w:p>
      <w:pPr>
        <w:keepNext/>
      </w:pPr>
      <w:hyperlink r:id="rId197">
        <w:r>
          <w:rPr>
            <w:color w:val="1155CC"/>
            <w:u w:val="single"/>
          </w:rPr>
          <w:t>02:18:16 – 02:18:59</w:t>
        </w:r>
      </w:hyperlink>
    </w:p>
    <w:p>
      <w:r>
        <w:t>Müslüman insan ferasetlidir, basiretlidir, aklını kullanır, akleder Müslüman insan. Birilerine aklını rehin olarak vermez. Bunları yeni nesillere de bu değerlerimizi çok güçlü aktarmamız lazım. Bir daha benzer sorunlar yaşamamamız adına. Değerli Kardeşlerim, bu anlamda Üstad Bediüzzaman 'ın ilmi, aklı, kardeşliği öne çıkaran vurguları çok kıymetlidir. İnsanlar arasında hiyerarşiden ziyade daha eşitlikçi bir ilişki üzerinde yaptığı vurgu çok kıymetlidir.</w:t>
      </w:r>
    </w:p>
    <w:p>
      <w:pPr>
        <w:keepNext/>
      </w:pPr>
      <w:hyperlink r:id="rId198">
        <w:r>
          <w:rPr>
            <w:color w:val="1155CC"/>
            <w:u w:val="single"/>
          </w:rPr>
          <w:t>02:18:59 – 02:19:38</w:t>
        </w:r>
      </w:hyperlink>
    </w:p>
    <w:p>
      <w:r>
        <w:t>Bu istismarlara verilecek en güzel cevap hem üstadın hayatını eserlerini daha iyi anlamak hem de daha önemlisi yüce kitabımız Kur'an-ı Kerim'in verdiği mesajları çok daha iyi görüp anlamaktan geçiyor. Kıymetli katılımcılar, insanlığın karşı karşıya olduğu çetin imtihanların ağırlığı karşısında asla yeise düşenlerden değiliz. Bediüzzaman'ın çok güzel bir teşhisi var. Az önce bir kardeşimiz de ifade etti. Üç tane sorun üzerinde duruyor.</w:t>
      </w:r>
    </w:p>
    <w:p>
      <w:pPr>
        <w:keepNext/>
      </w:pPr>
      <w:hyperlink r:id="rId199">
        <w:r>
          <w:rPr>
            <w:color w:val="1155CC"/>
            <w:u w:val="single"/>
          </w:rPr>
          <w:t>02:19:39 – 02:20:20</w:t>
        </w:r>
      </w:hyperlink>
    </w:p>
    <w:p>
      <w:r>
        <w:t>Cehalet, zaruret ve ihtilaf. O günkü ümmetin sorunları olarak. Bugün de çok farklı bir durumda olduğumuzu düşünmüyorum ben doğrusu. Zaruret derken daha çok bugünkü ifadeyle ekonomiyi anlıyoruz. İslam dünyasının o gün ekonomik olarak içinde bulunduğu durumu anlıyoruz. Zaruretin olduğu yerde cehalet de olur. Ekonominizi belli bir yere getirmemişseniz topluma nitelikli bir eğitim veremezsiniz ve bu sizi cehaletle karşı karşıya bırakır.</w:t>
      </w:r>
    </w:p>
    <w:p>
      <w:pPr>
        <w:keepNext/>
      </w:pPr>
      <w:hyperlink r:id="rId200">
        <w:r>
          <w:rPr>
            <w:color w:val="1155CC"/>
            <w:u w:val="single"/>
          </w:rPr>
          <w:t>02:20:21 – 02:21:05</w:t>
        </w:r>
      </w:hyperlink>
    </w:p>
    <w:p>
      <w:r>
        <w:t>Zaruretlerini çözmemiş cehalet sorunuyla karşı karşıya olan bir toplumdaysa ihtilaflar yaygınlaşır. Dolayısıyla bu sorunların cevabı da bellidir. Ekonomimizi geliştireceğiz. İnsanımızın sanatla, çeşitli dallardaki teknolojik bilimsel çalışmalarla, üretimle daha güçlü bir ekonomik yapı inşa etmek durumundayız. Bu ekonomik yapının odağına da insanı koymamız lazım. Bu kalkınma anlayışı. Güçlü bir eğitim sistemiyle insanlarımızı çok daha üst seviyede üretken hale getirmek durumundayız.</w:t>
      </w:r>
    </w:p>
    <w:p>
      <w:pPr>
        <w:keepNext/>
      </w:pPr>
      <w:hyperlink r:id="rId201">
        <w:r>
          <w:rPr>
            <w:color w:val="1155CC"/>
            <w:u w:val="single"/>
          </w:rPr>
          <w:t>02:21:05 – 02:21:49</w:t>
        </w:r>
      </w:hyperlink>
    </w:p>
    <w:p>
      <w:r>
        <w:t>Bunları yaptığımız zaman artık insanlar boş dedikodularla birbirleriyle çekişmek yerine daha güçlü ittifaklar, birliktelikler kuracaklardır ve hepimiz için daha güçlü bir gelecek oluşacaktır. Dolayısıyla bu ortaya konan değerlendirmenin bugün yeni gelişmelerle birlikte okunmasının ben yine çok değerli olduğunu ifade etmek istiyorum. İnancımızın öğrettiği adaleti ve merhameti yaşamak, gençlerimize güvenli bir gelecek sunmak ve insanlığın meselelerine çözüm üretmek birbirini tamamlayan unsurlardır.</w:t>
      </w:r>
    </w:p>
    <w:p>
      <w:pPr>
        <w:keepNext/>
      </w:pPr>
      <w:hyperlink r:id="rId202">
        <w:r>
          <w:rPr>
            <w:color w:val="1155CC"/>
            <w:u w:val="single"/>
          </w:rPr>
          <w:t>02:21:49 – 02:22:33</w:t>
        </w:r>
      </w:hyperlink>
    </w:p>
    <w:p>
      <w:r>
        <w:t>Bu kapsamda terörsüz Türkiye ve terörsüz bölge vizyonumuz da bu yaklaşımla örtüşmektedir. Terörü kalıcı bir şekilde ülkemizin gündeminden çıkarmak istiyoruz. Bölgemizin gündeminden de çıkarmak istiyoruz. Neden bunu istiyoruz? Değerli kardeşlerim, az önce zaruretten, ekonomiden bahsettim. Bakın uzun bir zamandır bölgemizde emperyalist güçler, güç odakları bu bölgede yaşayan insanları birbiriyle çatıştırıp onlar kavga ederken bölgenin kaynaklarını sömürüp götürüyorlar.</w:t>
      </w:r>
    </w:p>
    <w:p>
      <w:pPr>
        <w:keepNext/>
      </w:pPr>
      <w:hyperlink r:id="rId203">
        <w:r>
          <w:rPr>
            <w:color w:val="1155CC"/>
            <w:u w:val="single"/>
          </w:rPr>
          <w:t>02:22:33 – 02:23:15</w:t>
        </w:r>
      </w:hyperlink>
    </w:p>
    <w:p>
      <w:r>
        <w:t>Biz diyoruz ki Türkiye Cumhuriyeti olarak, kardeşleriniz olarak bu çekişmeleri bir tarafa bırakmalıyız. Etnik kavgaları, mezhebi kavgaları bir kenara bırakmalıyız. Birlik içinde olmalıyız, terörün konuşulmadığı bir bölge oluşturmalıyız ve artık kaynaklarımızı başkaları gelip sömürmemeli. Bu kaynaklar bu bölgedeki insanlar tarafından kullanılmalı. Suriye'nin kaynakları Suriyeliler için kullanılmalı. Irak'ın kaynakları Iraklılar için kullanılmalı.</w:t>
      </w:r>
    </w:p>
    <w:p>
      <w:pPr>
        <w:keepNext/>
      </w:pPr>
      <w:hyperlink r:id="rId204">
        <w:r>
          <w:rPr>
            <w:color w:val="1155CC"/>
            <w:u w:val="single"/>
          </w:rPr>
          <w:t>02:23:15 – 02:23:58</w:t>
        </w:r>
      </w:hyperlink>
    </w:p>
    <w:p>
      <w:r>
        <w:t>Libya'nın kaynakları Libya'lı kardeşlerimiz için kullanılmalı. Bunu başarmak zorundayız. Bizi birbirimize düşürüp kaynaklarımızı sömüren emperyalist odaklara vereceğimiz en güzel cevap birliğimizi, kardeşliğimizi güçlendirmek, ihtilaflarımızı bir tarafa bırakıp güç birliğiyle bu oyunu bozmaktır. Türkiye içinde de bölgemizde de bunu yapmaya kararlıyız Terörsüz Türkiye ve terörsüz bölge dediğimiz Arabıyla, Türküyle, Kürdüyle, Farsıyla hangi mezhepten, meşrepten olursa olsun</w:t>
      </w:r>
    </w:p>
    <w:p>
      <w:pPr>
        <w:keepNext/>
      </w:pPr>
      <w:hyperlink r:id="rId205">
        <w:r>
          <w:rPr>
            <w:color w:val="1155CC"/>
            <w:u w:val="single"/>
          </w:rPr>
          <w:t>02:23:59 – 02:24:46</w:t>
        </w:r>
      </w:hyperlink>
    </w:p>
    <w:p>
      <w:r>
        <w:t>Müslümanıyla, gayrimüslimiyle bu toprakların insanlarını bir araya getirmek, buluşturmak ve geleceği çok daha güçlü bir birlik zemininde inşa etmektir. Sahip olduğumuz insan kaynağını ilmi birikim ve ekonomik potansiyelde değerlendirerek Türkiye yüzyılını ve bölgemizin gönül coğrafyamızın yüzyılını hep birlikte inşa edeceğiz inşallah. Değerli katılımcılar, bugün bu sempozyumda paylaşılacak önerilerin eğitimden sosyal politikaya, ekonomiden uluslararası ilişkilere kadar geniş bir alanda yürüttüğümüz çalışmalara değerli katkılar sunacağına inanıyorum.</w:t>
      </w:r>
    </w:p>
    <w:p>
      <w:pPr>
        <w:keepNext/>
      </w:pPr>
      <w:hyperlink r:id="rId206">
        <w:r>
          <w:rPr>
            <w:color w:val="1155CC"/>
            <w:u w:val="single"/>
          </w:rPr>
          <w:t>02:24:46 – 02:25:27</w:t>
        </w:r>
      </w:hyperlink>
    </w:p>
    <w:p>
      <w:r>
        <w:t>Bu düşüncelerle sempozyumun düzenlenmesinde emeği geçen İstanbul İlim ve Kültür Vakfı Mütevelli Heyeti Başkanı Sayın Said Yüce başta olmak üzere Vakfın tüm mensuplarına, bilim ve düzenleme kurullarına, destek veren tüm kurumlarımıza siz kıymetli katılımcılara teşekkür ediyorum. Ömrünü iman, ilim ve tefekküre adayarak nesillere rehberlik eden Bediüzzaman Said-i Nursî'yi ve onun gerçek yol arkadaşlarını saygıyla yâd ediyorum.</w:t>
      </w:r>
    </w:p>
    <w:p>
      <w:pPr>
        <w:keepNext/>
      </w:pPr>
      <w:hyperlink r:id="rId207">
        <w:r>
          <w:rPr>
            <w:color w:val="1155CC"/>
            <w:u w:val="single"/>
          </w:rPr>
          <w:t>02:25:27 – 02:26:11</w:t>
        </w:r>
      </w:hyperlink>
    </w:p>
    <w:p>
      <w:r>
        <w:t>Rahmetle yâd ediyorum şunu da hatırlatmak istiyorum bir kez daha Bediüzzaman Said Nursî bu ülkenin bu toprakların insanıydı emperyalistlere karşı mücadele etti bu topraklarda mücadelesini sürdürdü birileri gibi başka ülkelere kaçıp oradan bu ülkeyi karıştırmaya çalışmadı. Sempozyumumuzun ülkemiz İslam dünyası ve tüm insanlık için hayırlara vesile olmasını diliyor Hepinizi bir kez daha</w:t>
      </w:r>
    </w:p>
    <w:p>
      <w:pPr>
        <w:keepNext/>
      </w:pPr>
      <w:hyperlink r:id="rId208">
        <w:r>
          <w:rPr>
            <w:color w:val="1155CC"/>
            <w:u w:val="single"/>
          </w:rPr>
          <w:t>02:26:12 – 02:26:32</w:t>
        </w:r>
      </w:hyperlink>
    </w:p>
    <w:p>
      <w:r>
        <w:t>saygıyla, sevgiyle, muhabbetle selamlıyorum Allah'a emanet olun Cumhurbaşkanı Yardımcımız Sayın Cevdet Yılmaz'a konuşmaları için çok teşekkür ediyoruz. Kendisine bir hediye takdimimiz olacak. İstanbul İlim Kültür Vakfı Mütevelli Heyet Başkanı Sayın Said Yüce tarafından takdim edilecek.</w:t>
      </w:r>
    </w:p>
    <w:p>
      <w:pPr>
        <w:keepNext/>
      </w:pPr>
      <w:hyperlink r:id="rId209">
        <w:r>
          <w:rPr>
            <w:color w:val="1155CC"/>
            <w:u w:val="single"/>
          </w:rPr>
          <w:t>02:26:55 – 02:27:39</w:t>
        </w:r>
      </w:hyperlink>
    </w:p>
    <w:p>
      <w:r>
        <w:t>Evet, programımız devam edecek. [Tek?] Sayın Cevdet Yılmaz'a katılımları ve kapsamlı değerlendirmeleri için çok teşekkür ediyoruz. Ve bu uluslararası sempozyumda bizimle bulunduğunuz için bir kez daha çok teşekkür ederiz. [İlk söz belirsiz] Kıymetli misafirlerimiz, programımız devam ediyor. Program akışıyla ilgili ben sizi kısaca bilgilendirmek istiyorum. Açılış ve forum programımız saat 14'te sona erecek. Öğle namazını programın hemen arkasından, AKM'nin hemen yanı başında bulunan Taksim Camii'nde</w:t>
      </w:r>
    </w:p>
    <w:p>
      <w:pPr>
        <w:keepNext/>
      </w:pPr>
      <w:hyperlink r:id="rId210">
        <w:r>
          <w:rPr>
            <w:color w:val="1155CC"/>
            <w:u w:val="single"/>
          </w:rPr>
          <w:t>02:27:39 – 02:28:20</w:t>
        </w:r>
      </w:hyperlink>
    </w:p>
    <w:p>
      <w:r>
        <w:t>hep birlikte [ifade?] edeceğiz, eda edeceğiz. İstanbul'un kalbinde yükselen Taksim Camii, bu meydanın manevi kimliğini tanımlayan müstesna bir buluşma noktası. Programın akışının aksamaması için kıymetli misafirlerimizin, sizlerin forumun sonuna kadar yerlerinde hazır bulunmaları, salondaki yerlerini muhafaza etmelerini özellikle rica ediyorum. Şimdi konuşmalarımız devam ediyor demiştik. Ömrünü Kur'an ve iman hizmetine adayan ve imanlı nesiller yetişmesine vesile olan,</w:t>
      </w:r>
    </w:p>
    <w:p>
      <w:pPr>
        <w:keepNext/>
      </w:pPr>
      <w:hyperlink r:id="rId211">
        <w:r>
          <w:rPr>
            <w:color w:val="1155CC"/>
            <w:u w:val="single"/>
          </w:rPr>
          <w:t>02:28:20 – 02:29:01</w:t>
        </w:r>
      </w:hyperlink>
    </w:p>
    <w:p>
      <w:r>
        <w:t>bu hizmetin yurdun dört yanına ulaşmasına büyük katkı sağlayan muhterem ağabeyimiz Fevzi Allahverdi'yi [kitaplarını?] sunmak üzere kürsüye davet ediyorum. Saygıdeğer ve muhterem Üstat Sayın Fevzi Allahverdi'yi kürsüye davet ediyoruz. Bu vesileyle konuşmasını yapmak üzere buyursunlar, teşekkür ederiz. Saygıdeğer ve muhterem Üstat Fevzi Allahverdi'yi kürsüye davet ediyoruz, bu vesileyle, 13. Uluslararası Said Nursî Sempozyumu vesilesiyle bir konuşma yapmaya.</w:t>
      </w:r>
    </w:p>
    <w:p>
      <w:pPr>
        <w:keepNext/>
      </w:pPr>
      <w:hyperlink r:id="rId212">
        <w:r>
          <w:rPr>
            <w:color w:val="1155CC"/>
            <w:u w:val="single"/>
          </w:rPr>
          <w:t>02:29:19 – 02:29:58</w:t>
        </w:r>
      </w:hyperlink>
    </w:p>
    <w:p>
      <w:r>
        <w:t>Selam üzerinize olsun. Rahman ve Rahîm olan Allah’ın adıyla. Hamd, âlemlerin Rabbi Allah’adır. Salât ve selam, Efendimiz Muhammed’e, ailesine ve bütün ashabına olsun. Küresel kriz ve çarelerin noktasında kardeşlerimiz birçok şeyler söylediler. Biz de şimdi bunun tarihi seyrine bakacağız ve bu tarihi seyir içerisinde Bediüzzaman 'ın yerinin ne olduğunu anlatmaya çalışacağız.</w:t>
      </w:r>
    </w:p>
    <w:p>
      <w:pPr>
        <w:keepNext/>
      </w:pPr>
      <w:hyperlink r:id="rId213">
        <w:r>
          <w:rPr>
            <w:color w:val="1155CC"/>
            <w:u w:val="single"/>
          </w:rPr>
          <w:t>02:30:00 – 02:30:42</w:t>
        </w:r>
      </w:hyperlink>
    </w:p>
    <w:p>
      <w:r>
        <w:t>İnsanlık bütün tarih boyunca üç soruyla karşı karşıya kalmış. Nereden geliyorsun? Nereye gideceksin? Burada vazifen nedir? İnsanlık bu soruyla insanlık tarihi boyunca karşı karşıya kalmış. Cenab-ı Hak bu sorulara cevap vermek için peygamberler göndermiş. Bu peygamberler kendi bulunduğu zamanlarında insanları bu üç suallerini halletmişler. Kendi ümmetlerine saadet içinde, selamet içinde yaşamayı lütfetmişler.</w:t>
      </w:r>
    </w:p>
    <w:p>
      <w:pPr>
        <w:keepNext/>
      </w:pPr>
      <w:hyperlink r:id="rId214">
        <w:r>
          <w:rPr>
            <w:color w:val="1155CC"/>
            <w:u w:val="single"/>
          </w:rPr>
          <w:t>02:30:43 – 02:31:28</w:t>
        </w:r>
      </w:hyperlink>
    </w:p>
    <w:p>
      <w:r>
        <w:t>Bu soruları... Bu seyir peygamberler sırasında gele gele peygamberimiz aleyhissalâtü vesselâm'a gelmiş. Peygamberimiz aleyhissalâtü vesselâm bu üç suale Kur'an'dan verdiği cevaplarla bütün insanlığı kendi asrında maddi imkânları çok [noksanken?] hatta içme suyunu bulamazken o asrı bir saadet asrı haline getirmiş. O asrı asr-ı saadet denilmiş. Aynı seyir seyir devam etmiş. Peygamberimizden aleyhissalâtü vesselâm sonra gelen asırlarda</w:t>
      </w:r>
    </w:p>
    <w:p>
      <w:pPr>
        <w:keepNext/>
      </w:pPr>
      <w:hyperlink r:id="rId215">
        <w:r>
          <w:rPr>
            <w:color w:val="1155CC"/>
            <w:u w:val="single"/>
          </w:rPr>
          <w:t>02:31:28 – 02:32:11</w:t>
        </w:r>
      </w:hyperlink>
    </w:p>
    <w:p>
      <w:r>
        <w:t>büyük zatlar, her asırda büyük zatlar Kur'an'dan aldığı dersle kendi asırlarını irşad etmişler. Bu üç suale müsbet cevaplar vermişler. Ve o zamanlarda İslamiyet'e gelecek tehlikeleri, yanlış fikirleri o zamanın insanlarına Kur'an'dan aldığı dersle ders vermişler ve İslamiyet'in böylece tarih boyu devamını sağlamışlar. Tarih böyle gelirken, 20. asra gelince iş birdenbire değişmiş.</w:t>
      </w:r>
    </w:p>
    <w:p>
      <w:pPr>
        <w:keepNext/>
      </w:pPr>
      <w:hyperlink r:id="rId216">
        <w:r>
          <w:rPr>
            <w:color w:val="1155CC"/>
            <w:u w:val="single"/>
          </w:rPr>
          <w:t>02:32:11 – 02:32:56</w:t>
        </w:r>
      </w:hyperlink>
    </w:p>
    <w:p>
      <w:r>
        <w:t>O zamana kadar, hem Hıristiyan dünyasında, hem İslam dünyasında insanlar, ilim yapanlar, tahsil yapanlar hep dindar oluyordu. Hem Hıristiyanlar, hem Müslümanlar en önce din ilimlerini okuyorlardı, sonra başka ilimleri okuyorlardı. Fakat 20. asra gelince Avrupa'da başlayan kiliselerle ilim adamlarının fikir adamlarının çatışmasıyla meydana gelen Fransız ihtilalini netice veren bir şeyden sonra bu tarih seyri tersine dönmüş.</w:t>
      </w:r>
    </w:p>
    <w:p>
      <w:pPr>
        <w:keepNext/>
      </w:pPr>
      <w:hyperlink r:id="rId217">
        <w:r>
          <w:rPr>
            <w:color w:val="1155CC"/>
            <w:u w:val="single"/>
          </w:rPr>
          <w:t>02:32:57 – 02:33:43</w:t>
        </w:r>
      </w:hyperlink>
    </w:p>
    <w:p>
      <w:r>
        <w:t>Eskiden cehaletten gelen dinsizlik, bu sefer ilimden, fenden ve felsefeden gelmeye başlamış. Bütün ilim kitaplarında yüzlerce profesör toplanarak Avrupa'da, bundan sonra teknik, ilim lisanından dini inanç hissettiren, inanç hatırlatan şeyleri çıkaracağız demişler. Yeniden bir ansiklopedi yazmışlar. Ondan sonra bütün bu ilim lisanı tamamen Allah inancından ayrı olarak, aksine Allah'ın yarattığı şeyleri, başka şeylere isnat ederek doğa yapar.</w:t>
      </w:r>
    </w:p>
    <w:p>
      <w:pPr>
        <w:keepNext/>
      </w:pPr>
      <w:hyperlink r:id="rId218">
        <w:r>
          <w:rPr>
            <w:color w:val="1155CC"/>
            <w:u w:val="single"/>
          </w:rPr>
          <w:t>02:33:43 – 02:34:22</w:t>
        </w:r>
      </w:hyperlink>
    </w:p>
    <w:p>
      <w:r>
        <w:t>Kendi kendine olur, sebeplerle olur, zerrelerin hareketiyle olur diye bütün ilim, teknik kitapları buna göre tanzim edilmiş. Şimdi buna ilim noktasında galebe çalmak için, bunu mağlup etmek için çok ciddi bir tahsilin yapılması icap ediyor. Asrımızdaki bütün din âlimleri buna mukabele etmeye çalışmış. Fakat Bediüzzaman Hazretleri, Cenab-ı Hak kendi dinini muhafaza etmek için Kur'an'dan bir ilim ihsan etmiş. Şimdi</w:t>
      </w:r>
    </w:p>
    <w:p>
      <w:pPr>
        <w:keepNext/>
      </w:pPr>
      <w:hyperlink r:id="rId219">
        <w:r>
          <w:rPr>
            <w:color w:val="1155CC"/>
            <w:u w:val="single"/>
          </w:rPr>
          <w:t>02:34:25 – 02:35:06</w:t>
        </w:r>
      </w:hyperlink>
    </w:p>
    <w:p>
      <w:r>
        <w:t>Bediüzzaman'ın şöyle bir ilmî seyrine şöyle bir bakacağız. En önce Kur'an'ı anlamak için İslami temel ilimleri, alet ilimlerini tahsil etmiş. Birkaç sene içinde bu tahsili bitirmiş. Ondan sonra bir, bir yere çekilerek orada İslam'ın temel kitaplarından 90 kitabı ezberlemiş, hıfzetmiş. Bu ezberlediği kitapları üç ay zarfında hafızasından tekrar ederek bu ilmi kendine mal etmiş.</w:t>
      </w:r>
    </w:p>
    <w:p>
      <w:pPr>
        <w:keepNext/>
      </w:pPr>
      <w:hyperlink r:id="rId220">
        <w:r>
          <w:rPr>
            <w:color w:val="1155CC"/>
            <w:u w:val="single"/>
          </w:rPr>
          <w:t>02:35:06 – 02:35:52</w:t>
        </w:r>
      </w:hyperlink>
    </w:p>
    <w:p>
      <w:r>
        <w:t>Ve kendi ilmî seyrini şöyle anlatmış. Kardeşlerim demiş, benim bu mahfuzatım, bu ezberlerim, bu uzun uzun zaman bu tekrarlarım beni Kur'an 'a çıkarttı. Beni Kur'an'a çıkarttı. Ben baktım ki Kur'an'ın her bir ayeti kâinatı ihata etmiş. Ondan sonra Kur'an bana kâfi geldi. Bundan sonra bu tahsil devresinden sonra Tedris devresine geçmiş. Van'da Tedris'e başlamış. Müntehi talebeleri, icazet alma derecesine gelen talebelerle uzun müddet ders okutmuş.</w:t>
      </w:r>
    </w:p>
    <w:p>
      <w:pPr>
        <w:keepNext/>
      </w:pPr>
      <w:hyperlink r:id="rId221">
        <w:r>
          <w:rPr>
            <w:color w:val="1155CC"/>
            <w:u w:val="single"/>
          </w:rPr>
          <w:t>02:35:52 – 02:36:35</w:t>
        </w:r>
      </w:hyperlink>
    </w:p>
    <w:p>
      <w:r>
        <w:t>Fakat bu dersleri okuturken dini ilimlerin yanında bazı fennî ilimleri de okumuş. Van'da valinin konağında kalmış. O gün vali bir idareci olarak dünyadaki olan hadiseleri ne biliyorsa Bediüzzaman da onları valiyle beraber o hadiseler muttali olmuş. Memleketimizdeki [anlaşılamadı] gelen gazetelerle, gelen haberlerle vali neye muttali olmuşsa kendisi de bütün o şeylere, âlem-i İslam'ın, dünyanın vaziyetine, dünyadaki durumlara daima bakmış.</w:t>
      </w:r>
    </w:p>
    <w:p>
      <w:pPr>
        <w:keepNext/>
      </w:pPr>
      <w:hyperlink r:id="rId222">
        <w:r>
          <w:rPr>
            <w:color w:val="1155CC"/>
            <w:u w:val="single"/>
          </w:rPr>
          <w:t>02:36:35 – 02:37:22</w:t>
        </w:r>
      </w:hyperlink>
    </w:p>
    <w:p>
      <w:r>
        <w:t>Şimdi bakmış ki bunlara mukabele etmek için ne yapacağız? En önce, Medresetüzzehra diye bir üniversite kurma şeyine geçmiş. Teşebbüsüne ve düşüncesine bu var. Bu Medresetüzzehra şeyi Doğu'da, Van'da, Diyarbakır'da, muhtelif yerlerde olacak. Şimdi burada, o zaman hilafet bizde, idare bizde, Osmanlı'nın idaresinde, bütün âlem-i İslam. Âlem-i İslam'da, İslam'dan ilk olarak en kabiliyetli talebeler gelip burada, bu üniversitede beraber okuyacaklar.</w:t>
      </w:r>
    </w:p>
    <w:p>
      <w:pPr>
        <w:keepNext/>
      </w:pPr>
      <w:hyperlink r:id="rId223">
        <w:r>
          <w:rPr>
            <w:color w:val="1155CC"/>
            <w:u w:val="single"/>
          </w:rPr>
          <w:t>02:37:22 – 02:38:04</w:t>
        </w:r>
      </w:hyperlink>
    </w:p>
    <w:p>
      <w:r>
        <w:t>Âlem-i İslam'ın bütün ülkelerinden en kabiliyetli talebeler burada okuyacak. Hem din ilmini, hem fennî ilimleri burada tahsil edecek. Kendi memleketinin ilk üniversite mezunu olarak memleketine dönecekler. Burada hepsi âlem-i İslam'dan gelenler birbiriyle yakından kardeş olacaklar. Bu öyle bir proje ki, bunun tatbiki için İstanbul'a geliyor. İstanbul'da bu fikirlerini söylüyor, anlatıyor, konuşuyor. İstanbul'a geldiği zaman, bazı memleketteki birlik, beraberliği bozacak şeylere bakıyor. Ayrı ayrı kulüpler kurmuşlar, ecnebiler kulüpler kurdurmuşlar.</w:t>
      </w:r>
    </w:p>
    <w:p>
      <w:pPr>
        <w:keepNext/>
      </w:pPr>
      <w:hyperlink r:id="rId224">
        <w:r>
          <w:rPr>
            <w:color w:val="1155CC"/>
            <w:u w:val="single"/>
          </w:rPr>
          <w:t>02:38:04 – 02:38:49</w:t>
        </w:r>
      </w:hyperlink>
    </w:p>
    <w:p>
      <w:r>
        <w:t>Ayrı ayrı milletler, Türk kulübü, Kürt kulübü, Ermeni kulübü, Laz kulübü, Çerkez kulübü, kulüpler kurdurmuşlar. Bu kulüpler birbirinin aleyhinde konuşuyor. Bunların önüne geçmek için İttihad-ı Muhammedî diye hepsini bir çatı altında toplamak için İttihad-ı Muhammedî'ye dahil olmuş. Bu fikirlerini yazmış, söylemiş, anlatmış. Bir de İstanbul'da medrese talebeleri, mektep talebeleri ve tekkelerin arasındaki ihtilafları birbiriyle olan, gayri samimi vaziyetlerin izale edilmesi için bu üç müesseseyi birleştirmeye, aynı çatıda toplamaya çalışmış.</w:t>
      </w:r>
    </w:p>
    <w:p>
      <w:pPr>
        <w:keepNext/>
      </w:pPr>
      <w:hyperlink r:id="rId225">
        <w:r>
          <w:rPr>
            <w:color w:val="1155CC"/>
            <w:u w:val="single"/>
          </w:rPr>
          <w:t>02:38:50 – 02:39:33</w:t>
        </w:r>
      </w:hyperlink>
    </w:p>
    <w:p>
      <w:r>
        <w:t>Sonra Birinci Dünya Harbi çıkınca Kars cephesinde Birinci Dünya Harbi'ne iştirak etmiş, bütün talebeleriyle beraber, talebelerin çoğunu şehit vermiş, kendisi de esir olarak Rusya'ya gitmiş. Rusya'dan esaretten döndükten sonra İstanbul'da, Dârü’l-Hikmeti’l-İslâmiye'ye aza olmuş. O zaman Dârü’l-Hikmeti’l-İslâmiye büyük bir akademik şey. Mehmet Akiflerin, büyük âlimlerin bulunduğu şey. Burada işaret yazdığı İşârâtü’l-İ’câz’ı, harp cephesinde yazdığı İşârâtü’l-İ’câz’ı Dârü’l-Hikmet vasıtasıyla, o zaman başkumandanın</w:t>
      </w:r>
    </w:p>
    <w:p>
      <w:pPr>
        <w:keepNext/>
      </w:pPr>
      <w:hyperlink r:id="rId226">
        <w:r>
          <w:rPr>
            <w:color w:val="1155CC"/>
            <w:u w:val="single"/>
          </w:rPr>
          <w:t>02:39:33 – 02:40:19</w:t>
        </w:r>
      </w:hyperlink>
    </w:p>
    <w:p>
      <w:r>
        <w:t>onun kağıtlarını vererek neşrine yardımcı olmasıyla İşârâtü’l-İ’câz’ı bütün müftülere Dârü’l-Hikmet vasıtasıyla göndermiş. Sonra İngilizlerin İstanbul'un istilası zamanında İngilizlere karşı mukabele etmiş, İngilizlere karşı milletin birlik beraberliğini, onlara karşı beraber olmamızı neşriyatlar yapmış. Akşamları bu Eşref Edip'in anlatmasıyla gece diyordu, gece bizleri gizli olarak topluyor, yarın gazetelere de şu başlıkları atacaksınız, şu başlıkları atacaksınız diye bizi şey yapıyordu.</w:t>
      </w:r>
    </w:p>
    <w:p>
      <w:pPr>
        <w:keepNext/>
      </w:pPr>
      <w:hyperlink r:id="rId227">
        <w:r>
          <w:rPr>
            <w:color w:val="1155CC"/>
            <w:u w:val="single"/>
          </w:rPr>
          <w:t>02:40:20 – 02:41:02</w:t>
        </w:r>
      </w:hyperlink>
    </w:p>
    <w:p>
      <w:r>
        <w:t>Böylece İngilizlere sonradan Hutuvât-ı Sitte diye İngilizlerin başına vuran bir şeyi gazetelere de neşrederek o zaman Müslümanların bir kısmı İngiliz muhipler cemiyeti kurulmuş, bazı ulema onlara meyletmiş, İngiliz anlatıyor, biz size daha fazla hürriyet tanıyacağız, biz sizi daha güzel idare edeceğiz, istediğiniz gibi hareket edeceksin diye Müslümanları kandırıyor, buna mukabele etmiş. Ankara hükümeti bunu farkına varınca bunu teşekkür için Ankara'ya çağırmışlar. Ankara'da gelmiş birinci mecliste alkışlarla karşılanmış, gene</w:t>
      </w:r>
    </w:p>
    <w:p>
      <w:pPr>
        <w:keepNext/>
      </w:pPr>
      <w:hyperlink r:id="rId228">
        <w:r>
          <w:rPr>
            <w:color w:val="1155CC"/>
            <w:u w:val="single"/>
          </w:rPr>
          <w:t>02:41:03 – 02:41:45</w:t>
        </w:r>
      </w:hyperlink>
    </w:p>
    <w:p>
      <w:r>
        <w:t>mecliste Medresetüzzehra meselesini, Şark'ta üniversite kurulma meselesini o mecliste dile getirmiş, meclis 200 mebustan 163 mebusun imzasıyla 150 bin banknot tahsisat verilmiş. Bundan sonra bu Avrupa'da dinsizliğin ilim şeklinde, ilim şekline getirilmesinden dolayı bizdeki bazı din düşmanları, kimseler bunları fırsat bularak işte Avrupa dini terk etti, ilerledi, biz de dinimizi terk ederek ilerler, bu felsefeyi memlekette işlemeye başlamışlar.</w:t>
      </w:r>
    </w:p>
    <w:p>
      <w:pPr>
        <w:keepNext/>
      </w:pPr>
      <w:hyperlink r:id="rId229">
        <w:r>
          <w:rPr>
            <w:color w:val="1155CC"/>
            <w:u w:val="single"/>
          </w:rPr>
          <w:t>02:41:46 – 02:42:28</w:t>
        </w:r>
      </w:hyperlink>
    </w:p>
    <w:p>
      <w:r>
        <w:t>Şimdi Üstad bunlara karşı biz de bu ilimleri, fennî, teknik ilimleri Avrupa'dan geldiği için Avrupa'dan geldiği gibi okutuyoruz. Onlar da tamamen şimdi bunda, şimdi ilim, teknik kitaplarında bütün Allah'ın yarattığı şeylerden bahseder fakat bunları Allah yapıyor demez. Doğa yapıyor, kendi kendine olur, tesadüfen oluyor derler. Buna karşı ancak bunda ilimle mukabele edilir diye ilimle mukabele edilir diye eserler yazmaya başlıyor. Bütün bu imansızlık fikirlerini, dünyada meydana gelmiş bu imansızlık</w:t>
      </w:r>
    </w:p>
    <w:p>
      <w:pPr>
        <w:keepNext/>
      </w:pPr>
      <w:hyperlink r:id="rId230">
        <w:r>
          <w:rPr>
            <w:color w:val="1155CC"/>
            <w:u w:val="single"/>
          </w:rPr>
          <w:t>02:42:28 – 02:43:08</w:t>
        </w:r>
      </w:hyperlink>
    </w:p>
    <w:p>
      <w:r>
        <w:t>fikirlerini yazdığı eserlerle Allah'ın izniyle Allah'ın varlığını, ahiretin varlığını, Kur'an'ın son kitap olduğunu, Peygamberimizin aleyhissalâtü vesselâm [son?] peygamber olduğunu, bütün aklî, [mantıkî?], fennî delillerle izah ediyor. Ve bu mesela kendisine, o günkü ilimleri, madde âlemini iman aleyhinde kullanırken, imana karşı kullanırken Bediüzzaman Hazretleri bu teknik ilimlerin tamamını Allah 'a iman delilleri olarak kullanıyor.</w:t>
      </w:r>
    </w:p>
    <w:p>
      <w:pPr>
        <w:keepNext/>
      </w:pPr>
      <w:hyperlink r:id="rId231">
        <w:r>
          <w:rPr>
            <w:color w:val="1155CC"/>
            <w:u w:val="single"/>
          </w:rPr>
          <w:t>02:43:08 – 02:43:50</w:t>
        </w:r>
      </w:hyperlink>
    </w:p>
    <w:p>
      <w:r>
        <w:t>Bütün teknikleri, ilimleri, iman malzemesi olarak kullanıyor. Ve böylece Allah'ın izniyle o imansızlık fikri memleketimizde izale oluyor. Sonra bu bastığı eserleri etrafa neşretmeye başlıyor. Allah'a çok şükür, bunun şeyi uzundur. Sonra bu eserleri okuyan kimseler en önce liselerden başlayarak, sonra üniversitelere intikal ederek, o imansızlık fikirlerini fikren çürütüyor. Ve böylece imanlı nesiller meydana geliyor.</w:t>
      </w:r>
    </w:p>
    <w:p>
      <w:pPr>
        <w:keepNext/>
      </w:pPr>
      <w:hyperlink r:id="rId232">
        <w:r>
          <w:rPr>
            <w:color w:val="1155CC"/>
            <w:u w:val="single"/>
          </w:rPr>
          <w:t>02:43:50 – 02:44:31</w:t>
        </w:r>
      </w:hyperlink>
    </w:p>
    <w:p>
      <w:r>
        <w:t>O imanlı nesiller memleketin kaderine, memleketin idaresine el atıyorlar. Memleketimiz ondan sonra maddi manevi de ilerlemeye başlıyor. Allah'a çok şükür bugün hem Avrupa'da o İslamiyet aleyhinde şeyler bertaraf oldu, şimdi Avrupa'nın bütün ülkelerinde bizim mescitlerimiz, camilerimiz, bütün İslami faaliyetlerimiz o zaman Rusya komünistlik zamanında dünyayı dinsiz yapacağım diye uğraşırken Allah'a çok şükür bugün o da çöktü ve bugün Rusya'da da bütün İslami hizmetler devam ediyor.</w:t>
      </w:r>
    </w:p>
    <w:p>
      <w:pPr>
        <w:keepNext/>
      </w:pPr>
      <w:hyperlink r:id="rId233">
        <w:r>
          <w:rPr>
            <w:color w:val="1155CC"/>
            <w:u w:val="single"/>
          </w:rPr>
          <w:t>02:44:31 – 02:45:14</w:t>
        </w:r>
      </w:hyperlink>
    </w:p>
    <w:p>
      <w:r>
        <w:t>Ruslardan birçok kimseleri bu imanî hakikatleri okuyarak İslam fedaisi oluyor. Cenab-ı Hak, Cenab-ı Hak hepimizi bu İslami hizmette lütfuyla, keremiyle bizi istihdam etsin. Bu insanlığa, bu muhtaç olan insanlığa bu iman hakikatlerini ulaştırmayı hepimize nasip etsin, hepimizi o yolda istihdam etsin ve bu memleketin masum çocuklarının ahirette bizden şikâyetçi olup Ya Rabbi, bunlar bize bunları bildirmediler, bunları</w:t>
      </w:r>
    </w:p>
    <w:p>
      <w:pPr>
        <w:keepNext/>
      </w:pPr>
      <w:hyperlink r:id="rId234">
        <w:r>
          <w:rPr>
            <w:color w:val="1155CC"/>
            <w:u w:val="single"/>
          </w:rPr>
          <w:t>02:45:14 – 02:45:57</w:t>
        </w:r>
      </w:hyperlink>
    </w:p>
    <w:p>
      <w:r>
        <w:t>anlatmadılar. Ahirette bizden şikâyetçi olmasından Allah muhafaza etsin. Cenab-ı Hak bu sempozyumu hazırlayanları da iştirak edenlerden de Allah ebediyen razı olsun. Hepinizi hürmetle, muhabbetle, sevgiyle selamlıyorum. Selam, Allah’ın rahmeti ve bereketi üzerinize olsun. Kıymetli hitapları için muhterem ağabeyimiz Fevzi Allahverdi'ye çok teşekkür ediyoruz. Şimdi kardeş ülke Bangladeş'ten gelen değerli bir kanaat önderini dinleyeceğiz.</w:t>
      </w:r>
    </w:p>
    <w:p>
      <w:pPr>
        <w:keepNext/>
      </w:pPr>
      <w:hyperlink r:id="rId235">
        <w:r>
          <w:rPr>
            <w:color w:val="1155CC"/>
            <w:u w:val="single"/>
          </w:rPr>
          <w:t>02:45:57 – 02:46:32</w:t>
        </w:r>
      </w:hyperlink>
    </w:p>
    <w:p>
      <w:r>
        <w:t>Bangladeş Hasanah Vakfı Başkanı Dr. Mizanur Rahman [Azari?]'yi hitaplarına sunmak üzere kürsüye davet ediyorum. Şimdi Bangladeş'ten Dr. Mizanur Rahman [Vakıf?], yahut başkanı, kürsüye davet ediyoruz, Hasanah Vakfı'nın, konuşmasını yapması için. Bangladeş'ten Hasanah Vakfı Başkanı Dr. Mizanur Rahman'ı kürsüye davet ediyoruz. Bu vesileyle konuşmasını yapmak üzere buyursunlar, teşekkür ederiz.</w:t>
      </w:r>
    </w:p>
    <w:p>
      <w:pPr>
        <w:keepNext/>
      </w:pPr>
      <w:hyperlink r:id="rId236">
        <w:r>
          <w:rPr>
            <w:color w:val="1155CC"/>
            <w:u w:val="single"/>
          </w:rPr>
          <w:t>02:46:39 – 02:47:25</w:t>
        </w:r>
      </w:hyperlink>
    </w:p>
    <w:p>
      <w:r>
        <w:t>Hoş geldiniz. Allah'ın selamı, rahmeti ve bereketi üzerinize olsun. Allah'ın adıyla. Salât ve selam Resulullah'a olsun. Şimdi: Saygıdeğer başkan, seçkin âlimler, misafirler ve değerli kardeşlerim, 13. Uluslararası Bediüzzaman Sempozyumu'nun açılışında aranızda bulunmak büyük bir şeref ve ayrıcalık,</w:t>
      </w:r>
    </w:p>
    <w:p>
      <w:pPr>
        <w:keepNext/>
      </w:pPr>
      <w:hyperlink r:id="rId237">
        <w:r>
          <w:rPr>
            <w:color w:val="1155CC"/>
            <w:u w:val="single"/>
          </w:rPr>
          <w:t>02:47:26 – 02:48:04</w:t>
        </w:r>
      </w:hyperlink>
    </w:p>
    <w:p>
      <w:r>
        <w:t>burada, bu muhteşem şehir İstanbul'da. İstanbul'a ilk gelişim. Burada olmak mutluluk verici. Bu şehrin güzelliği yalnızca camilerinde, minarelerinde, Boğaz'ında ve görkemli tarihinde değil; İstanbul'un uzun zamandır buluşma noktası olmasında da saklı, kıtaların, kültürlerin ve medeniyetlerin. Bu nedenle dünyanın dört bir yanından âlimlerin bir araya gelip birlikte düşünmesi için çok uygun bir yer.</w:t>
      </w:r>
    </w:p>
    <w:p>
      <w:pPr>
        <w:keepNext/>
      </w:pPr>
      <w:hyperlink r:id="rId238">
        <w:r>
          <w:rPr>
            <w:color w:val="1155CC"/>
            <w:u w:val="single"/>
          </w:rPr>
          <w:t>02:48:06 – 02:48:47</w:t>
        </w:r>
      </w:hyperlink>
    </w:p>
    <w:p>
      <w:r>
        <w:t>Organizatörlere, âlimlere ve kurumlara içten takdirlerimi sunuyorum; bu önemli buluşmanın gerçekleşmesi için çalışan herkese de. Hepinize çok teşekkür ediyorum. “Küresel Krizlere Kur'anî Çözümler” teması, çağımızla bundan daha yakından ilgili olamazdı. Olağanüstü bilimsel ve teknolojik ilerlemenin yaşandığı bir çağdayız. Buna rağmen insanlık, çatışma, adaletsizlik, yoksulluk ve eşitsizlikle karşı karşıya;</w:t>
      </w:r>
    </w:p>
    <w:p>
      <w:pPr>
        <w:keepNext/>
      </w:pPr>
      <w:hyperlink r:id="rId239">
        <w:r>
          <w:rPr>
            <w:color w:val="1155CC"/>
            <w:u w:val="single"/>
          </w:rPr>
          <w:t>02:48:48 – 02:49:31</w:t>
        </w:r>
      </w:hyperlink>
    </w:p>
    <w:p>
      <w:r>
        <w:t>çevresel tahribat ve toplumsal ayrışmayla, belki hepsinden önemlisi, anlam ve ahlaki yöneliş kriziyle. Kur'an bu gerçeklerden uzak değildir. O bir hidayettir, rehberdir. Yüce Allah şöyle buyurur: “Şüphesiz bu Kur'an, en doğru olana iletir.” [Arapça] Gerçekten de bu Kur'an, en doğru olana rehberlik eder. Dolayısıyla sorumluluğumuz yalnızca Kur'an'ın mesajına hayranlık duymak değildir; onun çağlar üstü ilkelerinin bugünün insanlık sorunlarını nasıl aydınlatacağını sormaktır.</w:t>
      </w:r>
    </w:p>
    <w:p>
      <w:pPr>
        <w:keepNext/>
      </w:pPr>
      <w:hyperlink r:id="rId240">
        <w:r>
          <w:rPr>
            <w:color w:val="1155CC"/>
            <w:u w:val="single"/>
          </w:rPr>
          <w:t>02:49:34 – 02:50:15</w:t>
        </w:r>
      </w:hyperlink>
    </w:p>
    <w:p>
      <w:r>
        <w:t>Bu bakımdan Üstad Bediüzzaman Said Nursî'nin mirası özellikle önemini koruyor. Onun meşhur sözüyle: “Vicdanın ışığı dinî ilimlerdir, aklın ışığı ise modern bilimlerdir.” Bu söz önemli bir hakikati ifade eder. İman ile aklın birbirinden ayrılması gerekmez. Gerçek ilerleme hem bilgiyi hem de ahlaki sorumluluğu gerektirir. Ümidim, bu sempozyumun yalnızca değerli akademik tartışmalar üretmekle kalmaması;</w:t>
      </w:r>
    </w:p>
    <w:p>
      <w:pPr>
        <w:keepNext/>
      </w:pPr>
      <w:hyperlink r:id="rId241">
        <w:r>
          <w:rPr>
            <w:color w:val="1155CC"/>
            <w:u w:val="single"/>
          </w:rPr>
          <w:t>02:50:15 – 02:50:53</w:t>
        </w:r>
      </w:hyperlink>
    </w:p>
    <w:p>
      <w:r>
        <w:t>âlimler, topluluklar ve nesiller arasındaki ilişkileri güçlendirmesi ve uygulanabilir cevaplar için ilham vermesidir, hepimizin karşılaştığı sorunlara. Allah bu buluşmayı faydalı kılsın, bütün katılımcılarına hikmet ve samimiyet versin. Bu güzel şehir İstanbul'da paylaşılan bilginin insanlığın barışına, adaletine, onuruna ve esenliğine katkıda bulunmasını nasip etsin. Organizatörleri bir kez daha tebrik ediyor, hepinize verimli ve başarılı bir sempozyum diliyorum.</w:t>
      </w:r>
    </w:p>
    <w:p>
      <w:pPr>
        <w:keepNext/>
      </w:pPr>
      <w:hyperlink r:id="rId242">
        <w:r>
          <w:rPr>
            <w:color w:val="1155CC"/>
            <w:u w:val="single"/>
          </w:rPr>
          <w:t>02:51:01 – 02:51:44</w:t>
        </w:r>
      </w:hyperlink>
    </w:p>
    <w:p>
      <w:r>
        <w:t>Şükran. Bangladeş’ten Dr. Mizanur Rahman, konuşmanız için çok teşekkür ederiz; bizimle olduğunuz için çok teşekkür ederiz. Şimdi Bangladeş'ten Pakistan'a: Dr. Prof. Abdülvehhab Abdülbaki Can'ı konuşmasını yapmaya davet edeceğiz. Kıymetli hitapları ve bu uluslararası buluşmaya katkıları için Bangladeş Hasanah Vakfı Başkanı Dr. Mizanur Rahman [Asari?]'ye çok teşekkür ediyoruz. Türkiye ile Pakistan arasındaki kardeşlik, en zor zamanlarda karşılığını bulmuş köklü bir bağdır. Bu bağ, İslam dünyasının ortak meseleleri karşısındaki dayanışma iradesini besliyor.</w:t>
      </w:r>
    </w:p>
    <w:p>
      <w:pPr>
        <w:keepNext/>
      </w:pPr>
      <w:hyperlink r:id="rId243">
        <w:r>
          <w:rPr>
            <w:color w:val="1155CC"/>
            <w:u w:val="single"/>
          </w:rPr>
          <w:t>02:51:44 – 02:52:20</w:t>
        </w:r>
      </w:hyperlink>
    </w:p>
    <w:p>
      <w:r>
        <w:t>Yakın zamanda imzalanan Mekke Anlaşması'nın da bu ittihat ruhunu daha ileriye taşımasını temenni ediyoruz. Pakistan'dan Mevlana Fazlı Rahman'a vekâleten aramızda bulunan Prof. Dr. Abdülvehhab Abdülbaki Can'ı dinleyeceğiz. Kendisi İslamabad Üniversitesi, Uluslararası İslam Üniversitesi'nde ilahiyat ve felsefe profesörü, Pakistan Camiat Ulema el-İslam'ın merkez komite üyesidir. Muhterem hocamızı hitabını sunmak üzere davet ediyoruz. Hoş geldiniz. Doktor, [belirsiz]. Teşekkür ederim.</w:t>
      </w:r>
    </w:p>
    <w:p>
      <w:pPr>
        <w:keepNext/>
      </w:pPr>
      <w:hyperlink r:id="rId244">
        <w:r>
          <w:rPr>
            <w:color w:val="1155CC"/>
            <w:u w:val="single"/>
          </w:rPr>
          <w:t>02:52:29 – 02:53:09</w:t>
        </w:r>
      </w:hyperlink>
    </w:p>
    <w:p>
      <w:r>
        <w:t>Rahman ve Rahim olan Allah'ın adıyla. Hamd, âlemlerin Rabbi Allah'a mahsustur. Salât ve selam, elçilerin en şereflisi, Peygamberimiz ve efendimiz Muhammed'e, ailesine ve ashabına, kıyamete kadar onları güzellikle izleyenlere olsun. Konumuza gelirsek: İstanbul İlim ve Kültür Vakfı Başkanı Sayın Said Yüce, Prof. Dr. Eşref Abdürrafi ed-Derfilî, sempozyumun düzenleme ve bilim kurullarının üyeleri, saygıdeğer devlet büyükleri ve âlimler, uluslararası birliklerin, üniversitelerin, merkezlerin ve ilmî kuruluşların başkanları,</w:t>
      </w:r>
    </w:p>
    <w:p>
      <w:pPr>
        <w:keepNext/>
      </w:pPr>
      <w:hyperlink r:id="rId245">
        <w:r>
          <w:rPr>
            <w:color w:val="1155CC"/>
            <w:u w:val="single"/>
          </w:rPr>
          <w:t>02:53:09 – 02:53:53</w:t>
        </w:r>
      </w:hyperlink>
    </w:p>
    <w:p>
      <w:r>
        <w:t>kıymetli âlimler ve muhterem katılımcılar, sizleri İslam'ın selamıyla selamlıyorum: Esselamu aleyküm ve rahmetullahi ve berekâtühü. Muhterem Şeyh Fazlurrahman'ın selamlarını iletmekten mutluluk duyuyorum; Pakistan Camiat Ulema el-İslam Başkanı'nın. Sizlere, hükümeti ve halkıyla Türkiye Cumhuriyeti'ne Pakistan İslam Cumhuriyeti'nin selamlarını da iletiyorum. Ortak tarihî dostluk ve kardeşlikten duyulan sevgi, takdir ve gururla dolu bir selam; hilafet döneminden bugüne Türk ve Pakistan halklarını birbirine bağlayan kardeşlikten. Pakistan halkı bu köklü tarihî bağla iftihar ediyor.</w:t>
      </w:r>
    </w:p>
    <w:p>
      <w:pPr>
        <w:keepNext/>
      </w:pPr>
      <w:hyperlink r:id="rId246">
        <w:r>
          <w:rPr>
            <w:color w:val="1155CC"/>
            <w:u w:val="single"/>
          </w:rPr>
          <w:t>02:53:53 – 02:54:36</w:t>
        </w:r>
      </w:hyperlink>
    </w:p>
    <w:p>
      <w:r>
        <w:t>Bu bağ, insani kardeşlik bağlarının somutlaştığı bir örnektir. Şu başlığı taşıyan bu ilmî buluşmada olmak iftihar vesilesidir: Çağdaş Medeniyetin Sorunlarına Kur'anî Çözümler, İmam [unvan belirsiz] Bediüzzaman Said Nursî'nin Risale-i Nur'u ışığında. Allah ona rahmet etsin. Tarihî bir dönüm noktasındayız. Burada Kur'an ve medeniyet açısından şu soru önem kazanıyor: İnsan, anlamı kaybetmeden güç ve ilerlemenin araçlarına nasıl sahip olabilir? Değerler gerilemeden medeniyet nasıl ilerleyebilir? Bilim nasıl bir inşa ve imar vasıtasına dönüşebilir,</w:t>
      </w:r>
    </w:p>
    <w:p>
      <w:pPr>
        <w:keepNext/>
      </w:pPr>
      <w:hyperlink r:id="rId247">
        <w:r>
          <w:rPr>
            <w:color w:val="1155CC"/>
            <w:u w:val="single"/>
          </w:rPr>
          <w:t>02:54:36 – 02:55:23</w:t>
        </w:r>
      </w:hyperlink>
    </w:p>
    <w:p>
      <w:r>
        <w:t>tahakküm ve bozgunculuk aracına değil? Kur'an-ı Kerim nasıl müspet, güvenli ve yapıcı çözümler sunabilir; hidayet, ıslah ve insanı inşa için canlı bir kaynak olmayı nasıl sürdürebilir? Krizlerin karmaşıklaştığı, dönüşümlerin hızlandığı, sorunların iç içe geçtiği bir çağda? Çağdaş insanın Risale-i Nur ile bağ kurmasının değeri ve acil ihtiyacı burada ortaya çıkıyor. Kaynağını Kur'an-ı Kerim ve nebevî sünnetten alan Risale-i Nur'un. O, Kur'an'ın değerli bir tefsiridir. Akla seslenebilen bir iman dili kurma çabasına örnek sunar;</w:t>
      </w:r>
    </w:p>
    <w:p>
      <w:pPr>
        <w:keepNext/>
      </w:pPr>
      <w:hyperlink r:id="rId248">
        <w:r>
          <w:rPr>
            <w:color w:val="1155CC"/>
            <w:u w:val="single"/>
          </w:rPr>
          <w:t>02:55:23 – 02:56:06</w:t>
        </w:r>
      </w:hyperlink>
    </w:p>
    <w:p>
      <w:r>
        <w:t>çağın maddi ve manevi sorularını ele alabilen bir dil. Risale-i Nur, imanı teorik bilgiden uygulamalı ahlaki ve medenî güce dönüştürmede hayret verici bir kabiliyete sahiptir. Çünkü İmam Nursî, Kur'an-ı Kerim'i yalnız ibadet amacıyla okunan bir kitap olarak ele almadı. Onu, her zaman ve mekânda insana hitap edebilen bir hidayet kitabı olarak gördü; insanın fikrî, ruhi, ahlaki ve medenî krizlerini ele alabilen bir kitap. Buradan müceddid İmam [Said ez-Zaman?] Nursî'nin çalışmasını anlayabiliriz;</w:t>
      </w:r>
    </w:p>
    <w:p>
      <w:pPr>
        <w:keepNext/>
      </w:pPr>
      <w:hyperlink r:id="rId249">
        <w:r>
          <w:rPr>
            <w:color w:val="1155CC"/>
            <w:u w:val="single"/>
          </w:rPr>
          <w:t>02:56:06 – 02:56:50</w:t>
        </w:r>
      </w:hyperlink>
    </w:p>
    <w:p>
      <w:r>
        <w:t>bir ıslah ve yenilenme projesi olarak. Özellikle imanı canlandırmaya, insanı içeriden yeniden inşa etmeye, akıl ile kalbi [uzlaştırmaya?] odaklanır; ilmi imanla buluşturur, bilgiyi ahlaki ve medenî sorumluluğa dönüştürür. Belki de İmam Nursî'nin ıslah ve yenilenme yaklaşımını en belirgin kılan, modern bilimi özünde dinin düşmanı görmemesidir. İmanı da akıl ve bilimin rakibi görmemiştir. Aksine bilimi, Allah'ın kâinattaki kanunlarını keşfetmenin yolu kılan bütünleyici bir ilişki aramıştır. İmanı ise bilgiye anlam, gaye ve sorumluluk veren bir çerçeve kılmıştır.</w:t>
      </w:r>
    </w:p>
    <w:p>
      <w:pPr>
        <w:keepNext/>
      </w:pPr>
      <w:hyperlink r:id="rId250">
        <w:r>
          <w:rPr>
            <w:color w:val="1155CC"/>
            <w:u w:val="single"/>
          </w:rPr>
          <w:t>02:56:50 – 02:57:31</w:t>
        </w:r>
      </w:hyperlink>
    </w:p>
    <w:p>
      <w:r>
        <w:t>Böylece sempozyumumuzun temel bir meselesine geliyoruz: Medeniyet krizi yalnız bilgi krizi değildir; aynı zamanda anlam, değer ve gaye krizidir. Bu, Nursî'nin Kur'an okumasının önem [kazandığı?] alanlardan biridir. Yalnız teorik cevaplar vermekle yetinmez; iman, bilinç ve sorumluluk sahibi insanı inşa etmeye çalışır. Çağa acizlik ve içe kapanmayla değil, etkin bir özne olarak yaklaşabilen insanı. Bu nedenle biz Pakistan'da, Hint alt kıtasında ve dünyanın birçok ülkesinde,</w:t>
      </w:r>
    </w:p>
    <w:p>
      <w:pPr>
        <w:keepNext/>
      </w:pPr>
      <w:hyperlink r:id="rId251">
        <w:r>
          <w:rPr>
            <w:color w:val="1155CC"/>
            <w:u w:val="single"/>
          </w:rPr>
          <w:t>02:57:31 – 02:58:10</w:t>
        </w:r>
      </w:hyperlink>
    </w:p>
    <w:p>
      <w:r>
        <w:t>İmam Bediüzzaman Said Nursî'nin ıslah ve yenilenme fikrinin diğerlerinden farklı olduğunu görüyoruz; Pakistan Camiat Ulema el-İslam düşüncesiyle buluştuğunu. Bu, güven veren, müspet, yapıcı ve uzlaştırıcı bir düşüncedir; şiddeti ve çatışmayı reddeder. Dinin kutsiyetini ve konumunu korur. Dinin siyasete değil, siyasetin dine hizmet etmesi ilkesini yerleştirir. 'Şeytandan ve siyasetten Allah'a sığınırım' düsturunu yükseltir. Bu sebeple Risale-i Nur, Pakistan'da Urduca'ya tercüme edildi.</w:t>
      </w:r>
    </w:p>
    <w:p>
      <w:pPr>
        <w:keepNext/>
      </w:pPr>
      <w:hyperlink r:id="rId252">
        <w:r>
          <w:rPr>
            <w:color w:val="1155CC"/>
            <w:u w:val="single"/>
          </w:rPr>
          <w:t>02:58:12 – 02:58:57</w:t>
        </w:r>
      </w:hyperlink>
    </w:p>
    <w:p>
      <w:r>
        <w:t>Pakistan üniversitelerinde okutulan ilmî müfredatlara girdi; üzerine yüksek lisans ve doktora araştırmaları yapıldı. Muhterem katılımcılar, fikrî ve tarihî bağı araştırırken, İmam Nursî'nin mektebi ve ıslah davetiyle ilmî ıslah hareketi arasındaki bağı, alt kıtadaki Pakistan Camiat Ulema el-İslam hareketinin, ıslah, yenilenme, terbiye kaygısındaki yakınlığı ve Kur'an ortak paydasını araştırıyoruz; ilmin ve terbiyenin önceliğini, İslami kimliği korumayı, çağın sorunlarına cevap vermeyi; İslami ve insani birliğe ulaşmanın yollarını. Pakistan Camiat Ulema el-İslam çok zor bir tarihî bağlamda doğdu;</w:t>
      </w:r>
    </w:p>
    <w:p>
      <w:pPr>
        <w:keepNext/>
      </w:pPr>
      <w:hyperlink r:id="rId253">
        <w:r>
          <w:rPr>
            <w:color w:val="1155CC"/>
            <w:u w:val="single"/>
          </w:rPr>
          <w:t>02:58:57 – 02:59:44</w:t>
        </w:r>
      </w:hyperlink>
    </w:p>
    <w:p>
      <w:r>
        <w:t>Hint alt kıtasının 19. yüzyılda yaşadığı köklü dönüşümlerin ardından. Pakistan Camiat Ulema el-İslam'ın çalışmasının başlıca hedefleri arasında, alt kıtada İslami ilimleri korumak, dinî eğitimi yeniden kurmak, âlimler yetiştirmek vardı; nesilleri Kur'an'a, hadise ve İslam'ın ilmî mirasına bağlamak. Aynı tarihî bağlam, Bediüzzaman Said Nursî'nin Anadolu'da ve İslam dünyasında karşılaştığı şu soruyla buluşur: Büyük fikrî ve medenî dönüşümler karşısında insan nasıl korunur, Müslüman insan nasıl inşa edilir? Çevreler, şartlar, araçlar ve yöntemler farklı olsa da ıslah sorusu özünde birbirine yakındı.</w:t>
      </w:r>
    </w:p>
    <w:p>
      <w:pPr>
        <w:keepNext/>
      </w:pPr>
      <w:hyperlink r:id="rId254">
        <w:r>
          <w:rPr>
            <w:color w:val="1155CC"/>
            <w:u w:val="single"/>
          </w:rPr>
          <w:t>02:59:44 – 03:00:27</w:t>
        </w:r>
      </w:hyperlink>
    </w:p>
    <w:p>
      <w:r>
        <w:t>Pakistan Camiat Ulema el-İslam'da medrese, âlim, terbiye ve şer'î ilimleri korumak öne çıktı. İmam Nursî'nin yaklaşımında ise imanı canlandırmak ve akla hitap etmek; fikrî ve maddeci şüphelerle, ateizm meseleleriyle yüzleşmek; çağla ilişki kurabilen imanlı bir şahsiyet inşa etmek öne çıktı. Bu yakınlığı, daha geniş bir yenilenme ve ıslah arayışının tarihi içinde okuyabiliriz; İslam dünyasında 19. ve 20. yüzyıllarda. Bu gayretler tek bir ülkeyle sınırlı değildi; Hint alt kıtasında, Anadolu'da, Arap dünyasında, Orta Asya'da ve başka yerlerde ortaya çıktı.</w:t>
      </w:r>
    </w:p>
    <w:p>
      <w:pPr>
        <w:keepNext/>
      </w:pPr>
      <w:hyperlink r:id="rId255">
        <w:r>
          <w:rPr>
            <w:color w:val="1155CC"/>
            <w:u w:val="single"/>
          </w:rPr>
          <w:t>03:00:27 – 03:01:12</w:t>
        </w:r>
      </w:hyperlink>
    </w:p>
    <w:p>
      <w:r>
        <w:t>Her çevre kendi sorunlarına cevap verirken, tek bir temel soruda birleşiyordu: Ümmet, özgünlüğünü kaybetmeden etkinliğini nasıl yeniden kazanır? Başkalarından kimliğini kaybetmeden nasıl yararlanır? İlmin gücüyle imanın nurunu nasıl bir araya getirir? Her ıslah mektebinin kendi tarihî bağlamı ve ilmî yöntemi, öncü isimleri, öncelikleri ve ıslah üslubu vardı. Ama başlangıç, dayanak ve hedefte buluştular: Kur'an-ı Kerim'in gayelerini gerçekleştirmek; nebevî sünnetin [istikhlafa?] ilişkin gayelerini de, Allah'ın mesajını hikmet ve güzel öğütle dünyaya ulaştırmak.</w:t>
      </w:r>
    </w:p>
    <w:p>
      <w:pPr>
        <w:keepNext/>
      </w:pPr>
      <w:hyperlink r:id="rId256">
        <w:r>
          <w:rPr>
            <w:color w:val="1155CC"/>
            <w:u w:val="single"/>
          </w:rPr>
          <w:t>03:01:12 – 03:01:53</w:t>
        </w:r>
      </w:hyperlink>
    </w:p>
    <w:p>
      <w:r>
        <w:t>Bu, mirası incelemekten mirası hayata geçirmeye yönelmemiz gerektiğini gösteriyor. Son olarak, bu mübarek sempozyumu düzenleyenlere içten teşekkür ve takdirlerimi sunuyorum; İstanbul İlim ve Kültür Vakfı'na, özellikle sempozyumun ruhu olan Dr. Eşref Abdürrafi ed-Derfilî'ye. Diğer kardeşlerimize de. Allah'tan bu buluşmamızı bereketli kılmasını diliyorum. Bizi doğru söze, isabetli araştırmaya ve faydalı amele muvaffak kılsın. Kur'an-ı Kerim'i kalplerimize nur, akıllarımıza rehber ve hayatımızı ıslah etmenin yolu kılsın.</w:t>
      </w:r>
    </w:p>
    <w:p>
      <w:pPr>
        <w:keepNext/>
      </w:pPr>
      <w:hyperlink r:id="rId257">
        <w:r>
          <w:rPr>
            <w:color w:val="1155CC"/>
            <w:u w:val="single"/>
          </w:rPr>
          <w:t>03:01:53 – 03:02:33</w:t>
        </w:r>
      </w:hyperlink>
    </w:p>
    <w:p>
      <w:r>
        <w:t>Müceddid İmam Bediüzzaman Said Nursî'nin mirasından ilham almayı nasip etsin; ümmetin diğer âlimlerinin mirasından da. İlim, iman, adalet, merhamet ve insani iş birliğine dayalı bir gelecek kurmak için. Bizi daima hayır, ilim, diyalog ve iş birliği üzerinde birleştirsin. Ümmetimize, ilmine güvenini yeniden kazanacağı bir gelecek nasip etsin; mesajının bilincini ve insanlık medeniyetine katkıda bulunma gücünü de. Güzelce dinlediğiniz için çok teşekkür ederim. Allah'ın salâtı, yarattıklarının en hayırlısı Muhammed'e, ailesine ve bütün ashabına olsun. Esselamu aleyküm ve rahmetullahi ve berekâtühü.</w:t>
      </w:r>
    </w:p>
    <w:p>
      <w:pPr>
        <w:keepNext/>
      </w:pPr>
      <w:hyperlink r:id="rId258">
        <w:r>
          <w:rPr>
            <w:color w:val="1155CC"/>
            <w:u w:val="single"/>
          </w:rPr>
          <w:t>03:02:36 – 03:03:22</w:t>
        </w:r>
      </w:hyperlink>
    </w:p>
    <w:p>
      <w:r>
        <w:t>Pakistan'dan Dr. Prof. Abdülvehhab Abdülbaki Can. Konuşmacı Dr. Prof. Abdülvehhab Abdülbaki Can'a çok teşekkürler. Pakistan'ın en önde gelen şahsiyetlerinden birinin adına konuşmasını yaptı: [Pakistan'daki?] Cemiyet-i Ulema-i İslam Başkanı, muhterem Mevlana Fazlurrahman. [Çok teşekkür ederim?] Prof. Dr. [Abdülehab Abdübaki Can'a?] konuşmaları için çok teşekkür ediyoruz. Kıymetli misafirlerimiz, şimdi Risale-i Nur'daki iman ve marifet hakikatlerini ilmî çalışmalarla ele alan ve bu hakikatleri dünyanın farklı coğrafyalarına ulaştırmak için faaliyet gösteren</w:t>
      </w:r>
    </w:p>
    <w:p>
      <w:pPr>
        <w:keepNext/>
      </w:pPr>
      <w:hyperlink r:id="rId259">
        <w:r>
          <w:rPr>
            <w:color w:val="1155CC"/>
            <w:u w:val="single"/>
          </w:rPr>
          <w:t>03:03:22 – 03:04:02</w:t>
        </w:r>
      </w:hyperlink>
    </w:p>
    <w:p>
      <w:r>
        <w:t>İstanbul İlim ve Kültür Vakfı'nı daha yakından tanıtan kısa filmi izliyoruz. Sizleri İstanbul Kültür ve İlim Vakfı'nın bu tanıtım filmini izlemeye davet ediyoruz. Bu vakıf, bu uluslararası konferansı üst üste 13. yıl düzenliyor. Bu vakıf ilme, bilgiye, düşünceye, kültüre ve medeniyete çok şey sundu. Öyleyse bu videoyu izleyelim; ardından programa devam edeceğiz. Bizimle kalın. [İlk sözler belirsiz] …önüne yeni imkânlarla birlikte yeni sorular çıkarır.</w:t>
      </w:r>
    </w:p>
    <w:p>
      <w:pPr>
        <w:keepNext/>
      </w:pPr>
      <w:hyperlink r:id="rId260">
        <w:r>
          <w:rPr>
            <w:color w:val="1155CC"/>
            <w:u w:val="single"/>
          </w:rPr>
          <w:t>03:04:03 – 03:04:47</w:t>
        </w:r>
      </w:hyperlink>
    </w:p>
    <w:p>
      <w:r>
        <w:t>Bugün bilgi çoğalıyor, teknoloji sınırları aşıyor. Fakat insan hâlâ anlam, hikmet ve istikamet arıyor. Çünkü insanın yalnızca dünyayı tanımaya değil, kendisine ve yaratılışının anlamını bilmeye de ihtiyacı var. Bediüzzaman Said Nursi, çağın bu arayışına Kur'an'ın penceresinden baktı, ilmi imanla [buluşturduk?] ve kâinatı, yaratıcısını tanıtan büyük bir kitap olarak okumayı öğretti. Risale-i Nur külliyatıyla, Kur'an'ın iman ve marifet derslerini çağın idrakine sundu. İstanbul İlim ve Kültür Vakfı, bu fikrî ve manevi mirası günümüz insanına ulaştırmak için çalışıyor.</w:t>
      </w:r>
    </w:p>
    <w:p>
      <w:pPr>
        <w:keepNext/>
      </w:pPr>
      <w:hyperlink r:id="rId261">
        <w:r>
          <w:rPr>
            <w:color w:val="1155CC"/>
            <w:u w:val="single"/>
          </w:rPr>
          <w:t>03:04:48 – 03:05:33</w:t>
        </w:r>
      </w:hyperlink>
    </w:p>
    <w:p>
      <w:r>
        <w:t>Bediüzzaman'ın “Bu zamanda nurlarla hizmet-i imaniye, her tarafta ilanatla ve muhtaç olanların nazar-ı dikkatlerini celbetmekle olur.” sözünü önemli bir hizmet ölçüsü kabul ediyor. Biz Risale-i Nur'un iman, marifet, tefekkür ve uhuvvet esaslarını anlamayı, araştırmayı, müzakere etmeyi ve hayatın farklı alanlarına taşımayı vazife biliyoruz. Çağın imanî, ahlakî ve fikrî meselelerine Kur'an ve sünnetin rehberliğinde cevaplar [alıyoruz?]. Çünkü çağımız aynı zamanda bir anlam, değer ve istikamet krizi yaşıyor. İnsanlığın daha fazla bilgi kadar hikmete, daha fazla güç kadar merhamete ihtiyacı vardır.</w:t>
      </w:r>
    </w:p>
    <w:p>
      <w:pPr>
        <w:keepNext/>
      </w:pPr>
      <w:hyperlink r:id="rId262">
        <w:r>
          <w:rPr>
            <w:color w:val="1155CC"/>
            <w:u w:val="single"/>
          </w:rPr>
          <w:t>03:05:33 – 03:06:13</w:t>
        </w:r>
      </w:hyperlink>
    </w:p>
    <w:p>
      <w:r>
        <w:t>Kuvvet yerine hakkı, menfaat yerine fazileti, çatışma yerine yardımlaşmayı, heva yerine hüdayı esas alan bir dünya tasavvurunun yolu, Kur'an'ın güneş gibi parlak hakikatlerinden geçmektedir. Bu anlayış, yıl boyunca devam eden eğitim, araştırma, yayın, kültür ve sanat faaliyetleriyle hayat buluyor. Beş Boyutlu Düşünme Programı, modern bilim ve eğitimi tevhidî bir perspektiften yeniden düşünmeyi, kâinatı mana ve hikmet boyutuyla okumayı hedefliyor. Aile Okulu, çağımızın aile meselelerine Risale-i Nur'un ilkeleri ışığında cevaplar ararken,</w:t>
      </w:r>
    </w:p>
    <w:p>
      <w:pPr>
        <w:keepNext/>
      </w:pPr>
      <w:hyperlink r:id="rId263">
        <w:r>
          <w:rPr>
            <w:color w:val="1155CC"/>
            <w:u w:val="single"/>
          </w:rPr>
          <w:t>03:06:14 – 03:06:59</w:t>
        </w:r>
      </w:hyperlink>
    </w:p>
    <w:p>
      <w:r>
        <w:t>Arapça Genç Akademisyenler Programı genç araştırmacıları Risale-i Nur üzerine akademik çalışmalar yapmaya teşvik ediyor. Akademik tez değerlendirme toplantıları, Sanattan Tevhide projesi, [Sünnet-i Seniye?] ve Hakikat gibi çalıştayları, ilimden sanata, eğitimden irşada farklı alanlarda ortak düşünce ve müzakere zeminleri oluşturuyor. Türkiye Yüzyılı Maarif Modeli çerçevesinde öğretmen ve okul yöneticilerine yönelik gönüllü eğitim seminerleri düzenleniyor. [Hakemlik?] Katre ve Arapça [Al-Nur?] dergileriyle ilmî birikim yayınlara taşınırken, Atlas Nursi projesi Bediüzzaman'ın hayatını, Risale-i Nur'u ve bunlarla ilişkili</w:t>
      </w:r>
    </w:p>
    <w:p>
      <w:pPr>
        <w:keepNext/>
      </w:pPr>
      <w:hyperlink r:id="rId264">
        <w:r>
          <w:rPr>
            <w:color w:val="1155CC"/>
            <w:u w:val="single"/>
          </w:rPr>
          <w:t>03:06:59 – 03:07:46</w:t>
        </w:r>
      </w:hyperlink>
    </w:p>
    <w:p>
      <w:r>
        <w:t>kişi, olay, mekân ve arşiv belgelerini, zaman çizgileri ve haritalarla dijital dünyaya taşıyor. Barla'dan, [Nurs'tan?], Çamdağı'na, İstanbul'dan dünyanın farklı coğrafyalarına uzanan buluşmalar, akademisyenleri, öğrencileri ve Risale-i Nur okuyucularını Kur'an hakikatleri etrafında bir araya getiriyor. Öğrencilere sağlanan burslar, zekât ve bağışlarla desteklenen çalışmalarsa bu ilim ve kardeşlik halkasını büyütüyor. Bu uluslararası hizmetin en köklü halkalarından birini Uluslararası Bediüzzaman Sempozyumları oluşturuyor. 1991'de başlayan sempozyum geleneğinde dünyanın pek çok ülkesinden akademisyenler, âlimler ve kanaat önderleri,</w:t>
      </w:r>
    </w:p>
    <w:p>
      <w:pPr>
        <w:keepNext/>
      </w:pPr>
      <w:hyperlink r:id="rId265">
        <w:r>
          <w:rPr>
            <w:color w:val="1155CC"/>
            <w:u w:val="single"/>
          </w:rPr>
          <w:t>03:07:47 – 03:08:27</w:t>
        </w:r>
      </w:hyperlink>
    </w:p>
    <w:p>
      <w:r>
        <w:t>iman, insan, eğitim, ahlak, adalet, hürriyet ve medeniyet meselelerini Kur'an ve sünnetin rehberliğinde, Bediüzzaman Said Nursi'nin eserlerinin perspektifiyle müzakere etti. İstanbul'da başlayan bu ilmî hareket zamanla farklı ülkelere yayıldı, konferanslar ve sempozyumlarla ilim ve uhuvvet köprüleri kuruldu. Ve bugün, 35 yılı aşan bu birikim yeni bir safhaya ulaşıyor. Savaşlardan göçlere, aile krizinden yalnızlığa, çevre sorunlarından ahlak ve anlam bunalımına kadar [Bu kadar?] Çağımızın meseleleri yeniden ele alınıyor.</w:t>
      </w:r>
    </w:p>
    <w:p>
      <w:pPr>
        <w:keepNext/>
      </w:pPr>
      <w:hyperlink r:id="rId266">
        <w:r>
          <w:rPr>
            <w:color w:val="1155CC"/>
            <w:u w:val="single"/>
          </w:rPr>
          <w:t>03:08:27 – 03:08:59</w:t>
        </w:r>
      </w:hyperlink>
    </w:p>
    <w:p>
      <w:r>
        <w:t>Bu çağrı 60 ülkeden, 448 kurum ve kuruluştan, 668 tebliğ başvurusuyla dünyanın dört bir yanında karşılık buldu. Gayemiz Kur'an'ın asra bakan hakikatlerini daha iyi anlamak ve Kur'an eczanesinden alınan hakikat reçeteleriyle insanlığın ortak meselelerine çözümler sunmaktır. Dün olduğu gibi bugün de ve yarın da, ilimle marifete, imanla istikamete, uhuvvetle insanlığa hizmet için.</w:t>
      </w:r>
    </w:p>
    <w:p>
      <w:pPr>
        <w:keepNext/>
      </w:pPr>
      <w:hyperlink r:id="rId267">
        <w:r>
          <w:rPr>
            <w:color w:val="1155CC"/>
            <w:u w:val="single"/>
          </w:rPr>
          <w:t>03:09:29 – 03:10:09</w:t>
        </w:r>
      </w:hyperlink>
    </w:p>
    <w:p>
      <w:r>
        <w:t>Çok kıymetli misafirlerimiz, değerli katılımcılarımız, açılış programına büyük bir ilgi gösterdiğiniz ve dikkatle takip ettiğiniz için her birinize tek tek teşekkür ediyoruz. Gerek ulusal gerek uluslararası medya ve basın [mensup ve?] kurumlarına, katılımları ve bu programı canlı yayınla duyurdukları için onlara da ayrıca teşekkür ediyoruz. Öyleyse şu anda bütün gazetecilere teşekkür ve takdirlerimizi iletmemize izin verin, medya çalışanlarına, Arap, Türk ve uluslararası kuruluşların temsilcilerine, etkinliği haberleştirip takip ettikleri, dünyanın ekranlarına aktardıkları için,</w:t>
      </w:r>
    </w:p>
    <w:p>
      <w:pPr>
        <w:keepNext/>
      </w:pPr>
      <w:hyperlink r:id="rId268">
        <w:r>
          <w:rPr>
            <w:color w:val="1155CC"/>
            <w:u w:val="single"/>
          </w:rPr>
          <w:t>03:10:09 – 03:10:52</w:t>
        </w:r>
      </w:hyperlink>
    </w:p>
    <w:p>
      <w:r>
        <w:t>ve internet üzerinden çeşitli sosyal medya platformlarında paylaştıkları için. Şimdi programın açılış bölümünden günün ana forumuna geçiyoruz. “Yeni Dünya Düzeni için Medeniyet Tasavvuru” başlıklı bu özel oturumda Prof. Dr. Nevzat Tarhan, İlmî ve Fikrî Araştırmalar Merkezi İFAM'ı temsil eden Dr. İhsan Şenocak, Suriye Arap Cumhuriyeti Müftüsü Dr. Üsame El Rifai ve Cezayir Üniversitesi'nden Prof. Dr. Ammar Ceydel konuşacak. Bu müzakere zemini 5 ve 6 Ekim'de Pullman Hotel Convention Center'da</w:t>
      </w:r>
    </w:p>
    <w:p>
      <w:pPr>
        <w:keepNext/>
      </w:pPr>
      <w:hyperlink r:id="rId269">
        <w:r>
          <w:rPr>
            <w:color w:val="1155CC"/>
            <w:u w:val="single"/>
          </w:rPr>
          <w:t>03:10:52 – 03:11:32</w:t>
        </w:r>
      </w:hyperlink>
    </w:p>
    <w:p>
      <w:r>
        <w:t>gerçekleşecek forum ve özel oturumlarla devam edecek. Sizleri bu buluşmalar hakkında kısaca bilgilendirmek istiyorum. […Tarhan, Türkiye'den / Hoş geldiniz?] Ve Cezayir Üniversitesi'nden Prof. Dr. Ammar Ceydel,</w:t>
      </w:r>
    </w:p>
    <w:p>
      <w:pPr>
        <w:keepNext/>
      </w:pPr>
      <w:hyperlink r:id="rId270">
        <w:r>
          <w:rPr>
            <w:color w:val="1155CC"/>
            <w:u w:val="single"/>
          </w:rPr>
          <w:t>03:11:32 – 03:12:15</w:t>
        </w:r>
      </w:hyperlink>
    </w:p>
    <w:p>
      <w:r>
        <w:t>Türkiye'den İlmî ve Fikrî Araştırmalar Merkezi İFAM Başkanı Dr. İhsan Şenocak. Konferansın misafirlerine, konferansın 7 Ekim'e kadar sürdüğünü hatırlatıyoruz. Yarın ve öbür gün, 5 ve 6 Ekim'de, konferansın oturum ve forumları İstanbul'da Pullman Otel'in konferans merkezinde olacak. [Teşekkürler?] 5 Ekim Pazartesi günü saat 16'da Beytülmakdis Öncüleri Derneği Başkanı Recep Songül'ün moderatörlüğünde “Uluslararası Çifte Standartlara Karşı Kur'ani Değerler: Gazze Örneği” başlıklı forum gerçekleştirilecek.</w:t>
      </w:r>
    </w:p>
    <w:p>
      <w:pPr>
        <w:keepNext/>
      </w:pPr>
      <w:hyperlink r:id="rId271">
        <w:r>
          <w:rPr>
            <w:color w:val="1155CC"/>
            <w:u w:val="single"/>
          </w:rPr>
          <w:t>03:12:15 – 03:12:59</w:t>
        </w:r>
      </w:hyperlink>
    </w:p>
    <w:p>
      <w:r>
        <w:t>Prof. Dr. Ali [Karadayi?], Dr. Ömer Faruk Korkmaz, Prof. Dr. [Arpastan?] Açıkgenç ve Prof. Dr. İsam Elbeşir bu forumda söz alacak. Aynı gün saat 17'de Amerika Birleşik Devletleri'nden Duke Üniversitesi öğretim üyesi Doçent Dr. Mustafa Tuna'nın moderatörlüğünde “Vahiy Merkezi Toplum ve Aile” forumu düzenlenecek. Dr. Mizanur Rahman [Asari?], Dr. Raniye [Avak?], Dr. [Samet Yahya Bal?] ve Dr. Berrin Göncü konuşacak. 6 Ekim Salı günü saat 16'da, Türkiye Uluslararası İslam, Bilim ve Teknoloji Üniversitesi öğretim üyesi Prof. Dr. Ahmet Temel'in moderatörlüğünde,</w:t>
      </w:r>
    </w:p>
    <w:p>
      <w:pPr>
        <w:keepNext/>
      </w:pPr>
      <w:hyperlink r:id="rId272">
        <w:r>
          <w:rPr>
            <w:color w:val="1155CC"/>
            <w:u w:val="single"/>
          </w:rPr>
          <w:t>03:12:59 – 03:13:42</w:t>
        </w:r>
      </w:hyperlink>
    </w:p>
    <w:p>
      <w:r>
        <w:t>Kur'an ve sünnet ekseninde modern çağın sosyal meselelerine çözümler konuşulacak. Dr. [Suheyb?] ve Prof. Dr. Muhammed El-Gazzali, Dr. Hamza Andreas [Zortiz?], Doçent Dr. Ahmet Kavlak ve Dr. Saadettin El-Osmani, modern toplumun meselelerini inanç, ahlak ve eğitim ilişkisi içerisinde değerlendirecek. Şimdi “Kur'an ve Sünnet Ekseninde Yeni Dünya Düzeni için Medeniyet Tasavvuru” başlıklı açılış özel programını yönetmek üzere Dr. [Aref Elinayed'i?], konuşmacıları Prof. Dr. Nevzat Tarhan, Dr. İhsan Şenocak,</w:t>
      </w:r>
    </w:p>
    <w:p>
      <w:pPr>
        <w:keepNext/>
      </w:pPr>
      <w:hyperlink r:id="rId273">
        <w:r>
          <w:rPr>
            <w:color w:val="1155CC"/>
            <w:u w:val="single"/>
          </w:rPr>
          <w:t>03:13:42 – 03:14:18</w:t>
        </w:r>
      </w:hyperlink>
    </w:p>
    <w:p>
      <w:r>
        <w:t>Dr. Üsame El Rifai ve Prof. Dr. Ammar Ceydel'i, sahneye davet ediyorum diyeceğim ama gelmişler. Hoş geldiniz, sefalar getirdiniz. Şimdi sözü Libya'dan Kelam Araştırmaları Merkezi'nden Dr. Aref Ali Nayed'e veriyoruz. […Kur'ani, medeniyet?] Dr. Aref Ali Nayed, söz sizde. Evet, programın yönetimini Dr. [Arif Alinayez'e?] bırakıyor ve hepinize istifadeli bir [müzakere ediliyor?]. Rahman ve Rahîm olan Allah'ın adıyla.</w:t>
      </w:r>
    </w:p>
    <w:p>
      <w:pPr>
        <w:keepNext/>
      </w:pPr>
      <w:hyperlink r:id="rId274">
        <w:r>
          <w:rPr>
            <w:color w:val="1155CC"/>
            <w:u w:val="single"/>
          </w:rPr>
          <w:t>03:14:24 – 03:15:09</w:t>
        </w:r>
      </w:hyperlink>
    </w:p>
    <w:p>
      <w:r>
        <w:t>Allah'a hamdolsun. Resulüne, ailesine, ashabına ve onu sevenlere salât ve selam olsun. Değerli âlimler, saygıdeğer konuklar, hanımefendiler, beyefendiler; Allah'ın selamı, rahmeti ve bereketi üzerinize olsun. Vaktimiz daraldığı için sözü uzatmayacağım. Bu oturum elli dakika sürecek. Her konuşmacımız inşallah yaklaşık on dakika konuşacak. Kısa da olsa bir müzakereye fırsat bulmaya çalışacağız.</w:t>
      </w:r>
    </w:p>
    <w:p>
      <w:pPr>
        <w:keepNext/>
      </w:pPr>
      <w:hyperlink r:id="rId275">
        <w:r>
          <w:rPr>
            <w:color w:val="1155CC"/>
            <w:u w:val="single"/>
          </w:rPr>
          <w:t>03:15:09 – 03:15:52</w:t>
        </w:r>
      </w:hyperlink>
    </w:p>
    <w:p>
      <w:r>
        <w:t>Vakit darlığı sebebiyle önce bir metin okuyarak başlamayı öneriyorum. Efendim, Şeyh İmam Bediüzzaman Nursî'nin bir kitabından... Allah ona rahmet etsin. Ardından konuşmacılarımızdan uzmanlık alanlarına göre bu bölümü değerlendirmelerini isteyeceğim. Bu yöntemi Üstad Bediüzzaman Nursî'nin yaklaşımına daha yakın görüyorum. Kendisi Risale-i Nur'un okunmasını teşvik ediyordu. Bu kitap aslında Arapça olarak yazılmıştır.</w:t>
      </w:r>
    </w:p>
    <w:p>
      <w:pPr>
        <w:keepNext/>
      </w:pPr>
      <w:hyperlink r:id="rId276">
        <w:r>
          <w:rPr>
            <w:color w:val="1155CC"/>
            <w:u w:val="single"/>
          </w:rPr>
          <w:t>03:15:52 – 03:16:37</w:t>
        </w:r>
      </w:hyperlink>
    </w:p>
    <w:p>
      <w:r>
        <w:t>Adı Mesnevî-i Arabî-i Nûrî'dir. Mısır baskısında, 49. sayfada, İmam Nursî şöyle diyor: “Mesnevî-i Arabî-i Nûrî'nin, Risale-i Nur'un fidanlığı ve filizleri olduğu anlaşılmıştır.” Bu son derece önemlidir. Yani bu kitap, Risale-i Nur'un dallanıp geliştiği fidanlıktır. Dolayısıyla büyük önem taşır. Eseri tahkik eden hocam ve şeyhim İhsan Kasım Salihî'yi selamlıyorum.</w:t>
      </w:r>
    </w:p>
    <w:p>
      <w:pPr>
        <w:keepNext/>
      </w:pPr>
      <w:hyperlink r:id="rId277">
        <w:r>
          <w:rPr>
            <w:color w:val="1155CC"/>
            <w:u w:val="single"/>
          </w:rPr>
          <w:t>03:16:37 – 03:17:17</w:t>
        </w:r>
      </w:hyperlink>
    </w:p>
    <w:p>
      <w:r>
        <w:t>Basımına ve çeşitli dillere çevrilmesine nezaret eden herkesi de selamlıyorum. Bu kitapta dikkat çekici bölümler var. Bazı güçlüklerin, bazı meselelerin bulunduğunu gösteren bölümler... Biz bu çağda çözümler arıyoruz. Fakat çözümler, eczaneye gidip kolayca bir ilaç almak gibi hemen gelmez. İmamın sözünü ettiği güçlükler var: Hem telif etmenin hem de okumanın güçlükleri.</w:t>
      </w:r>
    </w:p>
    <w:p>
      <w:pPr>
        <w:keepNext/>
      </w:pPr>
      <w:hyperlink r:id="rId278">
        <w:r>
          <w:rPr>
            <w:color w:val="1155CC"/>
            <w:u w:val="single"/>
          </w:rPr>
          <w:t>03:17:18 – 03:18:03</w:t>
        </w:r>
      </w:hyperlink>
    </w:p>
    <w:p>
      <w:r>
        <w:t>Telif güçlüğü hakkında, İmam Nursî'nin yazılarındaki en dikkat çekici bölümlerden biri var. Allah ona rahmet etsin, şöyle diyor: “Keza...” Bu, 51. sayfada. “Keza, bu risalenin ifadelerini kendi tercihimle senin için zorlaştırdığımı sanma. Bu risale, hayret verici bir zamanda nefsimle yaptığım ani konuşmalardır. Kelimeler büyük bir mücadele sırasında doğdu;</w:t>
      </w:r>
    </w:p>
    <w:p>
      <w:pPr>
        <w:keepNext/>
      </w:pPr>
      <w:hyperlink r:id="rId279">
        <w:r>
          <w:rPr>
            <w:color w:val="1155CC"/>
            <w:u w:val="single"/>
          </w:rPr>
          <w:t>03:18:03 – 03:18:41</w:t>
        </w:r>
      </w:hyperlink>
    </w:p>
    <w:p>
      <w:r>
        <w:t>nurlarla ateşlerin çarpıştığı bir kasırga gibi. Başım bir anda zirveden [en aşağıya?], [en aşağıdan?] zirveye, topraktan [yıldızlara?] yuvarlanıyordu. Çünkü akıl ile kalp arasındaki berzahta daha önce yürünmemiş bir yola girmiştim.” Yani bu zat, bu müstesna imam, Allah ona rahmet etsin, mücadele ediyordu. Kendi içinde yüzleşiyor, kendi içinde hesaplaşıyordu; Emevî Camii'nde sözünü ettiği “ben”in içinde.</w:t>
      </w:r>
    </w:p>
    <w:p>
      <w:pPr>
        <w:keepNext/>
      </w:pPr>
      <w:hyperlink r:id="rId280">
        <w:r>
          <w:rPr>
            <w:color w:val="1155CC"/>
            <w:u w:val="single"/>
          </w:rPr>
          <w:t>03:18:43 – 03:19:12</w:t>
        </w:r>
      </w:hyperlink>
    </w:p>
    <w:p>
      <w:r>
        <w:t>Risaleleri ve bu Mesnevî hakkında şöyle diyor: “Ondan faydalandıysan mutlaka bana bir Fatiha veya Allah rızası için samimi bir dua armağan et.” Burada bulunan bu iyi, güzel insanların huzurunda fırsatı değerlendirelim. Onun, bütün ağabeylerin, Risale-i Nur talebelerinin ruhlarına Fatiha okuyalım. Bütün Müslüman erkek ve kadınlara, bizim ve tüm Müslümanların ölülerine... Fatiha. Bismillah.</w:t>
      </w:r>
    </w:p>
    <w:p>
      <w:pPr>
        <w:keepNext/>
      </w:pPr>
      <w:hyperlink r:id="rId281">
        <w:r>
          <w:rPr>
            <w:color w:val="1155CC"/>
            <w:u w:val="single"/>
          </w:rPr>
          <w:t>03:19:25 – 03:20:10</w:t>
        </w:r>
      </w:hyperlink>
    </w:p>
    <w:p>
      <w:r>
        <w:t>Fatiha okuyarak bir başlangıç yapıyor, Yüce Allah'tan yardım diliyoruz. Bugünkü oturumumuzda bizimle, psikoloji alanının önemli bir ismi, psikiyatri ve neuroscience, yani sinir bilimlerinin önemli bir ismi var. Bu alanlardaki en önemli hastanenin kurucusu, ayrıca önemli üniversitelerden Üsküdar Üniversitesinin kurucusu, değerli hocamız Nevzat Tarhan. Size, bu bölümü nasıl değerlendirdiğinizi sormak istiyorum.</w:t>
      </w:r>
    </w:p>
    <w:p>
      <w:pPr>
        <w:keepNext/>
      </w:pPr>
      <w:hyperlink r:id="rId282">
        <w:r>
          <w:rPr>
            <w:color w:val="1155CC"/>
            <w:u w:val="single"/>
          </w:rPr>
          <w:t>03:20:10 – 03:20:50</w:t>
        </w:r>
      </w:hyperlink>
    </w:p>
    <w:p>
      <w:r>
        <w:t>Uzmanlığınız açısından... Önce Arapça, sonra İngilizce okuyacağım. İfâde-i Meram'ın 222. sayfasında şöyle diyor: “Diyorum ki: Allah'ın izniyle bunlar kaybolmayacak.” Eserleri kaybolmayacak. “Bir zaman gelecek; düşünen dindarların çoğu bunları anlayacak.” Öyle bir zaman gelecek ki düşünen dindarların çoğu... Her şeyin anahtarları elinde olan Allah dilerse... İnşallah. “Çünkü bu meselelerin çoğu...” Ele aldığı bu konuların çoğu... “İlaçlardır.”</w:t>
      </w:r>
    </w:p>
    <w:p>
      <w:pPr>
        <w:keepNext/>
      </w:pPr>
      <w:hyperlink r:id="rId283">
        <w:r>
          <w:rPr>
            <w:color w:val="1155CC"/>
            <w:u w:val="single"/>
          </w:rPr>
          <w:t>03:20:50 – 03:21:34</w:t>
        </w:r>
      </w:hyperlink>
    </w:p>
    <w:p>
      <w:r>
        <w:t>Bunlar ilaçtır. “Onları nefsimde denedim.” Onları kendi üzerimde denedim. “Bunları bana hikmetli Kur'an verdi.” Bana bunlar hikmetli Kur'an tarafından verildi. “Fakat insanlar bunları benim anladığım gibi bütünüyle anlayamayabilir.” Belki benim anladığım şekilde tam olarak anlayamazlar. Neden? İşte size sormak istediğim de bu. “Çünkü nefsim kötü tercihleri yüzünden baştan ayağa...” Başımdan ayağıma kadar... “Türlü yaralarla [kaplıdır?].” Pek çok yarası vardır; çeşitli, farklı yaralar.</w:t>
      </w:r>
    </w:p>
    <w:p>
      <w:pPr>
        <w:keepNext/>
      </w:pPr>
      <w:hyperlink r:id="rId284">
        <w:r>
          <w:rPr>
            <w:color w:val="1155CC"/>
            <w:u w:val="single"/>
          </w:rPr>
          <w:t>03:21:34 – 03:22:22</w:t>
        </w:r>
      </w:hyperlink>
    </w:p>
    <w:p>
      <w:r>
        <w:t>“Kalbi sağlıklı olan kişi...” Sağlıklı bir kalbe sahip olan, “Panzehirin etki derecesini anlayamaz...” İlacın etkisinin derecesini anlayamaz, “Hasta olanda.” Hasta olana uygulandığında... “Nefis arzusunun yılanınca [sokulmuş?] olanın anladığı gibi.” Arzu yılanı yüzünden hasta olanın anladığı gibi... Söylediği şu, diyor ki: Ben yaralıyım. Dolayısıyla bu ilaçlar hakkında söylediklerim sağlıklı insanlar tarafından anlaşılmayabilir. Ümmetin bugünkü durumunda, bence topluca bir travma ve isterseniz travma sonrası sendrom diyelim, onu yaşıyoruz.</w:t>
      </w:r>
    </w:p>
    <w:p>
      <w:pPr>
        <w:keepNext/>
      </w:pPr>
      <w:hyperlink r:id="rId285">
        <w:r>
          <w:rPr>
            <w:color w:val="1155CC"/>
            <w:u w:val="single"/>
          </w:rPr>
          <w:t>03:22:22 – 03:23:05</w:t>
        </w:r>
      </w:hyperlink>
    </w:p>
    <w:p>
      <w:r>
        <w:t>Bunu bize biraz açar mısınız? Risale-i Nur, terapi ve psikoterapi olarak nasıl bir işlev görebilir? Hatta sinirsel yolların değişiminde? İyileşmek için ne yapabilir? Bugün onun dönemindekinden daha yaralı olduğumuz için belki de, Belki de şimdi söylediklerine hazırız demesi ne anlama geliyor? Mümkünse bizi aydınlatın, lütfen. Bismillahirrahmanirrahim. Önce ben bu sempozyumu düzenleyenlere, emeği geçen herkese teşekkür etmek, tebrik etmek istiyorum.</w:t>
      </w:r>
    </w:p>
    <w:p>
      <w:pPr>
        <w:keepNext/>
      </w:pPr>
      <w:hyperlink r:id="rId286">
        <w:r>
          <w:rPr>
            <w:color w:val="1155CC"/>
            <w:u w:val="single"/>
          </w:rPr>
          <w:t>03:23:06 – 03:23:50</w:t>
        </w:r>
      </w:hyperlink>
    </w:p>
    <w:p>
      <w:r>
        <w:t>Sayın Aref Ali Nayed Hocamız çok önemli bir yerden başladı. Benim mesleki olarak, hastalıklara deva olarak, kalplerdeki hastalıklara Bediüzzaman Hazretleri ne yaptı da bu kadar tesirli olabildi? Ne yaptı tesirli olabildi? Ben hep şunu düşünmüşümdür. En büyük, Bediüzzaman Said Nursi'nde ben en çok tespit ettiğim, tek başına Barla'da 28 sene süren bir çile var. Ve devlet kurumları onu tarassud</w:t>
      </w:r>
    </w:p>
    <w:p>
      <w:pPr>
        <w:keepNext/>
      </w:pPr>
      <w:hyperlink r:id="rId287">
        <w:r>
          <w:rPr>
            <w:color w:val="1155CC"/>
            <w:u w:val="single"/>
          </w:rPr>
          <w:t>03:23:50 – 03:24:30</w:t>
        </w:r>
      </w:hyperlink>
    </w:p>
    <w:p>
      <w:r>
        <w:t>ediyor, dünyayla irtibat kurması kısıtlanmış, yasaklanmış, tek başına. Ve şu anda yazdığı eserler 50'nin üzerinde ülkede okunuyor ve 13. Bediüzzaman Sempozyumu yapılıyor. Ve biz üniversite olarak RINAP diye Risale-i Nur Araştırma Platformu diye platform kurduk. Ve bununla ilgili akademik alanda da Risale-i Nur'un getirdiği subjektif paradigma nedir? Said Nursi ne yapmış da insanları hiç arkasında servet</w:t>
      </w:r>
    </w:p>
    <w:p>
      <w:pPr>
        <w:keepNext/>
      </w:pPr>
      <w:hyperlink r:id="rId288">
        <w:r>
          <w:rPr>
            <w:color w:val="1155CC"/>
            <w:u w:val="single"/>
          </w:rPr>
          <w:t>03:24:30 – 03:25:19</w:t>
        </w:r>
      </w:hyperlink>
    </w:p>
    <w:p>
      <w:r>
        <w:t>yokken, devlet yokken nasıl da etkilemiş diye düşündüğümüzde insan psikolojisi olarak bu dünyada çok az örneği olan bir durum. En büyük gördüğüm beni etkileyen şahsi çıkarsızlık şekliyle hareket etmesi. Şahsi çıkarsızlık hareket etmesi istiğna düsturu çok önemli bir düstur onun. Hiç kimseden bir şey almaması, hediye almamış. Hediye getirenlerin de bunun karşılığında ücretini vermiş. Hiçbir zaman almamış. Şahsi vefat ettiğinde de yanında birkaç tane çaydanlıktan başka hiçbir şeyi bırakmamış.</w:t>
      </w:r>
    </w:p>
    <w:p>
      <w:pPr>
        <w:keepNext/>
      </w:pPr>
      <w:hyperlink r:id="rId289">
        <w:r>
          <w:rPr>
            <w:color w:val="1155CC"/>
            <w:u w:val="single"/>
          </w:rPr>
          <w:t>03:25:19 – 03:26:02</w:t>
        </w:r>
      </w:hyperlink>
    </w:p>
    <w:p>
      <w:r>
        <w:t>Sadece eserlerini bırakmış. Bir de şerefini, asaletini bırakmış. Ve bu Bediüzzaman Hazretleri'nin bu etkilemesinin bunun sırrını ihlas ahlakına bağlıyorum ben. En büyük güç ihlastır. Hakikati arıyorsanız ihlasta bulacaksınız diyor. İhlası yalnız şöyle tarif ediyor, samimi ihlas diyor. İhlas Allah'ın rızası için bir şey yapmaktır. Fakat samimi ihlas derken, ihlas manasını kuvvetlendiriyor. İçten olması, gönülden olması, buradaki niyeti.</w:t>
      </w:r>
    </w:p>
    <w:p>
      <w:pPr>
        <w:keepNext/>
      </w:pPr>
      <w:hyperlink r:id="rId290">
        <w:r>
          <w:rPr>
            <w:color w:val="1155CC"/>
            <w:u w:val="single"/>
          </w:rPr>
          <w:t>03:26:02 – 03:26:43</w:t>
        </w:r>
      </w:hyperlink>
    </w:p>
    <w:p>
      <w:r>
        <w:t>Ben şu hadis-i şerifle, aleyhissalatü vesselam, peygamberim şu hadis-i şerifle bunu izah etmeye çalışıyorum. Ki hadisi kutsi büyük ihtimal iyi niyet ve güzel gayretiniz varsa onun tamamlayıcısı benim diyor Cenab-ı Hak. İyi niyet ve güzel gayretiniz varsa tamamlayıcısı benim. Bediüzzaman Said Nursi ihlas hareketiyle, düsturuyla hareket ediyor. Bu bir iyi niyet, samimiyet var burada. Hiç dış ekran vitrine oynama yok, alkış peşinde koşmak yok, şöhret, merakı yok.</w:t>
      </w:r>
    </w:p>
    <w:p>
      <w:pPr>
        <w:keepNext/>
      </w:pPr>
      <w:hyperlink r:id="rId291">
        <w:r>
          <w:rPr>
            <w:color w:val="1155CC"/>
            <w:u w:val="single"/>
          </w:rPr>
          <w:t>03:26:43 – 03:27:26</w:t>
        </w:r>
      </w:hyperlink>
    </w:p>
    <w:p>
      <w:r>
        <w:t>Tamamen fîsebilillah, tamamen rıza-i İlahiye'ye uygun hareket ediyor ve bunu yaparken gayret, iyi niyet ve güzel gayret diyor. Güzel gayret ne? Bediüzzaman Hazretleri'nin yaptığı en büyük güzel gayret düsturu müspet hareket. İhlas [cihazına?] yazmış. Gıybet yok. Başkalarının ayağını kaydırmak yok. Hile ve entrika yok. En büyük hileyi hilesizlikte buldum diyor. Ve şeytanın ve siyasetin şerrinden Allah'a sığınırım diyor. Bütün bunlar aslında tam bir şahsi çıkarsızlık ve</w:t>
      </w:r>
    </w:p>
    <w:p>
      <w:pPr>
        <w:keepNext/>
      </w:pPr>
      <w:hyperlink r:id="rId292">
        <w:r>
          <w:rPr>
            <w:color w:val="1155CC"/>
            <w:u w:val="single"/>
          </w:rPr>
          <w:t>03:27:26 – 03:28:09</w:t>
        </w:r>
      </w:hyperlink>
    </w:p>
    <w:p>
      <w:r>
        <w:t>rıza-i İlahiye'yi gaye-i maksat yapmış. Bu sır olunca aklıma hep Gandhi'nin bir sözü geliyor. Gandhi diyor ki, tek başına sen İngilizlerle nasıl mücadele edeceksin? Ben yalnız değilim ki, yanında Tanrı olan tek kişilik çoğunluktur. Ve Bediüzzaman tek kişilik çoğunluk olarak dünyaya tek başına hakikatten anlatmaya çalışmış ve bunda görüyoruz ki bütün dünyada, üniversitelerde, Filipin'den tutun da Kuzey Amerika'ya kadar her tarafta kendisininle ilgili</w:t>
      </w:r>
    </w:p>
    <w:p>
      <w:pPr>
        <w:keepNext/>
      </w:pPr>
      <w:hyperlink r:id="rId293">
        <w:r>
          <w:rPr>
            <w:color w:val="1155CC"/>
            <w:u w:val="single"/>
          </w:rPr>
          <w:t>03:28:09 – 03:28:52</w:t>
        </w:r>
      </w:hyperlink>
    </w:p>
    <w:p>
      <w:r>
        <w:t>dershaneler açılmış, yurtlar açılmış, evler açılmış insanlar dertlerine çare buluyorlar. Ve bu asrın manevi yaralarına çözüm üretiyor. Ve bunu yaparken akılla kalbi birleştiriyor. Sadece eski ilmi kelamcıların yaptığı gibi işte Maturidi, Eşari, Mutezile gibi hep böyle mezheplerin birbirleriyle eksiklerini düzeltmeye çalışmak yerine tamamen yeni ilmi kelam yolu açmış. Yeni ilmi kelam demek bu asrın dine gelen şüpheleri, imana</w:t>
      </w:r>
    </w:p>
    <w:p>
      <w:pPr>
        <w:keepNext/>
      </w:pPr>
      <w:hyperlink r:id="rId294">
        <w:r>
          <w:rPr>
            <w:color w:val="1155CC"/>
            <w:u w:val="single"/>
          </w:rPr>
          <w:t>03:28:52 – 03:29:33</w:t>
        </w:r>
      </w:hyperlink>
    </w:p>
    <w:p>
      <w:r>
        <w:t>gelen şüpheleri yeni metotlarla, hiç aradaki eski ihtilafları bir kenara bırakıp tamamen yeni metotlarla yeniden anlatmak, bir tecdit hareketi oluşmuş. Bu tecdit hareketi de daha sonra tutmuş. Bu şu anda onun hakkında yüksek lisans tezleri, doktora tezleri yapıldı. Biz üniversite olarak bir doktora tezinde, Diyarbakır Üniversitesi'nden, Dicle Üniversitesi'nden birisinin tezinde yayınladık böyle. Ve çok ciddi çalışmalar var. Bu gösteriyor ki Bediüzzaman Said [söz belirsiz], bana bir gün</w:t>
      </w:r>
    </w:p>
    <w:p>
      <w:pPr>
        <w:keepNext/>
      </w:pPr>
      <w:hyperlink r:id="rId295">
        <w:r>
          <w:rPr>
            <w:color w:val="1155CC"/>
            <w:u w:val="single"/>
          </w:rPr>
          <w:t>03:29:34 – 03:30:15</w:t>
        </w:r>
      </w:hyperlink>
    </w:p>
    <w:p>
      <w:r>
        <w:t>şöyle bir örnekle de izin verirseniz onu da anlatmak istiyorum. Ben bir gün böyle eski Diyanet İşleri Başkanlarımızın biri bir Diyanet İşleri'ne bana Değişen Dünya ve Gençlik diye konferansa çağırdı. O konferansta ben ilmi kelamı lise seviyesine indirmemiz lazım dedim. O zaman tabii hiçbir geri dönüş almadım. Daha sonra başka bir Diyanet İşleri Başkanımız'a sordum böyle dedim. Dedim ne yapılabilir bu konuda? Aslında ben de senin gibi düşünüyorum. Fakat İlmi Kelam, İmam-ı Gazali Hazretleri diyor ki İlmi Kelam havas ilmidir.</w:t>
      </w:r>
    </w:p>
    <w:p>
      <w:pPr>
        <w:keepNext/>
      </w:pPr>
      <w:hyperlink r:id="rId296">
        <w:r>
          <w:rPr>
            <w:color w:val="1155CC"/>
            <w:u w:val="single"/>
          </w:rPr>
          <w:t>03:30:15 – 03:30:59</w:t>
        </w:r>
      </w:hyperlink>
    </w:p>
    <w:p>
      <w:r>
        <w:t>Havas ilmi ancak havas arasında konuşulur. Lise seviyesine bunu indirmek biraz tehlikeli görüyor. Onun için bu konuya sıcak bakmıyor. Peki dedim İmam-ı Gazali Hazretleri bu zamana gelseydi hangi metodu uygulardı? İmam-ı Gazali Hazretleri bu zamana gelseydi, İmam-ı Gazali Hazretleri, Abdülkadir Geylani Hazretleri ve Muhyiddin Arabi Hazretleri'nin hepsinin birleşmiş bir sentezi olan Bediüzzaman Said Nursi'nin çözümünü kabul ederdi. Ve bu yeni ilmi kelam dediğimiz bu yani eğer nasıl kısmet olur yüksek lisans</w:t>
      </w:r>
    </w:p>
    <w:p>
      <w:pPr>
        <w:keepNext/>
      </w:pPr>
      <w:hyperlink r:id="rId297">
        <w:r>
          <w:rPr>
            <w:color w:val="1155CC"/>
            <w:u w:val="single"/>
          </w:rPr>
          <w:t>03:30:59 – 03:31:39</w:t>
        </w:r>
      </w:hyperlink>
    </w:p>
    <w:p>
      <w:r>
        <w:t>enstitü kurulur yüksek lisans programlar başlatırsak yeni ilmi kelamı yüksek lisans ana bilim dalı olarak açıp yüksek lisans tezi yaptırmayı düşünüyoruz inşallah bu vesileyle. bunu da ııı inşallah. Bir ııı niyet olarak üniversitenin senatosundan oy birliğiyle geçti bu. Iıı ııı Risale-i Nur Enstitüsü veyahut da Bediüzzaman Said Nursî Enstitüsü kurulması kararı şu anda YÖK'te bekliyor. İnşallah dinleyenlerin buradaki katılanların ııı dualarıyla o hakikat gerçekleşir. Teşekkürler hocam.</w:t>
      </w:r>
    </w:p>
    <w:p>
      <w:pPr>
        <w:keepNext/>
      </w:pPr>
      <w:hyperlink r:id="rId298">
        <w:r>
          <w:rPr>
            <w:color w:val="1155CC"/>
            <w:u w:val="single"/>
          </w:rPr>
          <w:t>03:31:41 – 03:32:21</w:t>
        </w:r>
      </w:hyperlink>
    </w:p>
    <w:p>
      <w:r>
        <w:t>İmam, İmam, Profesör Doktor İhsan Şenocak… [İngilizce] Muhterem hocam, [mahcup oluyorum?]. Yani benim sizden ders almam gerekir. Siz önde gelen isimlerdensiniz, İslam'a davette ve din eğitiminde, Kur'an, hadis, fıkıh ve tefsirde. Allah'ın lütfuyla sizin ve öğrencilerinizin gayretleri, bu mübarek ülkede imamların yetişmesinde önemli bir dönüşüm sağladı. Bunun için size teşekkür ediyoruz.</w:t>
      </w:r>
    </w:p>
    <w:p>
      <w:pPr>
        <w:keepNext/>
      </w:pPr>
      <w:hyperlink r:id="rId299">
        <w:r>
          <w:rPr>
            <w:color w:val="1155CC"/>
            <w:u w:val="single"/>
          </w:rPr>
          <w:t>03:32:22 – 03:33:07</w:t>
        </w:r>
      </w:hyperlink>
    </w:p>
    <w:p>
      <w:r>
        <w:t>Aynı İfâde-i Meram'daki bir bölüm hakkında size danışmak istiyorum. Risale-i Nur'u okumanın güçlüğünden söz ediyor. İmam şöyle diyor: “Ayrıca, karşımdaki dinleyenin makamında değil, kendi yerimde konuşuyorum; kendilerini dinleyicinin yerine koyan diğer konuşmacıların aksine. Kitabımın yüzü bana, tersi ve aksi ise dinleyene dönük oluyor. Böylece aynadan okur gibi oluyor ve bu ona güç geliyor. Ben onun yerine gitmiyorsam, o hayalini bana göndersin;</w:t>
      </w:r>
    </w:p>
    <w:p>
      <w:pPr>
        <w:keepNext/>
      </w:pPr>
      <w:hyperlink r:id="rId300">
        <w:r>
          <w:rPr>
            <w:color w:val="1155CC"/>
            <w:u w:val="single"/>
          </w:rPr>
          <w:t>03:33:07 – 03:33:49</w:t>
        </w:r>
      </w:hyperlink>
    </w:p>
    <w:p>
      <w:r>
        <w:t>onu başımdaki gözümde misafir edeyim ki benim gördüğüm gibi görsün.” Siz eğitim ve öğretim çalışmalarınızda, bugün bu zor zamanda öğrencilerimizi bu mertebeye nasıl ulaştırabiliriz? Bu yüksek bir mertebe: Müellifin gördüğü gibi görmek. Nursî'nin, Allah ona rahmet etsin, gördüğü gibi görmek; İmam Gazzâlî'nin, Allah ona rahmet etsin, gördüğü gibi görmek; İmam Bâkıllânî, İmam Mâtürîdî veya İmam Nesefî'nin gördüğü gibi görmek. Onların gördüğü gibi nasıl görebiliriz?</w:t>
      </w:r>
    </w:p>
    <w:p>
      <w:pPr>
        <w:keepNext/>
      </w:pPr>
      <w:hyperlink r:id="rId301">
        <w:r>
          <w:rPr>
            <w:color w:val="1155CC"/>
            <w:u w:val="single"/>
          </w:rPr>
          <w:t>03:33:49 – 03:34:31</w:t>
        </w:r>
      </w:hyperlink>
    </w:p>
    <w:p>
      <w:r>
        <w:t>Kelâmın başka bir terimiyle, bugün nazar ilmini nasıl yenileyebiliriz? Ehl-i sünnetin düşünürleri, kelâm ve usul imamları gibi bakıp düşünebilmek için. Pedagoji veya öğretim yöntemleri bakımından buna nasıl ulaşırız? Değerli hocamıza teşekkür ediyoruz. Rahman ve Rahim olan Allah'ın adıyla. Hamd yalnız Allah'a; salât ve selam, kendisinden sonra peygamber gelmeyecek olana. Muhterem hazirûn, hocalarım, kardeşlerim Hepinize hürmet ve muhabbetlerimi arz ediyorum</w:t>
      </w:r>
    </w:p>
    <w:p>
      <w:pPr>
        <w:keepNext/>
      </w:pPr>
      <w:hyperlink r:id="rId302">
        <w:r>
          <w:rPr>
            <w:color w:val="1155CC"/>
            <w:u w:val="single"/>
          </w:rPr>
          <w:t>03:34:31 – 03:35:12</w:t>
        </w:r>
      </w:hyperlink>
    </w:p>
    <w:p>
      <w:r>
        <w:t>Hocamızın ifadeleri çerçevesinde Birkaç kelam inşallah müsaadelerinizle sizlere arz edeceğim Evvela şunu biz biliyoruz ki, bu ümmetin şerefi, itibarı Kur 'an-ı Kerim'dedir. Allah Teala buyuruyor, Size, içinde zikrinizin bulunduğu bir kitap indirdik. Sizin şerefiniz, itibarınız, onurunuz Kur'an-ı Kerim'dedir. Elif, Lâm, Râ. Bu, insanları Rablerinin izniyle karanlıklardan aydınlığa çıkarman</w:t>
      </w:r>
    </w:p>
    <w:p>
      <w:pPr>
        <w:keepNext/>
      </w:pPr>
      <w:hyperlink r:id="rId303">
        <w:r>
          <w:rPr>
            <w:color w:val="1155CC"/>
            <w:u w:val="single"/>
          </w:rPr>
          <w:t>03:35:12 – 03:35:54</w:t>
        </w:r>
      </w:hyperlink>
    </w:p>
    <w:p>
      <w:r>
        <w:t>için sana indirdiğimiz kitaptır. Allah-u Teala Peygamber Aleyhisselatü Vesselam'a Kur'an-ı Hakim'i bütün zamanlarda ideolokyaların karanlıklarından insanları aydınlığa, selamete çıkartması için indirdi, gönderdi. Orada fiili muzariyle ifade ediyor. Yani bu sürekli yenilenecek. Hem zulümat getiriyor, bir ideolokya değil, bütün zamanların ne kadar ifsad eden anlayışı varsa, Resulullah sallallahu aleyhi ve sellem ve onun yolunda izinde gidenler insanları bu karanlıklardan çıkaracaklar.</w:t>
      </w:r>
    </w:p>
    <w:p>
      <w:pPr>
        <w:keepNext/>
      </w:pPr>
      <w:hyperlink r:id="rId304">
        <w:r>
          <w:rPr>
            <w:color w:val="1155CC"/>
            <w:u w:val="single"/>
          </w:rPr>
          <w:t>03:35:54 – 03:36:33</w:t>
        </w:r>
      </w:hyperlink>
    </w:p>
    <w:p>
      <w:r>
        <w:t>Allah -u Teala Efendimiz sallallahu aleyhi ve selleme Bu şekilde gönderdi. Baktığınız zaman o coğrafyaya şirk var, küfür var. Şöyle bekliyorsunuz. Şöyle gelseydi ayet-i kerime. Allah'a kulluk edin; O'na hiçbir şeyi ortak koşmayın. Yalnız Allah'a ibadet edin. Ona ortak koşmayın. Ama Mekke coğrafyasında 17 kişi okur yazar, insanlar ümmi, böyle bir coğrafyada Ümmî peygamber olan o elçiye uyanlar...</w:t>
      </w:r>
    </w:p>
    <w:p>
      <w:pPr>
        <w:keepNext/>
      </w:pPr>
      <w:hyperlink r:id="rId305">
        <w:r>
          <w:rPr>
            <w:color w:val="1155CC"/>
            <w:u w:val="single"/>
          </w:rPr>
          <w:t>03:36:34 – 03:37:14</w:t>
        </w:r>
      </w:hyperlink>
    </w:p>
    <w:p>
      <w:r>
        <w:t>bir peygambere Cenab-ı Hak oku diye emrediyor. Efendimiz Aleyhisselam, Ben okuma bilmem. okuma yazma bilmem, ben okuyamam diyor. Defalarca Cibril Emin aynı hitabı, aynı emri bildiriyor. Resulullah Aleyhisselam, diye cevap veriyor. Kardeşlerim, bu ayeti kerime şunu söylüyordu, şunu haber veriyor. Kıyamete kadar ne zaman ilim bayrağı düşse, Resulullah Aleyhisselam'ın yolunda bir fetret olursa hep büyük ruhlu alimler gelecek.</w:t>
      </w:r>
    </w:p>
    <w:p>
      <w:pPr>
        <w:keepNext/>
      </w:pPr>
      <w:hyperlink r:id="rId306">
        <w:r>
          <w:rPr>
            <w:color w:val="1155CC"/>
            <w:u w:val="single"/>
          </w:rPr>
          <w:t>03:37:15 – 03:38:01</w:t>
        </w:r>
      </w:hyperlink>
    </w:p>
    <w:p>
      <w:r>
        <w:t>İlimle o sancağı, o bayrağı kaldıracaklar. Abdülkadir-i Geylani'ler, İmam-ı Rabbani'ler, Bediüzzamanlar işte Allah'ın inayetiyle bunu yaptılar ve Allah'ın bu ihsanına nail oldular. Allah -u Teala buyuruyor ki, O, ümmîler arasından, kendilerinden bir elçi gönderendir; onlara ayetlerini okuyan ve onları arındıran... Diğer peygamberleri anlatırken [ersele?] fiilini kullanıyor ama burada [baase?] diyor. Neden? Resulullah Aleyhisselam'ın yolu, Hazreti Musa Aleyhisselam'ın yolu, Hazreti Adem Aleyhisselam'ın yolu.</w:t>
      </w:r>
    </w:p>
    <w:p>
      <w:pPr>
        <w:keepNext/>
      </w:pPr>
      <w:hyperlink r:id="rId307">
        <w:r>
          <w:rPr>
            <w:color w:val="1155CC"/>
            <w:u w:val="single"/>
          </w:rPr>
          <w:t>03:38:01 – 03:38:44</w:t>
        </w:r>
      </w:hyperlink>
    </w:p>
    <w:p>
      <w:r>
        <w:t>Yani bir diriliş Peygamber Aleyhisselam'la yaşanıyor. Nasıl Efendimiz Aleyhisselam'ın yolu bütün enbiyanın yolunu diriltmekse Efendimiz Aleyhisselam'dan sonra zaman fethetler olacak. İmam-ı Rabbâniler gelecek, Bediüzzamanlar gelecek, yeniden bu ümmet ilimde, fikirde, manada dirilecek. Bediüzzaman Allah'ın inayetiyle böyle bir şerefe nail olmuştur. Ebu Davud'un rivayet ettiği hadiste, Efendimiz Aleyhisselam buyuruyor ki,</w:t>
      </w:r>
    </w:p>
    <w:p>
      <w:pPr>
        <w:keepNext/>
      </w:pPr>
      <w:hyperlink r:id="rId308">
        <w:r>
          <w:rPr>
            <w:color w:val="1155CC"/>
            <w:u w:val="single"/>
          </w:rPr>
          <w:t>03:38:44 – 03:39:31</w:t>
        </w:r>
      </w:hyperlink>
    </w:p>
    <w:p>
      <w:r>
        <w:t>Allah, her yüz yılın başında bu ümmete dinini yenileyecek birini gönderir. Hocam tecdidden bahsetti. Bir teceddüt var kardeşlerim, bir de tecdid var. Teceddüt: [asıl/asrın?] anlayışını esas alıyorsunuz, ona göre yenileniyorsunuz. Ama tecdid, Allah ve Resul yolunu açmak, peygamber aleyhisselama dönmek, onun sünnetine dönmek, Bediüzzaman Hazretleri son iki asla baktığınızda batı materyalist anlayışıyla, pozitivist anlayışıyla, nihilist yaklaşımlarla İslam ümmetini iki asırdır ciddi manada tehdit ediyor.</w:t>
      </w:r>
    </w:p>
    <w:p>
      <w:pPr>
        <w:keepNext/>
      </w:pPr>
      <w:hyperlink r:id="rId309">
        <w:r>
          <w:rPr>
            <w:color w:val="1155CC"/>
            <w:u w:val="single"/>
          </w:rPr>
          <w:t>03:39:31 – 03:40:16</w:t>
        </w:r>
      </w:hyperlink>
    </w:p>
    <w:p>
      <w:r>
        <w:t>Bu noktada reaksiyon olan farklı hareketler ortaya çıktılar. Karşı tarafa cevap verelim derken bir kısmı Peygamber Aleyhisselam'ın ufkundan sapmalar yaşadılar. Ama İmam Bediüzzaman Hazretleri biz Resulullah sallallahu aleyhi ve selleme onun muazzez yoluna Kur'an-ı Hakim'e dönüyoruz, yöneliyoruz dedi. Efendimiz Aleyhisselam'ın her yüzyılda geleceğini haber verdiği, İslam'ın yolunu yenileyecek o kahramanlardan biri olarak tarihe geçti. Şimdi biz, şimdi biz onun hakikatini, yolunu,</w:t>
      </w:r>
    </w:p>
    <w:p>
      <w:pPr>
        <w:keepNext/>
      </w:pPr>
      <w:hyperlink r:id="rId310">
        <w:r>
          <w:rPr>
            <w:color w:val="1155CC"/>
            <w:u w:val="single"/>
          </w:rPr>
          <w:t>03:40:16 – 03:40:54</w:t>
        </w:r>
      </w:hyperlink>
    </w:p>
    <w:p>
      <w:r>
        <w:t>mirasını, ruhaniyetini, bütün bir mevcudiyetimizle selamlıyoruz. Kardeşlerim, Bediüzzaman Hazretleri baktığınız zaman medresede yetişiyor. Fakat medreseyi, tekkeyi, mektebi cem ediyor. diyor. Materyalizmaya, pozitivist anlayışa bu çağda en esaslı darbeyi vurma şerefini Allahuteala ona ihsan ediyor.</w:t>
      </w:r>
    </w:p>
    <w:p>
      <w:pPr>
        <w:keepNext/>
      </w:pPr>
      <w:hyperlink r:id="rId311">
        <w:r>
          <w:rPr>
            <w:color w:val="1155CC"/>
            <w:u w:val="single"/>
          </w:rPr>
          <w:t>03:40:58 – 03:41:42</w:t>
        </w:r>
      </w:hyperlink>
    </w:p>
    <w:p>
      <w:r>
        <w:t>Yani baktığınız zaman o diyor ki küfür karanlık iman nurdur. Siz bir maddeye bakarsınız onun bir sanat boyutu bir madde boyutu var. Bazen sanat boyutu madde, bazen madde boyutu sanat boyutundan daha önde olabilir. Antikayı alırsınız, antikacıya götürürsünüz. Onun maddi değeri belki beş kuruştur. Ama antikacılar katında onun değeri milyonlarla ölçülmez. İnsan Allah Teala'nın bir antika eseri hükmündedir.</w:t>
      </w:r>
    </w:p>
    <w:p>
      <w:pPr>
        <w:keepNext/>
      </w:pPr>
      <w:hyperlink r:id="rId312">
        <w:r>
          <w:rPr>
            <w:color w:val="1155CC"/>
            <w:u w:val="single"/>
          </w:rPr>
          <w:t>03:41:42 – 03:42:24</w:t>
        </w:r>
      </w:hyperlink>
    </w:p>
    <w:p>
      <w:r>
        <w:t>Paha biçilmez bir değeri vardır. Bir kıymeti vardır. Allah'u nurus semavati vel ard. Allah Azze ve Celle yer ve göklerin nurudur. Eğer birinde iman varsa, böyle bir nurla bakarsa o zaman insan bedeni üzerinde Halik-i Zülcelal'in sanatını görür. Yani şimdi hocamla doktor, Nevzat hocam ama yine nice doktor kardeşlerimiz var. İman olmasaydı Allah Teala'nın insan bedeni üzerindeki bu harikulade imzalarını görebilir miydi?</w:t>
      </w:r>
    </w:p>
    <w:p>
      <w:pPr>
        <w:keepNext/>
      </w:pPr>
      <w:hyperlink r:id="rId313">
        <w:r>
          <w:rPr>
            <w:color w:val="1155CC"/>
            <w:u w:val="single"/>
          </w:rPr>
          <w:t>03:42:24 – 03:43:09</w:t>
        </w:r>
      </w:hyperlink>
    </w:p>
    <w:p>
      <w:r>
        <w:t>Bir doktorun imansızlık noktasında mazereti olabilir mi kardeşlerim? Bir fizikçinin Allah-u Teala'nın alemin her noktasında, her zerresinde kudretini gören, temaşa eden birinin bahanesi olabilir mi? Ama üstad diyor ki eğer orada iman yoksa esbaba bağlayacak bir körlük yaşayacak. Allah azze ve celle, müminlerin dostudur, onları ideolokyaların karanlıklarından İslam'ın</w:t>
      </w:r>
    </w:p>
    <w:p>
      <w:pPr>
        <w:keepNext/>
      </w:pPr>
      <w:hyperlink r:id="rId314">
        <w:r>
          <w:rPr>
            <w:color w:val="1155CC"/>
            <w:u w:val="single"/>
          </w:rPr>
          <w:t>03:43:09 – 03:43:50</w:t>
        </w:r>
      </w:hyperlink>
    </w:p>
    <w:p>
      <w:r>
        <w:t>aydınlığına, alimi Rabbânilerle çıkarır. İşte Bediüzzaman'a Allah Teala tarihte böyle bir misyon ihsan eyledi. O da ömrünü, hayatını, her şeyini bu noktada feda etti. Şu noktaya da belki burada işaret etmek lazım. İmam Gazali'den hocalarım bahsetti. İmam Gazali kelama dahi mühim eserler yazdı. [Meşşâî?] anlayışı, İslam akidesini tehdit ediyor. Önce oturdu iki yıldan daha az bir zaman ne diyor bu adamlar meşailer peripatikler onların düşünceleri mutala etti</w:t>
      </w:r>
    </w:p>
    <w:p>
      <w:pPr>
        <w:keepNext/>
      </w:pPr>
      <w:hyperlink r:id="rId315">
        <w:r>
          <w:rPr>
            <w:color w:val="1155CC"/>
            <w:u w:val="single"/>
          </w:rPr>
          <w:t>03:43:50 – 03:44:34</w:t>
        </w:r>
      </w:hyperlink>
    </w:p>
    <w:p>
      <w:r>
        <w:t>makasidu felasifeyi yazdı sonra tahafudu yazdı medresenin yolunu açtı ama bununla iktifa etmedi. Fasit anlayışa, Batınilere beş reddiye yazdı. Kelama dahi çok mühim eserler yazdı. Ama akidemizde bir tecemmüd, bir donma hali var. İhyayı yazarak medreseyi ayağa kaldırdı. Bediüzzaman Hazretleri kalemiyle, kelamıyla bu ümmetin en ön safına geçti. Muhkem ve müstahkem kaleler inşa etti. Kelam noktasında o [Şerh-i Makasıd?], [Şerh-i Mevakıf?] gibi</w:t>
      </w:r>
    </w:p>
    <w:p>
      <w:pPr>
        <w:keepNext/>
      </w:pPr>
      <w:hyperlink r:id="rId316">
        <w:r>
          <w:rPr>
            <w:color w:val="1155CC"/>
            <w:u w:val="single"/>
          </w:rPr>
          <w:t>03:44:34 – 03:45:14</w:t>
        </w:r>
      </w:hyperlink>
    </w:p>
    <w:p>
      <w:r>
        <w:t>Seyyid Şerif'in, Taftazani'nin eserlerini mutala etti. Ama siz onlarla bugün bir talebenin, bir gencin suallerinin ancak belki yüzde yirmisinin sualinin, şüphesinin cevabını verirsiniz. O acıları çeken bir alimi Rabbani olarak Risaleleri kaleme aldı. Evet bu noktadan o ilmi kelamın bu zaviyeden bu çağdaki üstadıdır Allah'ın inayetiyle. Peki ama bununla iktifa etmedi. [Moderatör?] Lütfen hocam. [Yanıt belirsiz.]</w:t>
      </w:r>
    </w:p>
    <w:p>
      <w:pPr>
        <w:keepNext/>
      </w:pPr>
      <w:hyperlink r:id="rId317">
        <w:r>
          <w:rPr>
            <w:color w:val="1155CC"/>
            <w:u w:val="single"/>
          </w:rPr>
          <w:t>03:45:14 – 03:45:58</w:t>
        </w:r>
      </w:hyperlink>
    </w:p>
    <w:p>
      <w:r>
        <w:t>Peki öte tarafta ihlas risalesini yazdı. Uhuvvet risalesini yazdı. Bu ümmet nasıl toparlanacak? Kardeşlik akdini nasıl inşa edecek? Tesettür Risalesi'ni yazdı. İslam kadınları hicabın içerisinde köle diye [müritler/mülhitler?] tarafından itham edilirken tesettürün nasıl bir fıtri hakikat olduğunu onu inşa etti. İhtiyarlar Risalesi taziyeleriyle bu ümmetin evlatlarına çocuğundan ihtiyarına kadar moral aşıladı. Yani Gazali kelam cephesinde, mana cephesinde neler</w:t>
      </w:r>
    </w:p>
    <w:p>
      <w:pPr>
        <w:keepNext/>
      </w:pPr>
      <w:hyperlink r:id="rId318">
        <w:r>
          <w:rPr>
            <w:color w:val="1155CC"/>
            <w:u w:val="single"/>
          </w:rPr>
          <w:t>03:45:58 – 03:46:41</w:t>
        </w:r>
      </w:hyperlink>
    </w:p>
    <w:p>
      <w:r>
        <w:t>yaptıysa Mevlana, Moğollar ve Haçlardan sonra mesneviyle Anadolu yüreklerini, Anadolu'da yürekleri nasıl inşa ettiyse. İmam Gazali, ulum-i İslamiye'nin her alanına hitap eden risaleleriyle bir [ba'sü ba'delmevte?], Allah'ın inayetiyle imza atmış oldu. Şu üç noktaya dikkatlerinizi arz ediyorum. Birincisi kardeşlerim, bununla da hocamın müsaadesiyle bitiriyorum. Birincisi, ona çok zulmettiler. Hazreti Yusuf Aleyhisselam'ı kuyulara attılar. Onu götürüp kuyunun dibine atmaya karar verdiklerinde...</w:t>
      </w:r>
    </w:p>
    <w:p>
      <w:pPr>
        <w:keepNext/>
      </w:pPr>
      <w:hyperlink r:id="rId319">
        <w:r>
          <w:rPr>
            <w:color w:val="1155CC"/>
            <w:u w:val="single"/>
          </w:rPr>
          <w:t>03:46:41 – 03:47:26</w:t>
        </w:r>
      </w:hyperlink>
    </w:p>
    <w:p>
      <w:r>
        <w:t>kimselere beddua etmedi. Onu az bir bedelle, sayılı birkaç dirheme sattılar. Onu köle pazarlarında sattılar. Allah Teala sonra onu Mısır'da sultan yaptı. Kim takva sahibi olur ve sabrederse, Allah iyilik yapanların mükâfatını zayi etmez. Bediüzzaman Hazretleri takvayı kuşandı, sabrı kuşandı, kendi acı ve ızdırapları üzerine ağıtlar yakmadı. Bu milletin imansızlığa sürüklenen evlatlarını kurtarmak için kendini feda etti. Hazreti Yusuf Aleyhisselam'a o itibarı ihsan eden Allah Azze ve Celle,</w:t>
      </w:r>
    </w:p>
    <w:p>
      <w:pPr>
        <w:keepNext/>
      </w:pPr>
      <w:hyperlink r:id="rId320">
        <w:r>
          <w:rPr>
            <w:color w:val="1155CC"/>
            <w:u w:val="single"/>
          </w:rPr>
          <w:t>03:47:27 – 03:48:09</w:t>
        </w:r>
      </w:hyperlink>
    </w:p>
    <w:p>
      <w:r>
        <w:t>Bediüzzaman Hazretleri, şimdi İstanbul'da yüzlerin binlerin katılımıyla sizler onu selamlıyorsunuz. [İlk söz belirsiz.] Çok teşekkürler hocam. Peki nasıl onun sesi duyuldu bu risalelerle? İnsanlara haccı duyur. ayetinde Hz. İbrahim Aleyhisselam Kabe'yi yaptı nasıl duyurayım Ya Rabbi dedi sen çağır ben duyururum buyurdu Allah Azze ve Celle kıyamete kadar insanlar lebbeyk diyorlar Emirdağ'da yazdı zindanda yazdı şimdi dünyanın her tarafına Allah Azze ve Celle ihlasla</w:t>
      </w:r>
    </w:p>
    <w:p>
      <w:pPr>
        <w:keepNext/>
      </w:pPr>
      <w:hyperlink r:id="rId321">
        <w:r>
          <w:rPr>
            <w:color w:val="1155CC"/>
            <w:u w:val="single"/>
          </w:rPr>
          <w:t>03:48:10 – 03:48:49</w:t>
        </w:r>
      </w:hyperlink>
    </w:p>
    <w:p>
      <w:r>
        <w:t>onun eserleri İhlasla yazılan eserlerini ulaştırdı. Akademiyadan köye kadar Ümmet-i Muhammed onun eserlerini okuyor. Bütün mevcudiyetimizle onun ruhaniyetini selamlıyoruz. Ümmet, Bediüzzaman Hazretleri'ni bugün daha çok okumaya ve anlamaya muhtaç programı tertip eden, başta İstanbul Vakfı'mıza teşrif eden sizlere, hocalarıma, hepinize hürmet ve muhabbetlerimi arz ediyorum. Esselamu Aleyküm ve Elhamdülillahi Rabbil Alemin. Teşekkür ederim.</w:t>
      </w:r>
    </w:p>
    <w:p>
      <w:pPr>
        <w:keepNext/>
      </w:pPr>
      <w:hyperlink r:id="rId322">
        <w:r>
          <w:rPr>
            <w:color w:val="1155CC"/>
            <w:u w:val="single"/>
          </w:rPr>
          <w:t>03:49:02 – 03:49:49</w:t>
        </w:r>
      </w:hyperlink>
    </w:p>
    <w:p>
      <w:r>
        <w:t>Allah size bereket versin hocam. Gerçekten Kuzey Afrika'da bir Nursî ekolü var; Libya'da, Tunus'ta, Cezayir'de, Fas'ta ve Moritanya'da, diğer Afrika ülkelerinde de. Sanırım abartmıyorum: Profesör Doktor Ammar, bugün birlikte bulunmaktan onur duyduğum Ammar Ceydel, bölgemizde, Kuzey Afrika'da Risale-i Nur'a en çok hizmet eden kişidir, gerçekten. Pek çok konferansa, pek çok müzakereye ve ders toplantılarına öncülük etmiştir.</w:t>
      </w:r>
    </w:p>
    <w:p>
      <w:pPr>
        <w:keepNext/>
      </w:pPr>
      <w:hyperlink r:id="rId323">
        <w:r>
          <w:rPr>
            <w:color w:val="1155CC"/>
            <w:u w:val="single"/>
          </w:rPr>
          <w:t>03:49:49 – 03:50:32</w:t>
        </w:r>
      </w:hyperlink>
    </w:p>
    <w:p>
      <w:r>
        <w:t>Risale-i Nur üzerine çalışmaları, kitapları ve makaleleri vardır. İfâde-i Meram'daki bu bölümün devamını kendisine okuyup yardımını isteyeceğim. İmam Nursî, Allah ona rahmet etsin, şöyle diyor: “Nokta, Katre ve zeyli, Zerre, Şemme ve Habbe'ye yerleştirdim…” Bunların hepsi küçük risalelerdir. “Dağınık sezgiler ve ayna parçaları. Allah'ın izniyle bunları düzenleyip biçimlendirerek birleştirecek biri gelirse, aynelyakînin yüzünü gösteren bir ayna ortaya çıkar.</w:t>
      </w:r>
    </w:p>
    <w:p>
      <w:pPr>
        <w:keepNext/>
      </w:pPr>
      <w:hyperlink r:id="rId324">
        <w:r>
          <w:rPr>
            <w:color w:val="1155CC"/>
            <w:u w:val="single"/>
          </w:rPr>
          <w:t>03:50:32 – 03:51:16</w:t>
        </w:r>
      </w:hyperlink>
    </w:p>
    <w:p>
      <w:r>
        <w:t>Hakkalyakîn nurunun parlayacağı bir sezgi meydana gelir. Nasıl olmasın? Bu, apaçık Kur'an'ın feyzindendir. Allah'ım, hakkı hak olarak göster ve ona uymayı nasip et; bâtılı bâtıl olarak göster, ondan kaçınmayı nasip et.” İmam “âmin” diyor. Değerli Profesör Doktor Ammar hocam, siz uzun yıllar bu aynayı bir araya getirmekle uğraştınız; maddi medeniyete bir alternatif sunmakla. Bugün yeni bir medeniyet yaklaşımı, yeni bir medenîlik, yani yeni bir medenî söylem arıyoruz.</w:t>
      </w:r>
    </w:p>
    <w:p>
      <w:pPr>
        <w:keepNext/>
      </w:pPr>
      <w:hyperlink r:id="rId325">
        <w:r>
          <w:rPr>
            <w:color w:val="1155CC"/>
            <w:u w:val="single"/>
          </w:rPr>
          <w:t>03:51:16 – 03:52:03</w:t>
        </w:r>
      </w:hyperlink>
    </w:p>
    <w:p>
      <w:r>
        <w:t>Bu damlaları bir söylemde veya anlatıda nasıl birleştirebiliriz; insanlığa ve İslam ümmetine hizmet edecek bir anlatıda? Rahman ve Rahîm olan Allah'ın adıyla. Allah, Efendimiz Muhammed'e, onun iyi ve temiz ailesine ve ashabına salât eylesin. Şimdi: Allah'ın selamı, rahmeti ve bereketi üzerinize olsun. Üstad Nursî'yi en belirgin kılan özelliklerden biri kıbleyi birleştirmesidir. Kıbleyi birleştirmek, rehberliğin temeli olarak Kur'an-ı Kerim'e dönmek demektir. Şüphesiz sempozyum da “Kur'anî Çözümler” başlığını seçerek, Üstad'ın izini süren bir yol tutmuştur. Allah ona rahmet etsin, ondan razı olsun ve onu razı kılsın.</w:t>
      </w:r>
    </w:p>
    <w:p>
      <w:pPr>
        <w:keepNext/>
      </w:pPr>
      <w:hyperlink r:id="rId326">
        <w:r>
          <w:rPr>
            <w:color w:val="1155CC"/>
            <w:u w:val="single"/>
          </w:rPr>
          <w:t>03:52:03 – 03:52:49</w:t>
        </w:r>
      </w:hyperlink>
    </w:p>
    <w:p>
      <w:r>
        <w:t>Üstad'ın projesine dönersek, bu proje öncelikle medenileşmenin fidanlarını içerir. Bu kavrama dikkat edin: Medenileşmenin fidanları. Bu fidanları barındırmayan medeniyet kendi yok oluşunun tohumunu taşır. İntihar eder, kendini kendi eliyle öldürür. Bir alternatif beklemez; çünkü varlığını ortadan kaldıracak şeyi kendi içinde taşır. İlk medenileşme fidanı şudur: Bu projenin temeli imandır. Ama hangi iman? Bizi miras alınan imandan şahsen benimsenen imana taşıyan tahkikî iman.</w:t>
      </w:r>
    </w:p>
    <w:p>
      <w:pPr>
        <w:keepNext/>
      </w:pPr>
      <w:hyperlink r:id="rId327">
        <w:r>
          <w:rPr>
            <w:color w:val="1155CC"/>
            <w:u w:val="single"/>
          </w:rPr>
          <w:t>03:52:49 – 03:53:30</w:t>
        </w:r>
      </w:hyperlink>
    </w:p>
    <w:p>
      <w:r>
        <w:t>Kalp onu gerçekleştirmedikçe iman şahsen benimsenmiş olamaz; hakka delalet etmede akılla birleşmedikçe. Demek ki ilki imandır; Üstad Nursî'nin anlattığı bu iman. Onda, üzerinde ayrıca durulması gereken ayrıntılar vardır. Öncelikle iman, Arapçada bilindiği üzere “emn”, yani güven kökünden gelir. Güven temellendirilir; [zihni aldatma?] üzerine kurulamaz. Bu, akıl için güvendir. Aklın güveni, ondan geçen bütün delillerin gerçekte doğru olmasını gerektirir.</w:t>
      </w:r>
    </w:p>
    <w:p>
      <w:pPr>
        <w:keepNext/>
      </w:pPr>
      <w:hyperlink r:id="rId328">
        <w:r>
          <w:rPr>
            <w:color w:val="1155CC"/>
            <w:u w:val="single"/>
          </w:rPr>
          <w:t>03:53:30 – 03:54:12</w:t>
        </w:r>
      </w:hyperlink>
    </w:p>
    <w:p>
      <w:r>
        <w:t>Bu yüzden Kur'an karşıt görüştekilere bile “Delilinizi getirin” der; delil saydığınızı bize sunun. Gerçekten delilse onu kabul ederiz; çünkü Allah'ın yaratılmışlardaki şahitlerinden biridir. O hâlde birincisi, aklın güvenidir. Üstad'a döndüğümüzde bizi iki kitaba yöneltir: Yazılmış kitap ve gözlemlenen kitap. Okuyucuyu hakikati açığa çıkaran müşahedelere ortak etmek için; bütün bilgilerde Allah'ın güzel isimlerinin tecellilerini tanısın diye.</w:t>
      </w:r>
    </w:p>
    <w:p>
      <w:pPr>
        <w:keepNext/>
      </w:pPr>
      <w:hyperlink r:id="rId329">
        <w:r>
          <w:rPr>
            <w:color w:val="1155CC"/>
            <w:u w:val="single"/>
          </w:rPr>
          <w:t>03:54:12 – 03:54:57</w:t>
        </w:r>
      </w:hyperlink>
    </w:p>
    <w:p>
      <w:r>
        <w:t>Allah'ı tanımaya imkân vermeyen hiçbir bilgi alanı yoktur. Böylece iki bilgi, yani yazılmış kitap ile gözlemlenen kitap bir araya gelir. Herhangi bir bilgi alanında yetkinleşen ve ona neticesi açısından değil, Yaratıcı açısından bakan kişi, bu yolla yüce Hakk'ı tanımaya ulaşır. Akıl için güven, ardından nefis için güven. Kişiyi kendisiyle çelişkiye düşüren bir hitap değildir. Aynı zamanda içgüdü için güven ve birey için güven; toplum, ümmet ve insanlık için güven.</w:t>
      </w:r>
    </w:p>
    <w:p>
      <w:pPr>
        <w:keepNext/>
      </w:pPr>
      <w:hyperlink r:id="rId330">
        <w:r>
          <w:rPr>
            <w:color w:val="1155CC"/>
            <w:u w:val="single"/>
          </w:rPr>
          <w:t>03:54:57 – 03:55:36</w:t>
        </w:r>
      </w:hyperlink>
    </w:p>
    <w:p>
      <w:r>
        <w:t>Peki bu alanların hakkını kim verebilir? Üstad'ın sözünü ettiği kişi: Nefesleri [neyi içine sindirdiği belirsiz] içine sindiren, Allah'ın hizmetinde kullanılmaya hazır olmaya razı olan kişi. Üstad, Allah'ın Resulünü hidayet ve hak din ile, bütün dinlere üstün kılmak üzere gönderdiğine kesinkes inanır. Bu din üstün gelecek, [kelime belirsiz], bizimle veya bizsiz. Peki Nevzat hocanın anlattığı o hazırlık bizde var mı?</w:t>
      </w:r>
    </w:p>
    <w:p>
      <w:pPr>
        <w:keepNext/>
      </w:pPr>
      <w:hyperlink r:id="rId331">
        <w:r>
          <w:rPr>
            <w:color w:val="1155CC"/>
            <w:u w:val="single"/>
          </w:rPr>
          <w:t>03:55:37 – 03:56:19</w:t>
        </w:r>
      </w:hyperlink>
    </w:p>
    <w:p>
      <w:r>
        <w:t>İnsanı başının tepesinden ayaklarının altına kadar bütün varlığıyla kıbleye yönelten hazırlık, Üstad'ın yaptığı gibi. Allah ona rahmet etsin, ondan razı olsun ve onu razı kılsın. Yeni bir medeniyete girmenin ilk adımı, medenileşmeye başka bir mantıkla, başka bir açıdan bakmaktır. Başlığa ilişkin bir yorum olarak: İnsanlık medeniyeti maddiyattır. Neden? Eşya dünyasında bilgi yönünden büyümüş, fakat insanla ilgilenmemiştir. Gerçek medenileşme insanla başlar.</w:t>
      </w:r>
    </w:p>
    <w:p>
      <w:pPr>
        <w:keepNext/>
      </w:pPr>
      <w:hyperlink r:id="rId332">
        <w:r>
          <w:rPr>
            <w:color w:val="1155CC"/>
            <w:u w:val="single"/>
          </w:rPr>
          <w:t>03:56:19 – 03:57:00</w:t>
        </w:r>
      </w:hyperlink>
    </w:p>
    <w:p>
      <w:r>
        <w:t>İnsanlığın geleceği her şeyden önce gerçek medenileşmeyi insanın ufku kılmaya bağlıdır. Medenileşmeyi son menzil veya ulaşmaya çalıştığımız menzil olarak gerçekleştirmek istiyorsak, gayretle yürümeli; Allah'tan, ona doğru yürürken canımızı almasını dilemeliyiz. Hedefler Allah'ın alanıdır, bizim alanımız değil. Bize düşen, medenileşme anlayışını yayma yolunda sebat ederken vefat etmektir. Medenileşme, sözünü ettiğimiz iman demektir: Akıl, nefis, ruh ve içgüdüler için güven;</w:t>
      </w:r>
    </w:p>
    <w:p>
      <w:pPr>
        <w:keepNext/>
      </w:pPr>
      <w:hyperlink r:id="rId333">
        <w:r>
          <w:rPr>
            <w:color w:val="1155CC"/>
            <w:u w:val="single"/>
          </w:rPr>
          <w:t>03:57:00 – 03:57:45</w:t>
        </w:r>
      </w:hyperlink>
    </w:p>
    <w:p>
      <w:r>
        <w:t>birey, toplum, ümmet ve insanlık için güven. İnsanlık için güvenin kapıları nelerdir? Birbirimizi tanımak. Biz siz değiliz, siz de biz değilsiniz. Farklılık var. Sizden farklıyız; sizde olup bizde olmayan bazı maddi bilgiler de mutlaka vardır. O hâlde sizi nasıl dinleyip sizden nasıl yararlanabiliriz? “Sözü dinleyip en güzeline uyanlar…” Onlardaki en iyi birikimi nasıl alıp güç unsurlarını kazanabiliriz? Çünkü zayıf milletlere dinlerinde ve kültürlerinde bile şartlar dayatılır.</w:t>
      </w:r>
    </w:p>
    <w:p>
      <w:pPr>
        <w:keepNext/>
      </w:pPr>
      <w:hyperlink r:id="rId334">
        <w:r>
          <w:rPr>
            <w:color w:val="1155CC"/>
            <w:u w:val="single"/>
          </w:rPr>
          <w:t>03:57:45 – 03:58:26</w:t>
        </w:r>
      </w:hyperlink>
    </w:p>
    <w:p>
      <w:r>
        <w:t>“Onlara karşı gücünüz yettiği kadar hazırlık yapın.” Manevi unsurdan söz ederken şunu bilmeliyiz: Allah'ın bu dini üstün kılacağına, bütün dinlere üstün kılacağına inanıyoruz. Kesinkes inanırız; fakat biliriz ki: “Onların dinine uymadıkça Yahudiler ve Hristiyanlar senden razı olmaz.” Milletlerin hasedi ortadadır. Bu yüzden hazırlık emri gelmiştir; yani güç unsurlarını hazırlamak. İfade bütün güç unsurlarını kapsayacak biçimde gelmiştir. Medenileşmenin fidanlarının var olduğuna inanmak sizi medeni kılmaz.</w:t>
      </w:r>
    </w:p>
    <w:p>
      <w:pPr>
        <w:keepNext/>
      </w:pPr>
      <w:hyperlink r:id="rId335">
        <w:r>
          <w:rPr>
            <w:color w:val="1155CC"/>
            <w:u w:val="single"/>
          </w:rPr>
          <w:t>03:58:26 – 03:59:10</w:t>
        </w:r>
      </w:hyperlink>
    </w:p>
    <w:p>
      <w:r>
        <w:t>Gerçek iman veya gerçek medenileşme sizi teorik bilinçten pratik bilince taşır. Bu nasıl hayata geçirilir? Uygulamalı projelerle. Uygulamalı projeler din alanında çalışan bütün kesimleri kapsar; ister siyaset, ister toplum, ekonomi veya ilim kalesinde nöbet tutsunlar. Sorumluluğu olmayan kimse yoktur. Herkese beklenen görevin bir kısmı düşer. Bundan başka, bu yeni projenin bir özelliği de insan onuruna inanmasıdır.</w:t>
      </w:r>
    </w:p>
    <w:p>
      <w:pPr>
        <w:keepNext/>
      </w:pPr>
      <w:hyperlink r:id="rId336">
        <w:r>
          <w:rPr>
            <w:color w:val="1155CC"/>
            <w:u w:val="single"/>
          </w:rPr>
          <w:t>03:59:10 – 03:59:50</w:t>
        </w:r>
      </w:hyperlink>
    </w:p>
    <w:p>
      <w:r>
        <w:t>Onuru bir kişi diğerine, bir taraf ötekine vermez. Onur ilahi bir armağandır. Onu kaybederseniz, asıl ilahi yaratılışa, fıtrata uygun biçimde yeniden kazanmaya çalışın. “Âdemoğullarını şerefli kıldık.” Bu, bütün insanların şerefli olduğuna inandığım anlamına gelir. Din bakımından bize karşı olsalar bile, Âdem'e mensubiyetlerine sadakatleri ölçüsünde onur sahibidirler. Yani insanlıktan uzaklaşırlarsa; mesela eşcinsellik gibi, bunun insanlığın bugünü ve geleceği için tehlike olduğunu söyleyerek uyarırım.</w:t>
      </w:r>
    </w:p>
    <w:p>
      <w:pPr>
        <w:keepNext/>
      </w:pPr>
      <w:hyperlink r:id="rId337">
        <w:r>
          <w:rPr>
            <w:color w:val="1155CC"/>
            <w:u w:val="single"/>
          </w:rPr>
          <w:t>03:59:50 – 04:00:34</w:t>
        </w:r>
      </w:hyperlink>
    </w:p>
    <w:p>
      <w:r>
        <w:t>O hâlde birbirini tanımaya, iş birliğine ve farklı olma hakkını kabul etmeye çağırıyoruz. İş birliği derken hayatın tüm alanlarını kastediyoruz. Fakat benimsedikleri medenileşmenin eşya dünyasındaki bir gelişme olduğu konusunda onları uyarmakla yükümlüyüz; insan bakımından bir parmak ucu kadar bile ilerlememiştir. İnsan ıslahın hedefidir; hatta hem aracı hem de hedefidir. Bu yüzden “Kur'anî çözümler” denince ilk aklıma gelen: Bu çözümleri kim taşıyor? Çözümleri taşıyanın kendisi sorun olup bize çözümlerle bir sorun çıkaramaz mı? Olamaz mı?</w:t>
      </w:r>
    </w:p>
    <w:p>
      <w:pPr>
        <w:keepNext/>
      </w:pPr>
      <w:hyperlink r:id="rId338">
        <w:r>
          <w:rPr>
            <w:color w:val="1155CC"/>
            <w:u w:val="single"/>
          </w:rPr>
          <w:t>04:00:34 – 04:01:15</w:t>
        </w:r>
      </w:hyperlink>
    </w:p>
    <w:p>
      <w:r>
        <w:t>Bu, bağlılığın samimiyetinin ve nefsin yenilenmesini gerektirir. Nefsin yenilenmesi, ihlasınızda sizi sabit kılması için Allah'a yalvarmanızı gerektirir. İhlas, hedefe ulaştırması beklenen sebeplere sarılmanın yerine geçmez. Hedefe ulaştırması beklenen sebepler, o alandaki uzmanları tanımaya bağlıdır. Psikoloji alanındaki hocamızı, dinî rehberlik ve yönlendirmedeki hocamızı tanıdığımız gibi; fizik, matematik, kimya ve bütün alanlardaki diğer kardeşlerimizi de tanırız.</w:t>
      </w:r>
    </w:p>
    <w:p>
      <w:pPr>
        <w:keepNext/>
      </w:pPr>
      <w:hyperlink r:id="rId339">
        <w:r>
          <w:rPr>
            <w:color w:val="1155CC"/>
            <w:u w:val="single"/>
          </w:rPr>
          <w:t>04:01:15 – 04:01:58</w:t>
        </w:r>
      </w:hyperlink>
    </w:p>
    <w:p>
      <w:r>
        <w:t>Bu alanlarda zayıf kalan ümmete, İslam'ın medenileşmenin temeli olduğuna inanması yetmez. İman medenileşmenin temelidir; gerekli olan teorik bilinçten pratik bilince dönüştürülmesi de. Bu projeyi uygulamalı bir projeye dönüştürerek bütün kalelerde nöbet tutarız. Hiçbir kale, bir başka kalenin yerine geçmez. [Salât ve selam onun üzerine olsun.] Allah size bereket versin hocam. Allah size bereket versin.</w:t>
      </w:r>
    </w:p>
    <w:p>
      <w:pPr>
        <w:keepNext/>
      </w:pPr>
      <w:hyperlink r:id="rId340">
        <w:r>
          <w:rPr>
            <w:color w:val="1155CC"/>
            <w:u w:val="single"/>
          </w:rPr>
          <w:t>04:01:58 – 04:02:43</w:t>
        </w:r>
      </w:hyperlink>
    </w:p>
    <w:p>
      <w:r>
        <w:t>Ne yazık ki zamanımız doldu. Bu oturumu bitirmemiz gerekiyor. Yalnız birkaç sözle tamamlamak istiyorum. Evet, çalışmak, gayret etmek ve sebeplere sarılmak gereklidir. Fakat: “Hiçbiriniz ameliyle kurtulamaz.” “Sen de mi ey Allah'ın Resulü?” diye soruldu. “Ben de; ancak Allah beni rahmetiyle kuşatırsa.” dedi. Bence Risale-i Nur'u anlamanın en önemli anahtarlarından biri rahmet meselesidir. İslam'ın rahmet dini olmasıdır. Yüce Allah: “Allah'a seslenin, Rahman'a seslenin.” buyurur. Rahman ve Rahîm olan Allah'ın adıyla. Kur'an hidayet ve rahmettir. Değerli hocamızın dediği gibi, yönelişimizi kendisinde birleştirdiğimiz bu Kur'an hidayet ve rahmettir.</w:t>
      </w:r>
    </w:p>
    <w:p>
      <w:pPr>
        <w:keepNext/>
      </w:pPr>
      <w:hyperlink r:id="rId341">
        <w:r>
          <w:rPr>
            <w:color w:val="1155CC"/>
            <w:u w:val="single"/>
          </w:rPr>
          <w:t>04:02:43 – 04:03:28</w:t>
        </w:r>
      </w:hyperlink>
    </w:p>
    <w:p>
      <w:r>
        <w:t>Hepsinin anahtarı, hediye edilmiş rahmet, Efendimiz Muhammed'dir. Allah ona, ailesine ve ashabına salât ve selam eylesin. Bize sebeplere sarılmanın hakikatini o öğretti. “Merhamet edenlere Rahman merhamet eder.” Ümmet olarak birbirimize, bütün insanlara, insanlığın tamamına merhamet etsek, yaratılmışlara da merhamet etsek, sertlik ve şiddet içeren diğer bütün medeniyetlerden ayrılırdık. Bence İslam medeniyeti özünde bir rahmet medeniyetidir. Bu, boyun eğmek veya zayıflık değildir; sebeplere sarılmamak da değildir. Fakat şunu iyi hatırlamalıyız: Merhamet edenlere Rahman merhamet eder.</w:t>
      </w:r>
    </w:p>
    <w:p>
      <w:pPr>
        <w:keepNext/>
      </w:pPr>
      <w:hyperlink r:id="rId342">
        <w:r>
          <w:rPr>
            <w:color w:val="1155CC"/>
            <w:u w:val="single"/>
          </w:rPr>
          <w:t>04:03:28 – 04:04:09</w:t>
        </w:r>
      </w:hyperlink>
    </w:p>
    <w:p>
      <w:r>
        <w:t>“Yerdekilere merhamet edin ki gökteki de size merhamet etsin.” Yüce Allah'tan efendimiz ve üstadımız Bediüzzaman Nursî'nin ruhuna rahmet diliyoruz; bütün Nur talebelerine, Müslüman erkek ve kadınlara, ana babalarımıza, şeyhlerimize, hocalarımıza, bizde hakkı olanlara da. Hamd, âlemlerin Rabbi Allah'a mahsustur. El-Fatiha. Allah size bereket versin. Böylece oturum sona eriyor. Allah, Efendimiz Muhammed'e, ailesine ve ashabına salât eylesin.</w:t>
      </w:r>
    </w:p>
    <w:p>
      <w:pPr>
        <w:keepNext/>
      </w:pPr>
      <w:hyperlink r:id="rId343">
        <w:r>
          <w:rPr>
            <w:color w:val="1155CC"/>
            <w:u w:val="single"/>
          </w:rPr>
          <w:t>04:04:11 – 04:04:38</w:t>
        </w:r>
      </w:hyperlink>
    </w:p>
    <w:p>
      <w:r>
        <w:t>Konuşmacılarımıza çok teşekkür ediyoruz. Şimdi şu anda sahnede bulunan ve açılış konuşmasında, açılış programında konuşma yapan konuşmacılarımıza plaket takdimi yapmak üzere, Çevre eski bakanımız Rıza Akçalı'yı, HÜDA PAR Genel Başkanı Sayın Zekeriya Yapıcıoğlu'nu, Suriye [Evkaf?] Bakanı Dr. Muhammed Ebulhayr Şükrü'yü kürsüye davet ediyorum.</w:t>
      </w:r>
    </w:p>
    <w:p>
      <w:pPr>
        <w:keepNext/>
      </w:pPr>
      <w:hyperlink r:id="rId344">
        <w:r>
          <w:rPr>
            <w:color w:val="1155CC"/>
            <w:u w:val="single"/>
          </w:rPr>
          <w:t>04:05:29 – 04:06:12</w:t>
        </w:r>
      </w:hyperlink>
    </w:p>
    <w:p>
      <w:r>
        <w:t>Öyleyse kendisine Suriye Evkaf Bakanı plaket takdim ediyor. [Evet?] Öyleyse Suriye Evkaf Bakanı, Türkiye'de Üsküdar Üniversitesi'nden Prof. Dr. Nevzat Tarhan'a plaket takdim ediyor. Prof. Dr. Nevzat Tarhan'ı selamlıyoruz. Sayın Kültür Bakanına, pardon, Suriye Evkaf Bakanına teşekkürler. Şimdi İlmî ve Fikrî Araştırmalar Merkezi İFAM Müdürü Dr. İhsan Şenocak'ı davet ediyoruz.</w:t>
      </w:r>
    </w:p>
    <w:p>
      <w:pPr>
        <w:keepNext/>
      </w:pPr>
      <w:hyperlink r:id="rId345">
        <w:r>
          <w:rPr>
            <w:color w:val="1155CC"/>
            <w:u w:val="single"/>
          </w:rPr>
          <w:t>04:06:12 – 04:06:54</w:t>
        </w:r>
      </w:hyperlink>
    </w:p>
    <w:p>
      <w:r>
        <w:t>plaket takdimi için. Kendisine de Sayın Bakan plaket takdim ediyor. Şimdi Cezayir Üniversitesi'nden Dr. Ammar Ceydel. Kendisine Dr. Ali Karadaği, Birlik Başkanı… Kendisine Müslüman Âlimler Birliği Başkanı Dr. Ali Karadaği plaket takdim ediyor. Şimdi Dr. Aref'e plaket takdim ediyoruz.</w:t>
      </w:r>
    </w:p>
    <w:p>
      <w:pPr>
        <w:keepNext/>
      </w:pPr>
      <w:hyperlink r:id="rId346">
        <w:r>
          <w:rPr>
            <w:color w:val="1155CC"/>
            <w:u w:val="single"/>
          </w:rPr>
          <w:t>04:06:55 – 04:07:35</w:t>
        </w:r>
      </w:hyperlink>
    </w:p>
    <w:p>
      <w:r>
        <w:t>Dr. Aref Ali… Evet, kendisine Sayın Said Yüce plaket takdim ediyor, İstanbul Kültür ve İlim Vakfı Müdürü. Öyleyse Libya'dan Dr. Aref Ali Nayed bizimleydi. Kendisine İstanbul Kültür ve İlim Vakfı Müdürü Sayın Said Yüce plaket takdim ediyor. Şimdi bir hatıra fotoğrafı çekiyoruz, [son söz belirsiz]. Fotoğraf çekelim. Buyurun, Said Bey.</w:t>
      </w:r>
    </w:p>
    <w:p>
      <w:pPr>
        <w:keepNext/>
      </w:pPr>
      <w:hyperlink r:id="rId347">
        <w:r>
          <w:rPr>
            <w:color w:val="1155CC"/>
            <w:u w:val="single"/>
          </w:rPr>
          <w:t>04:07:35 – 04:08:16</w:t>
        </w:r>
      </w:hyperlink>
    </w:p>
    <w:p>
      <w:r>
        <w:t>Ayrıca bizimle birlikte katılan âlim, hoca ve araştırmacıları, hatıra fotoğrafı için sahneye çıkmaya davet ediyoruz. İmam Bediüzzaman Said Nursi'nin 13. sempozyumu vesilesiyle. Bütün âlimleri, araştırmacıları ve hocaları davet ediyoruz. Buyurun, bize katılın. Buyurun, İstanbul'dan canlı olarak, bu uluslararası ilmî ve fikrî etkinliğin başlangıcını belgeleyen toplu fotoğraf çekelim. Öyleyse biraz yer açalım.</w:t>
      </w:r>
    </w:p>
    <w:p>
      <w:pPr>
        <w:keepNext/>
      </w:pPr>
      <w:hyperlink r:id="rId348">
        <w:r>
          <w:rPr>
            <w:color w:val="1155CC"/>
            <w:u w:val="single"/>
          </w:rPr>
          <w:t>04:08:16 – 04:09:01</w:t>
        </w:r>
      </w:hyperlink>
    </w:p>
    <w:p>
      <w:r>
        <w:t>Buyurun sahneye, herkesi davet ediyoruz. Herkesi, dünyanın her yerinden, fotoğraf çekilmeye davet ediyoruz. Herkesi davet ediyoruz. Organizasyon ekibini de, İstanbul Kültür ve İlim Vakfı ekibini. Konferansın başlaması vesilesiyle bir hatıra fotoğrafı çekiyoruz, ve ilk günün oturumlarının kapanışı vesilesiyle. Yarın ve öbür gün Pullman Otel'in konferans merkezinde sizlerle olacağız. Herkesi davet ediyoruz. Buyurun. Herkesi [sahneye?] fotoğraf çekilmeye davet ediyoruz. Hatıra fotoğrafı çekilmek için herkesi sahneye davet ediyoruz.</w:t>
      </w:r>
    </w:p>
    <w:p>
      <w:pPr>
        <w:keepNext/>
      </w:pPr>
      <w:hyperlink r:id="rId349">
        <w:r>
          <w:rPr>
            <w:color w:val="1155CC"/>
            <w:u w:val="single"/>
          </w:rPr>
          <w:t>04:09:01 – 04:09:35</w:t>
        </w:r>
      </w:hyperlink>
    </w:p>
    <w:p>
      <w:r>
        <w:t>İmam Said Nursi'nin 13. uluslararası sempozyumunun başlaması vesilesiyle. İstanbul'dan, Atatürk Kültür Merkezi'nden canlı olarak sizlerle, uluslararası konferansın faaliyetleri başlarken. Sempozyumda bildiri [sunan?], sunacak olan bütün hocalarımızı aile fotoğrafı için sahneye davet ediyoruz.</w:t>
      </w:r>
    </w:p>
    <w:p>
      <w:pPr>
        <w:keepNext/>
      </w:pPr>
      <w:hyperlink r:id="rId350">
        <w:r>
          <w:rPr>
            <w:color w:val="1155CC"/>
            <w:u w:val="single"/>
          </w:rPr>
          <w:t>04:09:56 – 04:10:40</w:t>
        </w:r>
      </w:hyperlink>
    </w:p>
    <w:p>
      <w:r>
        <w:t>[…bu ilmî etkinlikte olacak?] Bu etkinliğe bizimle katılan herkese çok teşekkürler. Herkesi davet ediyoruz, buyurun. Herkesi sahneye çağırıyoruz. Buyurun hepiniz, hoş geldiniz. Fotoğrafa herkes katılsın. Konferans ailesini bir araya getiren fotoğrafı çekiyoruz, araştırmacıları, akademisyenleri ve âlimleri, ve ayrıca İstanbul Kültür ve İlim Vakfı ekibi de bizimle. Bu uluslararası sempozyuma davetimizi kabul ettiğiniz için çok teşekkür ederiz.</w:t>
      </w:r>
    </w:p>
    <w:p>
      <w:pPr>
        <w:keepNext/>
      </w:pPr>
      <w:hyperlink r:id="rId351">
        <w:r>
          <w:rPr>
            <w:color w:val="1155CC"/>
            <w:u w:val="single"/>
          </w:rPr>
          <w:t>04:10:40 – 04:11:21</w:t>
        </w:r>
      </w:hyperlink>
    </w:p>
    <w:p>
      <w:r>
        <w:t>13. Uluslararası Bediüzzaman Sempozyumu, Küresel Krize [Güncel Çözüm?]. 13. Uluslararası Bediüzzaman Said Nursi Sempozyumu, Medeniyetin Sorunlarına Kur'ani Çözümler. Konferans sizlerle devam ediyor. Birazdan Taksim Camii'nde öğle namazı vakti. Birazdan katılımcılar öğle namazını kılmak üzere Taksim Camii'ne yönelecek, cemaatle. Allah herkesin namazını kabul etsin, daha çok ecir, [mağfiret?] ve sevapla.</w:t>
      </w:r>
    </w:p>
    <w:p>
      <w:pPr>
        <w:keepNext/>
      </w:pPr>
      <w:hyperlink r:id="rId352">
        <w:r>
          <w:rPr>
            <w:color w:val="1155CC"/>
            <w:u w:val="single"/>
          </w:rPr>
          <w:t>04:11:24 – 04:11:46</w:t>
        </w:r>
      </w:hyperlink>
    </w:p>
    <w:p>
      <w:r>
        <w:t>Konferansın çalışmaları yarın ve öbür gün Pullman Otel'in konferans merkezinde olacak. Yarın ve öbür gün etkinliklerimiz, kongre… otel, Pullman Otel'de, İstanbul'da. Bu yüzden hepinizi yarın ve öbür gün davet ediyoruz.</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3YiYd9Qvp0M" TargetMode="External"/><Relationship Id="rId10" Type="http://schemas.openxmlformats.org/officeDocument/2006/relationships/hyperlink" Target="https://youtu.be/3YiYd9Qvp0M?t=9" TargetMode="External"/><Relationship Id="rId11" Type="http://schemas.openxmlformats.org/officeDocument/2006/relationships/hyperlink" Target="https://youtu.be/3YiYd9Qvp0M?t=57" TargetMode="External"/><Relationship Id="rId12" Type="http://schemas.openxmlformats.org/officeDocument/2006/relationships/hyperlink" Target="https://youtu.be/3YiYd9Qvp0M?t=103" TargetMode="External"/><Relationship Id="rId13" Type="http://schemas.openxmlformats.org/officeDocument/2006/relationships/hyperlink" Target="https://youtu.be/3YiYd9Qvp0M?t=148" TargetMode="External"/><Relationship Id="rId14" Type="http://schemas.openxmlformats.org/officeDocument/2006/relationships/hyperlink" Target="https://youtu.be/3YiYd9Qvp0M?t=191" TargetMode="External"/><Relationship Id="rId15" Type="http://schemas.openxmlformats.org/officeDocument/2006/relationships/hyperlink" Target="https://youtu.be/3YiYd9Qvp0M?t=233" TargetMode="External"/><Relationship Id="rId16" Type="http://schemas.openxmlformats.org/officeDocument/2006/relationships/hyperlink" Target="https://youtu.be/3YiYd9Qvp0M?t=281" TargetMode="External"/><Relationship Id="rId17" Type="http://schemas.openxmlformats.org/officeDocument/2006/relationships/hyperlink" Target="https://youtu.be/3YiYd9Qvp0M?t=332" TargetMode="External"/><Relationship Id="rId18" Type="http://schemas.openxmlformats.org/officeDocument/2006/relationships/hyperlink" Target="https://youtu.be/3YiYd9Qvp0M?t=384" TargetMode="External"/><Relationship Id="rId19" Type="http://schemas.openxmlformats.org/officeDocument/2006/relationships/hyperlink" Target="https://youtu.be/3YiYd9Qvp0M?t=426" TargetMode="External"/><Relationship Id="rId20" Type="http://schemas.openxmlformats.org/officeDocument/2006/relationships/hyperlink" Target="https://youtu.be/3YiYd9Qvp0M?t=486" TargetMode="External"/><Relationship Id="rId21" Type="http://schemas.openxmlformats.org/officeDocument/2006/relationships/hyperlink" Target="https://youtu.be/3YiYd9Qvp0M?t=536" TargetMode="External"/><Relationship Id="rId22" Type="http://schemas.openxmlformats.org/officeDocument/2006/relationships/hyperlink" Target="https://youtu.be/3YiYd9Qvp0M?t=577" TargetMode="External"/><Relationship Id="rId23" Type="http://schemas.openxmlformats.org/officeDocument/2006/relationships/hyperlink" Target="https://youtu.be/3YiYd9Qvp0M?t=625" TargetMode="External"/><Relationship Id="rId24" Type="http://schemas.openxmlformats.org/officeDocument/2006/relationships/hyperlink" Target="https://youtu.be/3YiYd9Qvp0M?t=665" TargetMode="External"/><Relationship Id="rId25" Type="http://schemas.openxmlformats.org/officeDocument/2006/relationships/hyperlink" Target="https://youtu.be/3YiYd9Qvp0M?t=713" TargetMode="External"/><Relationship Id="rId26" Type="http://schemas.openxmlformats.org/officeDocument/2006/relationships/hyperlink" Target="https://youtu.be/3YiYd9Qvp0M?t=777" TargetMode="External"/><Relationship Id="rId27" Type="http://schemas.openxmlformats.org/officeDocument/2006/relationships/hyperlink" Target="https://youtu.be/3YiYd9Qvp0M?t=826" TargetMode="External"/><Relationship Id="rId28" Type="http://schemas.openxmlformats.org/officeDocument/2006/relationships/hyperlink" Target="https://youtu.be/3YiYd9Qvp0M?t=876" TargetMode="External"/><Relationship Id="rId29" Type="http://schemas.openxmlformats.org/officeDocument/2006/relationships/hyperlink" Target="https://youtu.be/3YiYd9Qvp0M?t=930" TargetMode="External"/><Relationship Id="rId30" Type="http://schemas.openxmlformats.org/officeDocument/2006/relationships/hyperlink" Target="https://youtu.be/3YiYd9Qvp0M?t=994" TargetMode="External"/><Relationship Id="rId31" Type="http://schemas.openxmlformats.org/officeDocument/2006/relationships/hyperlink" Target="https://youtu.be/3YiYd9Qvp0M?t=1039" TargetMode="External"/><Relationship Id="rId32" Type="http://schemas.openxmlformats.org/officeDocument/2006/relationships/hyperlink" Target="https://youtu.be/3YiYd9Qvp0M?t=1081" TargetMode="External"/><Relationship Id="rId33" Type="http://schemas.openxmlformats.org/officeDocument/2006/relationships/hyperlink" Target="https://youtu.be/3YiYd9Qvp0M?t=1126" TargetMode="External"/><Relationship Id="rId34" Type="http://schemas.openxmlformats.org/officeDocument/2006/relationships/hyperlink" Target="https://youtu.be/3YiYd9Qvp0M?t=1168" TargetMode="External"/><Relationship Id="rId35" Type="http://schemas.openxmlformats.org/officeDocument/2006/relationships/hyperlink" Target="https://youtu.be/3YiYd9Qvp0M?t=1211" TargetMode="External"/><Relationship Id="rId36" Type="http://schemas.openxmlformats.org/officeDocument/2006/relationships/hyperlink" Target="https://youtu.be/3YiYd9Qvp0M?t=1251" TargetMode="External"/><Relationship Id="rId37" Type="http://schemas.openxmlformats.org/officeDocument/2006/relationships/hyperlink" Target="https://youtu.be/3YiYd9Qvp0M?t=1293" TargetMode="External"/><Relationship Id="rId38" Type="http://schemas.openxmlformats.org/officeDocument/2006/relationships/hyperlink" Target="https://youtu.be/3YiYd9Qvp0M?t=1338" TargetMode="External"/><Relationship Id="rId39" Type="http://schemas.openxmlformats.org/officeDocument/2006/relationships/hyperlink" Target="https://youtu.be/3YiYd9Qvp0M?t=1386" TargetMode="External"/><Relationship Id="rId40" Type="http://schemas.openxmlformats.org/officeDocument/2006/relationships/hyperlink" Target="https://youtu.be/3YiYd9Qvp0M?t=1435" TargetMode="External"/><Relationship Id="rId41" Type="http://schemas.openxmlformats.org/officeDocument/2006/relationships/hyperlink" Target="https://youtu.be/3YiYd9Qvp0M?t=1482" TargetMode="External"/><Relationship Id="rId42" Type="http://schemas.openxmlformats.org/officeDocument/2006/relationships/hyperlink" Target="https://youtu.be/3YiYd9Qvp0M?t=1525" TargetMode="External"/><Relationship Id="rId43" Type="http://schemas.openxmlformats.org/officeDocument/2006/relationships/hyperlink" Target="https://youtu.be/3YiYd9Qvp0M?t=1572" TargetMode="External"/><Relationship Id="rId44" Type="http://schemas.openxmlformats.org/officeDocument/2006/relationships/hyperlink" Target="https://youtu.be/3YiYd9Qvp0M?t=1613" TargetMode="External"/><Relationship Id="rId45" Type="http://schemas.openxmlformats.org/officeDocument/2006/relationships/hyperlink" Target="https://youtu.be/3YiYd9Qvp0M?t=1655" TargetMode="External"/><Relationship Id="rId46" Type="http://schemas.openxmlformats.org/officeDocument/2006/relationships/hyperlink" Target="https://youtu.be/3YiYd9Qvp0M?t=1699" TargetMode="External"/><Relationship Id="rId47" Type="http://schemas.openxmlformats.org/officeDocument/2006/relationships/hyperlink" Target="https://youtu.be/3YiYd9Qvp0M?t=1741" TargetMode="External"/><Relationship Id="rId48" Type="http://schemas.openxmlformats.org/officeDocument/2006/relationships/hyperlink" Target="https://youtu.be/3YiYd9Qvp0M?t=1782" TargetMode="External"/><Relationship Id="rId49" Type="http://schemas.openxmlformats.org/officeDocument/2006/relationships/hyperlink" Target="https://youtu.be/3YiYd9Qvp0M?t=1825" TargetMode="External"/><Relationship Id="rId50" Type="http://schemas.openxmlformats.org/officeDocument/2006/relationships/hyperlink" Target="https://youtu.be/3YiYd9Qvp0M?t=1866" TargetMode="External"/><Relationship Id="rId51" Type="http://schemas.openxmlformats.org/officeDocument/2006/relationships/hyperlink" Target="https://youtu.be/3YiYd9Qvp0M?t=1909" TargetMode="External"/><Relationship Id="rId52" Type="http://schemas.openxmlformats.org/officeDocument/2006/relationships/hyperlink" Target="https://youtu.be/3YiYd9Qvp0M?t=1952" TargetMode="External"/><Relationship Id="rId53" Type="http://schemas.openxmlformats.org/officeDocument/2006/relationships/hyperlink" Target="https://youtu.be/3YiYd9Qvp0M?t=1992" TargetMode="External"/><Relationship Id="rId54" Type="http://schemas.openxmlformats.org/officeDocument/2006/relationships/hyperlink" Target="https://youtu.be/3YiYd9Qvp0M?t=2034" TargetMode="External"/><Relationship Id="rId55" Type="http://schemas.openxmlformats.org/officeDocument/2006/relationships/hyperlink" Target="https://youtu.be/3YiYd9Qvp0M?t=2075" TargetMode="External"/><Relationship Id="rId56" Type="http://schemas.openxmlformats.org/officeDocument/2006/relationships/hyperlink" Target="https://youtu.be/3YiYd9Qvp0M?t=2116" TargetMode="External"/><Relationship Id="rId57" Type="http://schemas.openxmlformats.org/officeDocument/2006/relationships/hyperlink" Target="https://youtu.be/3YiYd9Qvp0M?t=2156" TargetMode="External"/><Relationship Id="rId58" Type="http://schemas.openxmlformats.org/officeDocument/2006/relationships/hyperlink" Target="https://youtu.be/3YiYd9Qvp0M?t=2197" TargetMode="External"/><Relationship Id="rId59" Type="http://schemas.openxmlformats.org/officeDocument/2006/relationships/hyperlink" Target="https://youtu.be/3YiYd9Qvp0M?t=2238" TargetMode="External"/><Relationship Id="rId60" Type="http://schemas.openxmlformats.org/officeDocument/2006/relationships/hyperlink" Target="https://youtu.be/3YiYd9Qvp0M?t=2281" TargetMode="External"/><Relationship Id="rId61" Type="http://schemas.openxmlformats.org/officeDocument/2006/relationships/hyperlink" Target="https://youtu.be/3YiYd9Qvp0M?t=2327" TargetMode="External"/><Relationship Id="rId62" Type="http://schemas.openxmlformats.org/officeDocument/2006/relationships/hyperlink" Target="https://youtu.be/3YiYd9Qvp0M?t=2372" TargetMode="External"/><Relationship Id="rId63" Type="http://schemas.openxmlformats.org/officeDocument/2006/relationships/hyperlink" Target="https://youtu.be/3YiYd9Qvp0M?t=2412" TargetMode="External"/><Relationship Id="rId64" Type="http://schemas.openxmlformats.org/officeDocument/2006/relationships/hyperlink" Target="https://youtu.be/3YiYd9Qvp0M?t=2455" TargetMode="External"/><Relationship Id="rId65" Type="http://schemas.openxmlformats.org/officeDocument/2006/relationships/hyperlink" Target="https://youtu.be/3YiYd9Qvp0M?t=2500" TargetMode="External"/><Relationship Id="rId66" Type="http://schemas.openxmlformats.org/officeDocument/2006/relationships/hyperlink" Target="https://youtu.be/3YiYd9Qvp0M?t=2546" TargetMode="External"/><Relationship Id="rId67" Type="http://schemas.openxmlformats.org/officeDocument/2006/relationships/hyperlink" Target="https://youtu.be/3YiYd9Qvp0M?t=2593" TargetMode="External"/><Relationship Id="rId68" Type="http://schemas.openxmlformats.org/officeDocument/2006/relationships/hyperlink" Target="https://youtu.be/3YiYd9Qvp0M?t=2635" TargetMode="External"/><Relationship Id="rId69" Type="http://schemas.openxmlformats.org/officeDocument/2006/relationships/hyperlink" Target="https://youtu.be/3YiYd9Qvp0M?t=2677" TargetMode="External"/><Relationship Id="rId70" Type="http://schemas.openxmlformats.org/officeDocument/2006/relationships/hyperlink" Target="https://youtu.be/3YiYd9Qvp0M?t=2729" TargetMode="External"/><Relationship Id="rId71" Type="http://schemas.openxmlformats.org/officeDocument/2006/relationships/hyperlink" Target="https://youtu.be/3YiYd9Qvp0M?t=2772" TargetMode="External"/><Relationship Id="rId72" Type="http://schemas.openxmlformats.org/officeDocument/2006/relationships/hyperlink" Target="https://youtu.be/3YiYd9Qvp0M?t=2814" TargetMode="External"/><Relationship Id="rId73" Type="http://schemas.openxmlformats.org/officeDocument/2006/relationships/hyperlink" Target="https://youtu.be/3YiYd9Qvp0M?t=2859" TargetMode="External"/><Relationship Id="rId74" Type="http://schemas.openxmlformats.org/officeDocument/2006/relationships/hyperlink" Target="https://youtu.be/3YiYd9Qvp0M?t=2902" TargetMode="External"/><Relationship Id="rId75" Type="http://schemas.openxmlformats.org/officeDocument/2006/relationships/hyperlink" Target="https://youtu.be/3YiYd9Qvp0M?t=2943" TargetMode="External"/><Relationship Id="rId76" Type="http://schemas.openxmlformats.org/officeDocument/2006/relationships/hyperlink" Target="https://youtu.be/3YiYd9Qvp0M?t=2986" TargetMode="External"/><Relationship Id="rId77" Type="http://schemas.openxmlformats.org/officeDocument/2006/relationships/hyperlink" Target="https://youtu.be/3YiYd9Qvp0M?t=3033" TargetMode="External"/><Relationship Id="rId78" Type="http://schemas.openxmlformats.org/officeDocument/2006/relationships/hyperlink" Target="https://youtu.be/3YiYd9Qvp0M?t=3078" TargetMode="External"/><Relationship Id="rId79" Type="http://schemas.openxmlformats.org/officeDocument/2006/relationships/hyperlink" Target="https://youtu.be/3YiYd9Qvp0M?t=3118" TargetMode="External"/><Relationship Id="rId80" Type="http://schemas.openxmlformats.org/officeDocument/2006/relationships/hyperlink" Target="https://youtu.be/3YiYd9Qvp0M?t=3160" TargetMode="External"/><Relationship Id="rId81" Type="http://schemas.openxmlformats.org/officeDocument/2006/relationships/hyperlink" Target="https://youtu.be/3YiYd9Qvp0M?t=3201" TargetMode="External"/><Relationship Id="rId82" Type="http://schemas.openxmlformats.org/officeDocument/2006/relationships/hyperlink" Target="https://youtu.be/3YiYd9Qvp0M?t=3243" TargetMode="External"/><Relationship Id="rId83" Type="http://schemas.openxmlformats.org/officeDocument/2006/relationships/hyperlink" Target="https://youtu.be/3YiYd9Qvp0M?t=3290" TargetMode="External"/><Relationship Id="rId84" Type="http://schemas.openxmlformats.org/officeDocument/2006/relationships/hyperlink" Target="https://youtu.be/3YiYd9Qvp0M?t=3334" TargetMode="External"/><Relationship Id="rId85" Type="http://schemas.openxmlformats.org/officeDocument/2006/relationships/hyperlink" Target="https://youtu.be/3YiYd9Qvp0M?t=3376" TargetMode="External"/><Relationship Id="rId86" Type="http://schemas.openxmlformats.org/officeDocument/2006/relationships/hyperlink" Target="https://youtu.be/3YiYd9Qvp0M?t=3418" TargetMode="External"/><Relationship Id="rId87" Type="http://schemas.openxmlformats.org/officeDocument/2006/relationships/hyperlink" Target="https://youtu.be/3YiYd9Qvp0M?t=3463" TargetMode="External"/><Relationship Id="rId88" Type="http://schemas.openxmlformats.org/officeDocument/2006/relationships/hyperlink" Target="https://youtu.be/3YiYd9Qvp0M?t=3505" TargetMode="External"/><Relationship Id="rId89" Type="http://schemas.openxmlformats.org/officeDocument/2006/relationships/hyperlink" Target="https://youtu.be/3YiYd9Qvp0M?t=3549" TargetMode="External"/><Relationship Id="rId90" Type="http://schemas.openxmlformats.org/officeDocument/2006/relationships/hyperlink" Target="https://youtu.be/3YiYd9Qvp0M?t=3591" TargetMode="External"/><Relationship Id="rId91" Type="http://schemas.openxmlformats.org/officeDocument/2006/relationships/hyperlink" Target="https://youtu.be/3YiYd9Qvp0M?t=3634" TargetMode="External"/><Relationship Id="rId92" Type="http://schemas.openxmlformats.org/officeDocument/2006/relationships/hyperlink" Target="https://youtu.be/3YiYd9Qvp0M?t=3675" TargetMode="External"/><Relationship Id="rId93" Type="http://schemas.openxmlformats.org/officeDocument/2006/relationships/hyperlink" Target="https://youtu.be/3YiYd9Qvp0M?t=3717" TargetMode="External"/><Relationship Id="rId94" Type="http://schemas.openxmlformats.org/officeDocument/2006/relationships/hyperlink" Target="https://youtu.be/3YiYd9Qvp0M?t=3779" TargetMode="External"/><Relationship Id="rId95" Type="http://schemas.openxmlformats.org/officeDocument/2006/relationships/hyperlink" Target="https://youtu.be/3YiYd9Qvp0M?t=3826" TargetMode="External"/><Relationship Id="rId96" Type="http://schemas.openxmlformats.org/officeDocument/2006/relationships/hyperlink" Target="https://youtu.be/3YiYd9Qvp0M?t=3867" TargetMode="External"/><Relationship Id="rId97" Type="http://schemas.openxmlformats.org/officeDocument/2006/relationships/hyperlink" Target="https://youtu.be/3YiYd9Qvp0M?t=3915" TargetMode="External"/><Relationship Id="rId98" Type="http://schemas.openxmlformats.org/officeDocument/2006/relationships/hyperlink" Target="https://youtu.be/3YiYd9Qvp0M?t=3960" TargetMode="External"/><Relationship Id="rId99" Type="http://schemas.openxmlformats.org/officeDocument/2006/relationships/hyperlink" Target="https://youtu.be/3YiYd9Qvp0M?t=4000" TargetMode="External"/><Relationship Id="rId100" Type="http://schemas.openxmlformats.org/officeDocument/2006/relationships/hyperlink" Target="https://youtu.be/3YiYd9Qvp0M?t=4041" TargetMode="External"/><Relationship Id="rId101" Type="http://schemas.openxmlformats.org/officeDocument/2006/relationships/hyperlink" Target="https://youtu.be/3YiYd9Qvp0M?t=4082" TargetMode="External"/><Relationship Id="rId102" Type="http://schemas.openxmlformats.org/officeDocument/2006/relationships/hyperlink" Target="https://youtu.be/3YiYd9Qvp0M?t=4133" TargetMode="External"/><Relationship Id="rId103" Type="http://schemas.openxmlformats.org/officeDocument/2006/relationships/hyperlink" Target="https://youtu.be/3YiYd9Qvp0M?t=4179" TargetMode="External"/><Relationship Id="rId104" Type="http://schemas.openxmlformats.org/officeDocument/2006/relationships/hyperlink" Target="https://youtu.be/3YiYd9Qvp0M?t=4219" TargetMode="External"/><Relationship Id="rId105" Type="http://schemas.openxmlformats.org/officeDocument/2006/relationships/hyperlink" Target="https://youtu.be/3YiYd9Qvp0M?t=4259" TargetMode="External"/><Relationship Id="rId106" Type="http://schemas.openxmlformats.org/officeDocument/2006/relationships/hyperlink" Target="https://youtu.be/3YiYd9Qvp0M?t=4300" TargetMode="External"/><Relationship Id="rId107" Type="http://schemas.openxmlformats.org/officeDocument/2006/relationships/hyperlink" Target="https://youtu.be/3YiYd9Qvp0M?t=4344" TargetMode="External"/><Relationship Id="rId108" Type="http://schemas.openxmlformats.org/officeDocument/2006/relationships/hyperlink" Target="https://youtu.be/3YiYd9Qvp0M?t=4387" TargetMode="External"/><Relationship Id="rId109" Type="http://schemas.openxmlformats.org/officeDocument/2006/relationships/hyperlink" Target="https://youtu.be/3YiYd9Qvp0M?t=4429" TargetMode="External"/><Relationship Id="rId110" Type="http://schemas.openxmlformats.org/officeDocument/2006/relationships/hyperlink" Target="https://youtu.be/3YiYd9Qvp0M?t=4475" TargetMode="External"/><Relationship Id="rId111" Type="http://schemas.openxmlformats.org/officeDocument/2006/relationships/hyperlink" Target="https://youtu.be/3YiYd9Qvp0M?t=4515" TargetMode="External"/><Relationship Id="rId112" Type="http://schemas.openxmlformats.org/officeDocument/2006/relationships/hyperlink" Target="https://youtu.be/3YiYd9Qvp0M?t=4569" TargetMode="External"/><Relationship Id="rId113" Type="http://schemas.openxmlformats.org/officeDocument/2006/relationships/hyperlink" Target="https://youtu.be/3YiYd9Qvp0M?t=4610" TargetMode="External"/><Relationship Id="rId114" Type="http://schemas.openxmlformats.org/officeDocument/2006/relationships/hyperlink" Target="https://youtu.be/3YiYd9Qvp0M?t=4656" TargetMode="External"/><Relationship Id="rId115" Type="http://schemas.openxmlformats.org/officeDocument/2006/relationships/hyperlink" Target="https://youtu.be/3YiYd9Qvp0M?t=4699" TargetMode="External"/><Relationship Id="rId116" Type="http://schemas.openxmlformats.org/officeDocument/2006/relationships/hyperlink" Target="https://youtu.be/3YiYd9Qvp0M?t=4743" TargetMode="External"/><Relationship Id="rId117" Type="http://schemas.openxmlformats.org/officeDocument/2006/relationships/hyperlink" Target="https://youtu.be/3YiYd9Qvp0M?t=4792" TargetMode="External"/><Relationship Id="rId118" Type="http://schemas.openxmlformats.org/officeDocument/2006/relationships/hyperlink" Target="https://youtu.be/3YiYd9Qvp0M?t=4836" TargetMode="External"/><Relationship Id="rId119" Type="http://schemas.openxmlformats.org/officeDocument/2006/relationships/hyperlink" Target="https://youtu.be/3YiYd9Qvp0M?t=4881" TargetMode="External"/><Relationship Id="rId120" Type="http://schemas.openxmlformats.org/officeDocument/2006/relationships/hyperlink" Target="https://youtu.be/3YiYd9Qvp0M?t=4925" TargetMode="External"/><Relationship Id="rId121" Type="http://schemas.openxmlformats.org/officeDocument/2006/relationships/hyperlink" Target="https://youtu.be/3YiYd9Qvp0M?t=4969" TargetMode="External"/><Relationship Id="rId122" Type="http://schemas.openxmlformats.org/officeDocument/2006/relationships/hyperlink" Target="https://youtu.be/3YiYd9Qvp0M?t=5015" TargetMode="External"/><Relationship Id="rId123" Type="http://schemas.openxmlformats.org/officeDocument/2006/relationships/hyperlink" Target="https://youtu.be/3YiYd9Qvp0M?t=5062" TargetMode="External"/><Relationship Id="rId124" Type="http://schemas.openxmlformats.org/officeDocument/2006/relationships/hyperlink" Target="https://youtu.be/3YiYd9Qvp0M?t=5103" TargetMode="External"/><Relationship Id="rId125" Type="http://schemas.openxmlformats.org/officeDocument/2006/relationships/hyperlink" Target="https://youtu.be/3YiYd9Qvp0M?t=5148" TargetMode="External"/><Relationship Id="rId126" Type="http://schemas.openxmlformats.org/officeDocument/2006/relationships/hyperlink" Target="https://youtu.be/3YiYd9Qvp0M?t=5192" TargetMode="External"/><Relationship Id="rId127" Type="http://schemas.openxmlformats.org/officeDocument/2006/relationships/hyperlink" Target="https://youtu.be/3YiYd9Qvp0M?t=5239" TargetMode="External"/><Relationship Id="rId128" Type="http://schemas.openxmlformats.org/officeDocument/2006/relationships/hyperlink" Target="https://youtu.be/3YiYd9Qvp0M?t=5283" TargetMode="External"/><Relationship Id="rId129" Type="http://schemas.openxmlformats.org/officeDocument/2006/relationships/hyperlink" Target="https://youtu.be/3YiYd9Qvp0M?t=5324" TargetMode="External"/><Relationship Id="rId130" Type="http://schemas.openxmlformats.org/officeDocument/2006/relationships/hyperlink" Target="https://youtu.be/3YiYd9Qvp0M?t=5364" TargetMode="External"/><Relationship Id="rId131" Type="http://schemas.openxmlformats.org/officeDocument/2006/relationships/hyperlink" Target="https://youtu.be/3YiYd9Qvp0M?t=5407" TargetMode="External"/><Relationship Id="rId132" Type="http://schemas.openxmlformats.org/officeDocument/2006/relationships/hyperlink" Target="https://youtu.be/3YiYd9Qvp0M?t=5447" TargetMode="External"/><Relationship Id="rId133" Type="http://schemas.openxmlformats.org/officeDocument/2006/relationships/hyperlink" Target="https://youtu.be/3YiYd9Qvp0M?t=5488" TargetMode="External"/><Relationship Id="rId134" Type="http://schemas.openxmlformats.org/officeDocument/2006/relationships/hyperlink" Target="https://youtu.be/3YiYd9Qvp0M?t=5530" TargetMode="External"/><Relationship Id="rId135" Type="http://schemas.openxmlformats.org/officeDocument/2006/relationships/hyperlink" Target="https://youtu.be/3YiYd9Qvp0M?t=5573" TargetMode="External"/><Relationship Id="rId136" Type="http://schemas.openxmlformats.org/officeDocument/2006/relationships/hyperlink" Target="https://youtu.be/3YiYd9Qvp0M?t=5617" TargetMode="External"/><Relationship Id="rId137" Type="http://schemas.openxmlformats.org/officeDocument/2006/relationships/hyperlink" Target="https://youtu.be/3YiYd9Qvp0M?t=5659" TargetMode="External"/><Relationship Id="rId138" Type="http://schemas.openxmlformats.org/officeDocument/2006/relationships/hyperlink" Target="https://youtu.be/3YiYd9Qvp0M?t=5704" TargetMode="External"/><Relationship Id="rId139" Type="http://schemas.openxmlformats.org/officeDocument/2006/relationships/hyperlink" Target="https://youtu.be/3YiYd9Qvp0M?t=5749" TargetMode="External"/><Relationship Id="rId140" Type="http://schemas.openxmlformats.org/officeDocument/2006/relationships/hyperlink" Target="https://youtu.be/3YiYd9Qvp0M?t=5794" TargetMode="External"/><Relationship Id="rId141" Type="http://schemas.openxmlformats.org/officeDocument/2006/relationships/hyperlink" Target="https://youtu.be/3YiYd9Qvp0M?t=5838" TargetMode="External"/><Relationship Id="rId142" Type="http://schemas.openxmlformats.org/officeDocument/2006/relationships/hyperlink" Target="https://youtu.be/3YiYd9Qvp0M?t=5879" TargetMode="External"/><Relationship Id="rId143" Type="http://schemas.openxmlformats.org/officeDocument/2006/relationships/hyperlink" Target="https://youtu.be/3YiYd9Qvp0M?t=5922" TargetMode="External"/><Relationship Id="rId144" Type="http://schemas.openxmlformats.org/officeDocument/2006/relationships/hyperlink" Target="https://youtu.be/3YiYd9Qvp0M?t=5969" TargetMode="External"/><Relationship Id="rId145" Type="http://schemas.openxmlformats.org/officeDocument/2006/relationships/hyperlink" Target="https://youtu.be/3YiYd9Qvp0M?t=6010" TargetMode="External"/><Relationship Id="rId146" Type="http://schemas.openxmlformats.org/officeDocument/2006/relationships/hyperlink" Target="https://youtu.be/3YiYd9Qvp0M?t=6058" TargetMode="External"/><Relationship Id="rId147" Type="http://schemas.openxmlformats.org/officeDocument/2006/relationships/hyperlink" Target="https://youtu.be/3YiYd9Qvp0M?t=6098" TargetMode="External"/><Relationship Id="rId148" Type="http://schemas.openxmlformats.org/officeDocument/2006/relationships/hyperlink" Target="https://youtu.be/3YiYd9Qvp0M?t=6141" TargetMode="External"/><Relationship Id="rId149" Type="http://schemas.openxmlformats.org/officeDocument/2006/relationships/hyperlink" Target="https://youtu.be/3YiYd9Qvp0M?t=6189" TargetMode="External"/><Relationship Id="rId150" Type="http://schemas.openxmlformats.org/officeDocument/2006/relationships/hyperlink" Target="https://youtu.be/3YiYd9Qvp0M?t=6234" TargetMode="External"/><Relationship Id="rId151" Type="http://schemas.openxmlformats.org/officeDocument/2006/relationships/hyperlink" Target="https://youtu.be/3YiYd9Qvp0M?t=6274" TargetMode="External"/><Relationship Id="rId152" Type="http://schemas.openxmlformats.org/officeDocument/2006/relationships/hyperlink" Target="https://youtu.be/3YiYd9Qvp0M?t=6316" TargetMode="External"/><Relationship Id="rId153" Type="http://schemas.openxmlformats.org/officeDocument/2006/relationships/hyperlink" Target="https://youtu.be/3YiYd9Qvp0M?t=6363" TargetMode="External"/><Relationship Id="rId154" Type="http://schemas.openxmlformats.org/officeDocument/2006/relationships/hyperlink" Target="https://youtu.be/3YiYd9Qvp0M?t=6408" TargetMode="External"/><Relationship Id="rId155" Type="http://schemas.openxmlformats.org/officeDocument/2006/relationships/hyperlink" Target="https://youtu.be/3YiYd9Qvp0M?t=6455" TargetMode="External"/><Relationship Id="rId156" Type="http://schemas.openxmlformats.org/officeDocument/2006/relationships/hyperlink" Target="https://youtu.be/3YiYd9Qvp0M?t=6500" TargetMode="External"/><Relationship Id="rId157" Type="http://schemas.openxmlformats.org/officeDocument/2006/relationships/hyperlink" Target="https://youtu.be/3YiYd9Qvp0M?t=6540" TargetMode="External"/><Relationship Id="rId158" Type="http://schemas.openxmlformats.org/officeDocument/2006/relationships/hyperlink" Target="https://youtu.be/3YiYd9Qvp0M?t=6587" TargetMode="External"/><Relationship Id="rId159" Type="http://schemas.openxmlformats.org/officeDocument/2006/relationships/hyperlink" Target="https://youtu.be/3YiYd9Qvp0M?t=6632" TargetMode="External"/><Relationship Id="rId160" Type="http://schemas.openxmlformats.org/officeDocument/2006/relationships/hyperlink" Target="https://youtu.be/3YiYd9Qvp0M?t=6677" TargetMode="External"/><Relationship Id="rId161" Type="http://schemas.openxmlformats.org/officeDocument/2006/relationships/hyperlink" Target="https://youtu.be/3YiYd9Qvp0M?t=6724" TargetMode="External"/><Relationship Id="rId162" Type="http://schemas.openxmlformats.org/officeDocument/2006/relationships/hyperlink" Target="https://youtu.be/3YiYd9Qvp0M?t=6769" TargetMode="External"/><Relationship Id="rId163" Type="http://schemas.openxmlformats.org/officeDocument/2006/relationships/hyperlink" Target="https://youtu.be/3YiYd9Qvp0M?t=6810" TargetMode="External"/><Relationship Id="rId164" Type="http://schemas.openxmlformats.org/officeDocument/2006/relationships/hyperlink" Target="https://youtu.be/3YiYd9Qvp0M?t=6853" TargetMode="External"/><Relationship Id="rId165" Type="http://schemas.openxmlformats.org/officeDocument/2006/relationships/hyperlink" Target="https://youtu.be/3YiYd9Qvp0M?t=6919" TargetMode="External"/><Relationship Id="rId166" Type="http://schemas.openxmlformats.org/officeDocument/2006/relationships/hyperlink" Target="https://youtu.be/3YiYd9Qvp0M?t=6962" TargetMode="External"/><Relationship Id="rId167" Type="http://schemas.openxmlformats.org/officeDocument/2006/relationships/hyperlink" Target="https://youtu.be/3YiYd9Qvp0M?t=7010" TargetMode="External"/><Relationship Id="rId168" Type="http://schemas.openxmlformats.org/officeDocument/2006/relationships/hyperlink" Target="https://youtu.be/3YiYd9Qvp0M?t=7052" TargetMode="External"/><Relationship Id="rId169" Type="http://schemas.openxmlformats.org/officeDocument/2006/relationships/hyperlink" Target="https://youtu.be/3YiYd9Qvp0M?t=7093" TargetMode="External"/><Relationship Id="rId170" Type="http://schemas.openxmlformats.org/officeDocument/2006/relationships/hyperlink" Target="https://youtu.be/3YiYd9Qvp0M?t=7138" TargetMode="External"/><Relationship Id="rId171" Type="http://schemas.openxmlformats.org/officeDocument/2006/relationships/hyperlink" Target="https://youtu.be/3YiYd9Qvp0M?t=7181" TargetMode="External"/><Relationship Id="rId172" Type="http://schemas.openxmlformats.org/officeDocument/2006/relationships/hyperlink" Target="https://youtu.be/3YiYd9Qvp0M?t=7224" TargetMode="External"/><Relationship Id="rId173" Type="http://schemas.openxmlformats.org/officeDocument/2006/relationships/hyperlink" Target="https://youtu.be/3YiYd9Qvp0M?t=7266" TargetMode="External"/><Relationship Id="rId174" Type="http://schemas.openxmlformats.org/officeDocument/2006/relationships/hyperlink" Target="https://youtu.be/3YiYd9Qvp0M?t=7308" TargetMode="External"/><Relationship Id="rId175" Type="http://schemas.openxmlformats.org/officeDocument/2006/relationships/hyperlink" Target="https://youtu.be/3YiYd9Qvp0M?t=7350" TargetMode="External"/><Relationship Id="rId176" Type="http://schemas.openxmlformats.org/officeDocument/2006/relationships/hyperlink" Target="https://youtu.be/3YiYd9Qvp0M?t=7394" TargetMode="External"/><Relationship Id="rId177" Type="http://schemas.openxmlformats.org/officeDocument/2006/relationships/hyperlink" Target="https://youtu.be/3YiYd9Qvp0M?t=7435" TargetMode="External"/><Relationship Id="rId178" Type="http://schemas.openxmlformats.org/officeDocument/2006/relationships/hyperlink" Target="https://youtu.be/3YiYd9Qvp0M?t=7475" TargetMode="External"/><Relationship Id="rId179" Type="http://schemas.openxmlformats.org/officeDocument/2006/relationships/hyperlink" Target="https://youtu.be/3YiYd9Qvp0M?t=7517" TargetMode="External"/><Relationship Id="rId180" Type="http://schemas.openxmlformats.org/officeDocument/2006/relationships/hyperlink" Target="https://youtu.be/3YiYd9Qvp0M?t=7559" TargetMode="External"/><Relationship Id="rId181" Type="http://schemas.openxmlformats.org/officeDocument/2006/relationships/hyperlink" Target="https://youtu.be/3YiYd9Qvp0M?t=7600" TargetMode="External"/><Relationship Id="rId182" Type="http://schemas.openxmlformats.org/officeDocument/2006/relationships/hyperlink" Target="https://youtu.be/3YiYd9Qvp0M?t=7645" TargetMode="External"/><Relationship Id="rId183" Type="http://schemas.openxmlformats.org/officeDocument/2006/relationships/hyperlink" Target="https://youtu.be/3YiYd9Qvp0M?t=7687" TargetMode="External"/><Relationship Id="rId184" Type="http://schemas.openxmlformats.org/officeDocument/2006/relationships/hyperlink" Target="https://youtu.be/3YiYd9Qvp0M?t=7730" TargetMode="External"/><Relationship Id="rId185" Type="http://schemas.openxmlformats.org/officeDocument/2006/relationships/hyperlink" Target="https://youtu.be/3YiYd9Qvp0M?t=7778" TargetMode="External"/><Relationship Id="rId186" Type="http://schemas.openxmlformats.org/officeDocument/2006/relationships/hyperlink" Target="https://youtu.be/3YiYd9Qvp0M?t=7821" TargetMode="External"/><Relationship Id="rId187" Type="http://schemas.openxmlformats.org/officeDocument/2006/relationships/hyperlink" Target="https://youtu.be/3YiYd9Qvp0M?t=7862" TargetMode="External"/><Relationship Id="rId188" Type="http://schemas.openxmlformats.org/officeDocument/2006/relationships/hyperlink" Target="https://youtu.be/3YiYd9Qvp0M?t=7907" TargetMode="External"/><Relationship Id="rId189" Type="http://schemas.openxmlformats.org/officeDocument/2006/relationships/hyperlink" Target="https://youtu.be/3YiYd9Qvp0M?t=7948" TargetMode="External"/><Relationship Id="rId190" Type="http://schemas.openxmlformats.org/officeDocument/2006/relationships/hyperlink" Target="https://youtu.be/3YiYd9Qvp0M?t=7992" TargetMode="External"/><Relationship Id="rId191" Type="http://schemas.openxmlformats.org/officeDocument/2006/relationships/hyperlink" Target="https://youtu.be/3YiYd9Qvp0M?t=8037" TargetMode="External"/><Relationship Id="rId192" Type="http://schemas.openxmlformats.org/officeDocument/2006/relationships/hyperlink" Target="https://youtu.be/3YiYd9Qvp0M?t=8077" TargetMode="External"/><Relationship Id="rId193" Type="http://schemas.openxmlformats.org/officeDocument/2006/relationships/hyperlink" Target="https://youtu.be/3YiYd9Qvp0M?t=8119" TargetMode="External"/><Relationship Id="rId194" Type="http://schemas.openxmlformats.org/officeDocument/2006/relationships/hyperlink" Target="https://youtu.be/3YiYd9Qvp0M?t=8162" TargetMode="External"/><Relationship Id="rId195" Type="http://schemas.openxmlformats.org/officeDocument/2006/relationships/hyperlink" Target="https://youtu.be/3YiYd9Qvp0M?t=8204" TargetMode="External"/><Relationship Id="rId196" Type="http://schemas.openxmlformats.org/officeDocument/2006/relationships/hyperlink" Target="https://youtu.be/3YiYd9Qvp0M?t=8249" TargetMode="External"/><Relationship Id="rId197" Type="http://schemas.openxmlformats.org/officeDocument/2006/relationships/hyperlink" Target="https://youtu.be/3YiYd9Qvp0M?t=8296" TargetMode="External"/><Relationship Id="rId198" Type="http://schemas.openxmlformats.org/officeDocument/2006/relationships/hyperlink" Target="https://youtu.be/3YiYd9Qvp0M?t=8339" TargetMode="External"/><Relationship Id="rId199" Type="http://schemas.openxmlformats.org/officeDocument/2006/relationships/hyperlink" Target="https://youtu.be/3YiYd9Qvp0M?t=8379" TargetMode="External"/><Relationship Id="rId200" Type="http://schemas.openxmlformats.org/officeDocument/2006/relationships/hyperlink" Target="https://youtu.be/3YiYd9Qvp0M?t=8421" TargetMode="External"/><Relationship Id="rId201" Type="http://schemas.openxmlformats.org/officeDocument/2006/relationships/hyperlink" Target="https://youtu.be/3YiYd9Qvp0M?t=8465" TargetMode="External"/><Relationship Id="rId202" Type="http://schemas.openxmlformats.org/officeDocument/2006/relationships/hyperlink" Target="https://youtu.be/3YiYd9Qvp0M?t=8509" TargetMode="External"/><Relationship Id="rId203" Type="http://schemas.openxmlformats.org/officeDocument/2006/relationships/hyperlink" Target="https://youtu.be/3YiYd9Qvp0M?t=8553" TargetMode="External"/><Relationship Id="rId204" Type="http://schemas.openxmlformats.org/officeDocument/2006/relationships/hyperlink" Target="https://youtu.be/3YiYd9Qvp0M?t=8595" TargetMode="External"/><Relationship Id="rId205" Type="http://schemas.openxmlformats.org/officeDocument/2006/relationships/hyperlink" Target="https://youtu.be/3YiYd9Qvp0M?t=8639" TargetMode="External"/><Relationship Id="rId206" Type="http://schemas.openxmlformats.org/officeDocument/2006/relationships/hyperlink" Target="https://youtu.be/3YiYd9Qvp0M?t=8686" TargetMode="External"/><Relationship Id="rId207" Type="http://schemas.openxmlformats.org/officeDocument/2006/relationships/hyperlink" Target="https://youtu.be/3YiYd9Qvp0M?t=8727" TargetMode="External"/><Relationship Id="rId208" Type="http://schemas.openxmlformats.org/officeDocument/2006/relationships/hyperlink" Target="https://youtu.be/3YiYd9Qvp0M?t=8772" TargetMode="External"/><Relationship Id="rId209" Type="http://schemas.openxmlformats.org/officeDocument/2006/relationships/hyperlink" Target="https://youtu.be/3YiYd9Qvp0M?t=8815" TargetMode="External"/><Relationship Id="rId210" Type="http://schemas.openxmlformats.org/officeDocument/2006/relationships/hyperlink" Target="https://youtu.be/3YiYd9Qvp0M?t=8859" TargetMode="External"/><Relationship Id="rId211" Type="http://schemas.openxmlformats.org/officeDocument/2006/relationships/hyperlink" Target="https://youtu.be/3YiYd9Qvp0M?t=8900" TargetMode="External"/><Relationship Id="rId212" Type="http://schemas.openxmlformats.org/officeDocument/2006/relationships/hyperlink" Target="https://youtu.be/3YiYd9Qvp0M?t=8959" TargetMode="External"/><Relationship Id="rId213" Type="http://schemas.openxmlformats.org/officeDocument/2006/relationships/hyperlink" Target="https://youtu.be/3YiYd9Qvp0M?t=9000" TargetMode="External"/><Relationship Id="rId214" Type="http://schemas.openxmlformats.org/officeDocument/2006/relationships/hyperlink" Target="https://youtu.be/3YiYd9Qvp0M?t=9043" TargetMode="External"/><Relationship Id="rId215" Type="http://schemas.openxmlformats.org/officeDocument/2006/relationships/hyperlink" Target="https://youtu.be/3YiYd9Qvp0M?t=9088" TargetMode="External"/><Relationship Id="rId216" Type="http://schemas.openxmlformats.org/officeDocument/2006/relationships/hyperlink" Target="https://youtu.be/3YiYd9Qvp0M?t=9131" TargetMode="External"/><Relationship Id="rId217" Type="http://schemas.openxmlformats.org/officeDocument/2006/relationships/hyperlink" Target="https://youtu.be/3YiYd9Qvp0M?t=9177" TargetMode="External"/><Relationship Id="rId218" Type="http://schemas.openxmlformats.org/officeDocument/2006/relationships/hyperlink" Target="https://youtu.be/3YiYd9Qvp0M?t=9223" TargetMode="External"/><Relationship Id="rId219" Type="http://schemas.openxmlformats.org/officeDocument/2006/relationships/hyperlink" Target="https://youtu.be/3YiYd9Qvp0M?t=9265" TargetMode="External"/><Relationship Id="rId220" Type="http://schemas.openxmlformats.org/officeDocument/2006/relationships/hyperlink" Target="https://youtu.be/3YiYd9Qvp0M?t=9306" TargetMode="External"/><Relationship Id="rId221" Type="http://schemas.openxmlformats.org/officeDocument/2006/relationships/hyperlink" Target="https://youtu.be/3YiYd9Qvp0M?t=9352" TargetMode="External"/><Relationship Id="rId222" Type="http://schemas.openxmlformats.org/officeDocument/2006/relationships/hyperlink" Target="https://youtu.be/3YiYd9Qvp0M?t=9395" TargetMode="External"/><Relationship Id="rId223" Type="http://schemas.openxmlformats.org/officeDocument/2006/relationships/hyperlink" Target="https://youtu.be/3YiYd9Qvp0M?t=9442" TargetMode="External"/><Relationship Id="rId224" Type="http://schemas.openxmlformats.org/officeDocument/2006/relationships/hyperlink" Target="https://youtu.be/3YiYd9Qvp0M?t=9484" TargetMode="External"/><Relationship Id="rId225" Type="http://schemas.openxmlformats.org/officeDocument/2006/relationships/hyperlink" Target="https://youtu.be/3YiYd9Qvp0M?t=9530" TargetMode="External"/><Relationship Id="rId226" Type="http://schemas.openxmlformats.org/officeDocument/2006/relationships/hyperlink" Target="https://youtu.be/3YiYd9Qvp0M?t=9573" TargetMode="External"/><Relationship Id="rId227" Type="http://schemas.openxmlformats.org/officeDocument/2006/relationships/hyperlink" Target="https://youtu.be/3YiYd9Qvp0M?t=9620" TargetMode="External"/><Relationship Id="rId228" Type="http://schemas.openxmlformats.org/officeDocument/2006/relationships/hyperlink" Target="https://youtu.be/3YiYd9Qvp0M?t=9663" TargetMode="External"/><Relationship Id="rId229" Type="http://schemas.openxmlformats.org/officeDocument/2006/relationships/hyperlink" Target="https://youtu.be/3YiYd9Qvp0M?t=9706" TargetMode="External"/><Relationship Id="rId230" Type="http://schemas.openxmlformats.org/officeDocument/2006/relationships/hyperlink" Target="https://youtu.be/3YiYd9Qvp0M?t=9748" TargetMode="External"/><Relationship Id="rId231" Type="http://schemas.openxmlformats.org/officeDocument/2006/relationships/hyperlink" Target="https://youtu.be/3YiYd9Qvp0M?t=9788" TargetMode="External"/><Relationship Id="rId232" Type="http://schemas.openxmlformats.org/officeDocument/2006/relationships/hyperlink" Target="https://youtu.be/3YiYd9Qvp0M?t=9830" TargetMode="External"/><Relationship Id="rId233" Type="http://schemas.openxmlformats.org/officeDocument/2006/relationships/hyperlink" Target="https://youtu.be/3YiYd9Qvp0M?t=9871" TargetMode="External"/><Relationship Id="rId234" Type="http://schemas.openxmlformats.org/officeDocument/2006/relationships/hyperlink" Target="https://youtu.be/3YiYd9Qvp0M?t=9914" TargetMode="External"/><Relationship Id="rId235" Type="http://schemas.openxmlformats.org/officeDocument/2006/relationships/hyperlink" Target="https://youtu.be/3YiYd9Qvp0M?t=9957" TargetMode="External"/><Relationship Id="rId236" Type="http://schemas.openxmlformats.org/officeDocument/2006/relationships/hyperlink" Target="https://youtu.be/3YiYd9Qvp0M?t=9999" TargetMode="External"/><Relationship Id="rId237" Type="http://schemas.openxmlformats.org/officeDocument/2006/relationships/hyperlink" Target="https://youtu.be/3YiYd9Qvp0M?t=10046" TargetMode="External"/><Relationship Id="rId238" Type="http://schemas.openxmlformats.org/officeDocument/2006/relationships/hyperlink" Target="https://youtu.be/3YiYd9Qvp0M?t=10086" TargetMode="External"/><Relationship Id="rId239" Type="http://schemas.openxmlformats.org/officeDocument/2006/relationships/hyperlink" Target="https://youtu.be/3YiYd9Qvp0M?t=10128" TargetMode="External"/><Relationship Id="rId240" Type="http://schemas.openxmlformats.org/officeDocument/2006/relationships/hyperlink" Target="https://youtu.be/3YiYd9Qvp0M?t=10174" TargetMode="External"/><Relationship Id="rId241" Type="http://schemas.openxmlformats.org/officeDocument/2006/relationships/hyperlink" Target="https://youtu.be/3YiYd9Qvp0M?t=10215" TargetMode="External"/><Relationship Id="rId242" Type="http://schemas.openxmlformats.org/officeDocument/2006/relationships/hyperlink" Target="https://youtu.be/3YiYd9Qvp0M?t=10261" TargetMode="External"/><Relationship Id="rId243" Type="http://schemas.openxmlformats.org/officeDocument/2006/relationships/hyperlink" Target="https://youtu.be/3YiYd9Qvp0M?t=10304" TargetMode="External"/><Relationship Id="rId244" Type="http://schemas.openxmlformats.org/officeDocument/2006/relationships/hyperlink" Target="https://youtu.be/3YiYd9Qvp0M?t=10349" TargetMode="External"/><Relationship Id="rId245" Type="http://schemas.openxmlformats.org/officeDocument/2006/relationships/hyperlink" Target="https://youtu.be/3YiYd9Qvp0M?t=10389" TargetMode="External"/><Relationship Id="rId246" Type="http://schemas.openxmlformats.org/officeDocument/2006/relationships/hyperlink" Target="https://youtu.be/3YiYd9Qvp0M?t=10433" TargetMode="External"/><Relationship Id="rId247" Type="http://schemas.openxmlformats.org/officeDocument/2006/relationships/hyperlink" Target="https://youtu.be/3YiYd9Qvp0M?t=10476" TargetMode="External"/><Relationship Id="rId248" Type="http://schemas.openxmlformats.org/officeDocument/2006/relationships/hyperlink" Target="https://youtu.be/3YiYd9Qvp0M?t=10523" TargetMode="External"/><Relationship Id="rId249" Type="http://schemas.openxmlformats.org/officeDocument/2006/relationships/hyperlink" Target="https://youtu.be/3YiYd9Qvp0M?t=10566" TargetMode="External"/><Relationship Id="rId250" Type="http://schemas.openxmlformats.org/officeDocument/2006/relationships/hyperlink" Target="https://youtu.be/3YiYd9Qvp0M?t=10610" TargetMode="External"/><Relationship Id="rId251" Type="http://schemas.openxmlformats.org/officeDocument/2006/relationships/hyperlink" Target="https://youtu.be/3YiYd9Qvp0M?t=10651" TargetMode="External"/><Relationship Id="rId252" Type="http://schemas.openxmlformats.org/officeDocument/2006/relationships/hyperlink" Target="https://youtu.be/3YiYd9Qvp0M?t=10692" TargetMode="External"/><Relationship Id="rId253" Type="http://schemas.openxmlformats.org/officeDocument/2006/relationships/hyperlink" Target="https://youtu.be/3YiYd9Qvp0M?t=10737" TargetMode="External"/><Relationship Id="rId254" Type="http://schemas.openxmlformats.org/officeDocument/2006/relationships/hyperlink" Target="https://youtu.be/3YiYd9Qvp0M?t=10784" TargetMode="External"/><Relationship Id="rId255" Type="http://schemas.openxmlformats.org/officeDocument/2006/relationships/hyperlink" Target="https://youtu.be/3YiYd9Qvp0M?t=10827" TargetMode="External"/><Relationship Id="rId256" Type="http://schemas.openxmlformats.org/officeDocument/2006/relationships/hyperlink" Target="https://youtu.be/3YiYd9Qvp0M?t=10872" TargetMode="External"/><Relationship Id="rId257" Type="http://schemas.openxmlformats.org/officeDocument/2006/relationships/hyperlink" Target="https://youtu.be/3YiYd9Qvp0M?t=10913" TargetMode="External"/><Relationship Id="rId258" Type="http://schemas.openxmlformats.org/officeDocument/2006/relationships/hyperlink" Target="https://youtu.be/3YiYd9Qvp0M?t=10956" TargetMode="External"/><Relationship Id="rId259" Type="http://schemas.openxmlformats.org/officeDocument/2006/relationships/hyperlink" Target="https://youtu.be/3YiYd9Qvp0M?t=11002" TargetMode="External"/><Relationship Id="rId260" Type="http://schemas.openxmlformats.org/officeDocument/2006/relationships/hyperlink" Target="https://youtu.be/3YiYd9Qvp0M?t=11043" TargetMode="External"/><Relationship Id="rId261" Type="http://schemas.openxmlformats.org/officeDocument/2006/relationships/hyperlink" Target="https://youtu.be/3YiYd9Qvp0M?t=11088" TargetMode="External"/><Relationship Id="rId262" Type="http://schemas.openxmlformats.org/officeDocument/2006/relationships/hyperlink" Target="https://youtu.be/3YiYd9Qvp0M?t=11133" TargetMode="External"/><Relationship Id="rId263" Type="http://schemas.openxmlformats.org/officeDocument/2006/relationships/hyperlink" Target="https://youtu.be/3YiYd9Qvp0M?t=11174" TargetMode="External"/><Relationship Id="rId264" Type="http://schemas.openxmlformats.org/officeDocument/2006/relationships/hyperlink" Target="https://youtu.be/3YiYd9Qvp0M?t=11219" TargetMode="External"/><Relationship Id="rId265" Type="http://schemas.openxmlformats.org/officeDocument/2006/relationships/hyperlink" Target="https://youtu.be/3YiYd9Qvp0M?t=11267" TargetMode="External"/><Relationship Id="rId266" Type="http://schemas.openxmlformats.org/officeDocument/2006/relationships/hyperlink" Target="https://youtu.be/3YiYd9Qvp0M?t=11307" TargetMode="External"/><Relationship Id="rId267" Type="http://schemas.openxmlformats.org/officeDocument/2006/relationships/hyperlink" Target="https://youtu.be/3YiYd9Qvp0M?t=11369" TargetMode="External"/><Relationship Id="rId268" Type="http://schemas.openxmlformats.org/officeDocument/2006/relationships/hyperlink" Target="https://youtu.be/3YiYd9Qvp0M?t=11409" TargetMode="External"/><Relationship Id="rId269" Type="http://schemas.openxmlformats.org/officeDocument/2006/relationships/hyperlink" Target="https://youtu.be/3YiYd9Qvp0M?t=11452" TargetMode="External"/><Relationship Id="rId270" Type="http://schemas.openxmlformats.org/officeDocument/2006/relationships/hyperlink" Target="https://youtu.be/3YiYd9Qvp0M?t=11492" TargetMode="External"/><Relationship Id="rId271" Type="http://schemas.openxmlformats.org/officeDocument/2006/relationships/hyperlink" Target="https://youtu.be/3YiYd9Qvp0M?t=11535" TargetMode="External"/><Relationship Id="rId272" Type="http://schemas.openxmlformats.org/officeDocument/2006/relationships/hyperlink" Target="https://youtu.be/3YiYd9Qvp0M?t=11579" TargetMode="External"/><Relationship Id="rId273" Type="http://schemas.openxmlformats.org/officeDocument/2006/relationships/hyperlink" Target="https://youtu.be/3YiYd9Qvp0M?t=11622" TargetMode="External"/><Relationship Id="rId274" Type="http://schemas.openxmlformats.org/officeDocument/2006/relationships/hyperlink" Target="https://youtu.be/3YiYd9Qvp0M?t=11664" TargetMode="External"/><Relationship Id="rId275" Type="http://schemas.openxmlformats.org/officeDocument/2006/relationships/hyperlink" Target="https://youtu.be/3YiYd9Qvp0M?t=11709" TargetMode="External"/><Relationship Id="rId276" Type="http://schemas.openxmlformats.org/officeDocument/2006/relationships/hyperlink" Target="https://youtu.be/3YiYd9Qvp0M?t=11752" TargetMode="External"/><Relationship Id="rId277" Type="http://schemas.openxmlformats.org/officeDocument/2006/relationships/hyperlink" Target="https://youtu.be/3YiYd9Qvp0M?t=11797" TargetMode="External"/><Relationship Id="rId278" Type="http://schemas.openxmlformats.org/officeDocument/2006/relationships/hyperlink" Target="https://youtu.be/3YiYd9Qvp0M?t=11838" TargetMode="External"/><Relationship Id="rId279" Type="http://schemas.openxmlformats.org/officeDocument/2006/relationships/hyperlink" Target="https://youtu.be/3YiYd9Qvp0M?t=11883" TargetMode="External"/><Relationship Id="rId280" Type="http://schemas.openxmlformats.org/officeDocument/2006/relationships/hyperlink" Target="https://youtu.be/3YiYd9Qvp0M?t=11923" TargetMode="External"/><Relationship Id="rId281" Type="http://schemas.openxmlformats.org/officeDocument/2006/relationships/hyperlink" Target="https://youtu.be/3YiYd9Qvp0M?t=11965" TargetMode="External"/><Relationship Id="rId282" Type="http://schemas.openxmlformats.org/officeDocument/2006/relationships/hyperlink" Target="https://youtu.be/3YiYd9Qvp0M?t=12010" TargetMode="External"/><Relationship Id="rId283" Type="http://schemas.openxmlformats.org/officeDocument/2006/relationships/hyperlink" Target="https://youtu.be/3YiYd9Qvp0M?t=12050" TargetMode="External"/><Relationship Id="rId284" Type="http://schemas.openxmlformats.org/officeDocument/2006/relationships/hyperlink" Target="https://youtu.be/3YiYd9Qvp0M?t=12094" TargetMode="External"/><Relationship Id="rId285" Type="http://schemas.openxmlformats.org/officeDocument/2006/relationships/hyperlink" Target="https://youtu.be/3YiYd9Qvp0M?t=12142" TargetMode="External"/><Relationship Id="rId286" Type="http://schemas.openxmlformats.org/officeDocument/2006/relationships/hyperlink" Target="https://youtu.be/3YiYd9Qvp0M?t=12186" TargetMode="External"/><Relationship Id="rId287" Type="http://schemas.openxmlformats.org/officeDocument/2006/relationships/hyperlink" Target="https://youtu.be/3YiYd9Qvp0M?t=12230" TargetMode="External"/><Relationship Id="rId288" Type="http://schemas.openxmlformats.org/officeDocument/2006/relationships/hyperlink" Target="https://youtu.be/3YiYd9Qvp0M?t=12270" TargetMode="External"/><Relationship Id="rId289" Type="http://schemas.openxmlformats.org/officeDocument/2006/relationships/hyperlink" Target="https://youtu.be/3YiYd9Qvp0M?t=12319" TargetMode="External"/><Relationship Id="rId290" Type="http://schemas.openxmlformats.org/officeDocument/2006/relationships/hyperlink" Target="https://youtu.be/3YiYd9Qvp0M?t=12362" TargetMode="External"/><Relationship Id="rId291" Type="http://schemas.openxmlformats.org/officeDocument/2006/relationships/hyperlink" Target="https://youtu.be/3YiYd9Qvp0M?t=12403" TargetMode="External"/><Relationship Id="rId292" Type="http://schemas.openxmlformats.org/officeDocument/2006/relationships/hyperlink" Target="https://youtu.be/3YiYd9Qvp0M?t=12446" TargetMode="External"/><Relationship Id="rId293" Type="http://schemas.openxmlformats.org/officeDocument/2006/relationships/hyperlink" Target="https://youtu.be/3YiYd9Qvp0M?t=12489" TargetMode="External"/><Relationship Id="rId294" Type="http://schemas.openxmlformats.org/officeDocument/2006/relationships/hyperlink" Target="https://youtu.be/3YiYd9Qvp0M?t=12532" TargetMode="External"/><Relationship Id="rId295" Type="http://schemas.openxmlformats.org/officeDocument/2006/relationships/hyperlink" Target="https://youtu.be/3YiYd9Qvp0M?t=12574" TargetMode="External"/><Relationship Id="rId296" Type="http://schemas.openxmlformats.org/officeDocument/2006/relationships/hyperlink" Target="https://youtu.be/3YiYd9Qvp0M?t=12615" TargetMode="External"/><Relationship Id="rId297" Type="http://schemas.openxmlformats.org/officeDocument/2006/relationships/hyperlink" Target="https://youtu.be/3YiYd9Qvp0M?t=12659" TargetMode="External"/><Relationship Id="rId298" Type="http://schemas.openxmlformats.org/officeDocument/2006/relationships/hyperlink" Target="https://youtu.be/3YiYd9Qvp0M?t=12701" TargetMode="External"/><Relationship Id="rId299" Type="http://schemas.openxmlformats.org/officeDocument/2006/relationships/hyperlink" Target="https://youtu.be/3YiYd9Qvp0M?t=12742" TargetMode="External"/><Relationship Id="rId300" Type="http://schemas.openxmlformats.org/officeDocument/2006/relationships/hyperlink" Target="https://youtu.be/3YiYd9Qvp0M?t=12787" TargetMode="External"/><Relationship Id="rId301" Type="http://schemas.openxmlformats.org/officeDocument/2006/relationships/hyperlink" Target="https://youtu.be/3YiYd9Qvp0M?t=12829" TargetMode="External"/><Relationship Id="rId302" Type="http://schemas.openxmlformats.org/officeDocument/2006/relationships/hyperlink" Target="https://youtu.be/3YiYd9Qvp0M?t=12871" TargetMode="External"/><Relationship Id="rId303" Type="http://schemas.openxmlformats.org/officeDocument/2006/relationships/hyperlink" Target="https://youtu.be/3YiYd9Qvp0M?t=12912" TargetMode="External"/><Relationship Id="rId304" Type="http://schemas.openxmlformats.org/officeDocument/2006/relationships/hyperlink" Target="https://youtu.be/3YiYd9Qvp0M?t=12954" TargetMode="External"/><Relationship Id="rId305" Type="http://schemas.openxmlformats.org/officeDocument/2006/relationships/hyperlink" Target="https://youtu.be/3YiYd9Qvp0M?t=12994" TargetMode="External"/><Relationship Id="rId306" Type="http://schemas.openxmlformats.org/officeDocument/2006/relationships/hyperlink" Target="https://youtu.be/3YiYd9Qvp0M?t=13035" TargetMode="External"/><Relationship Id="rId307" Type="http://schemas.openxmlformats.org/officeDocument/2006/relationships/hyperlink" Target="https://youtu.be/3YiYd9Qvp0M?t=13081" TargetMode="External"/><Relationship Id="rId308" Type="http://schemas.openxmlformats.org/officeDocument/2006/relationships/hyperlink" Target="https://youtu.be/3YiYd9Qvp0M?t=13124" TargetMode="External"/><Relationship Id="rId309" Type="http://schemas.openxmlformats.org/officeDocument/2006/relationships/hyperlink" Target="https://youtu.be/3YiYd9Qvp0M?t=13171" TargetMode="External"/><Relationship Id="rId310" Type="http://schemas.openxmlformats.org/officeDocument/2006/relationships/hyperlink" Target="https://youtu.be/3YiYd9Qvp0M?t=13216" TargetMode="External"/><Relationship Id="rId311" Type="http://schemas.openxmlformats.org/officeDocument/2006/relationships/hyperlink" Target="https://youtu.be/3YiYd9Qvp0M?t=13258" TargetMode="External"/><Relationship Id="rId312" Type="http://schemas.openxmlformats.org/officeDocument/2006/relationships/hyperlink" Target="https://youtu.be/3YiYd9Qvp0M?t=13302" TargetMode="External"/><Relationship Id="rId313" Type="http://schemas.openxmlformats.org/officeDocument/2006/relationships/hyperlink" Target="https://youtu.be/3YiYd9Qvp0M?t=13344" TargetMode="External"/><Relationship Id="rId314" Type="http://schemas.openxmlformats.org/officeDocument/2006/relationships/hyperlink" Target="https://youtu.be/3YiYd9Qvp0M?t=13389" TargetMode="External"/><Relationship Id="rId315" Type="http://schemas.openxmlformats.org/officeDocument/2006/relationships/hyperlink" Target="https://youtu.be/3YiYd9Qvp0M?t=13430" TargetMode="External"/><Relationship Id="rId316" Type="http://schemas.openxmlformats.org/officeDocument/2006/relationships/hyperlink" Target="https://youtu.be/3YiYd9Qvp0M?t=13474" TargetMode="External"/><Relationship Id="rId317" Type="http://schemas.openxmlformats.org/officeDocument/2006/relationships/hyperlink" Target="https://youtu.be/3YiYd9Qvp0M?t=13514" TargetMode="External"/><Relationship Id="rId318" Type="http://schemas.openxmlformats.org/officeDocument/2006/relationships/hyperlink" Target="https://youtu.be/3YiYd9Qvp0M?t=13558" TargetMode="External"/><Relationship Id="rId319" Type="http://schemas.openxmlformats.org/officeDocument/2006/relationships/hyperlink" Target="https://youtu.be/3YiYd9Qvp0M?t=13601" TargetMode="External"/><Relationship Id="rId320" Type="http://schemas.openxmlformats.org/officeDocument/2006/relationships/hyperlink" Target="https://youtu.be/3YiYd9Qvp0M?t=13647" TargetMode="External"/><Relationship Id="rId321" Type="http://schemas.openxmlformats.org/officeDocument/2006/relationships/hyperlink" Target="https://youtu.be/3YiYd9Qvp0M?t=13690" TargetMode="External"/><Relationship Id="rId322" Type="http://schemas.openxmlformats.org/officeDocument/2006/relationships/hyperlink" Target="https://youtu.be/3YiYd9Qvp0M?t=13742" TargetMode="External"/><Relationship Id="rId323" Type="http://schemas.openxmlformats.org/officeDocument/2006/relationships/hyperlink" Target="https://youtu.be/3YiYd9Qvp0M?t=13789" TargetMode="External"/><Relationship Id="rId324" Type="http://schemas.openxmlformats.org/officeDocument/2006/relationships/hyperlink" Target="https://youtu.be/3YiYd9Qvp0M?t=13832" TargetMode="External"/><Relationship Id="rId325" Type="http://schemas.openxmlformats.org/officeDocument/2006/relationships/hyperlink" Target="https://youtu.be/3YiYd9Qvp0M?t=13876" TargetMode="External"/><Relationship Id="rId326" Type="http://schemas.openxmlformats.org/officeDocument/2006/relationships/hyperlink" Target="https://youtu.be/3YiYd9Qvp0M?t=13923" TargetMode="External"/><Relationship Id="rId327" Type="http://schemas.openxmlformats.org/officeDocument/2006/relationships/hyperlink" Target="https://youtu.be/3YiYd9Qvp0M?t=13969" TargetMode="External"/><Relationship Id="rId328" Type="http://schemas.openxmlformats.org/officeDocument/2006/relationships/hyperlink" Target="https://youtu.be/3YiYd9Qvp0M?t=14010" TargetMode="External"/><Relationship Id="rId329" Type="http://schemas.openxmlformats.org/officeDocument/2006/relationships/hyperlink" Target="https://youtu.be/3YiYd9Qvp0M?t=14052" TargetMode="External"/><Relationship Id="rId330" Type="http://schemas.openxmlformats.org/officeDocument/2006/relationships/hyperlink" Target="https://youtu.be/3YiYd9Qvp0M?t=14097" TargetMode="External"/><Relationship Id="rId331" Type="http://schemas.openxmlformats.org/officeDocument/2006/relationships/hyperlink" Target="https://youtu.be/3YiYd9Qvp0M?t=14137" TargetMode="External"/><Relationship Id="rId332" Type="http://schemas.openxmlformats.org/officeDocument/2006/relationships/hyperlink" Target="https://youtu.be/3YiYd9Qvp0M?t=14179" TargetMode="External"/><Relationship Id="rId333" Type="http://schemas.openxmlformats.org/officeDocument/2006/relationships/hyperlink" Target="https://youtu.be/3YiYd9Qvp0M?t=14220" TargetMode="External"/><Relationship Id="rId334" Type="http://schemas.openxmlformats.org/officeDocument/2006/relationships/hyperlink" Target="https://youtu.be/3YiYd9Qvp0M?t=14265" TargetMode="External"/><Relationship Id="rId335" Type="http://schemas.openxmlformats.org/officeDocument/2006/relationships/hyperlink" Target="https://youtu.be/3YiYd9Qvp0M?t=14306" TargetMode="External"/><Relationship Id="rId336" Type="http://schemas.openxmlformats.org/officeDocument/2006/relationships/hyperlink" Target="https://youtu.be/3YiYd9Qvp0M?t=14350" TargetMode="External"/><Relationship Id="rId337" Type="http://schemas.openxmlformats.org/officeDocument/2006/relationships/hyperlink" Target="https://youtu.be/3YiYd9Qvp0M?t=14390" TargetMode="External"/><Relationship Id="rId338" Type="http://schemas.openxmlformats.org/officeDocument/2006/relationships/hyperlink" Target="https://youtu.be/3YiYd9Qvp0M?t=14434" TargetMode="External"/><Relationship Id="rId339" Type="http://schemas.openxmlformats.org/officeDocument/2006/relationships/hyperlink" Target="https://youtu.be/3YiYd9Qvp0M?t=14475" TargetMode="External"/><Relationship Id="rId340" Type="http://schemas.openxmlformats.org/officeDocument/2006/relationships/hyperlink" Target="https://youtu.be/3YiYd9Qvp0M?t=14518" TargetMode="External"/><Relationship Id="rId341" Type="http://schemas.openxmlformats.org/officeDocument/2006/relationships/hyperlink" Target="https://youtu.be/3YiYd9Qvp0M?t=14563" TargetMode="External"/><Relationship Id="rId342" Type="http://schemas.openxmlformats.org/officeDocument/2006/relationships/hyperlink" Target="https://youtu.be/3YiYd9Qvp0M?t=14608" TargetMode="External"/><Relationship Id="rId343" Type="http://schemas.openxmlformats.org/officeDocument/2006/relationships/hyperlink" Target="https://youtu.be/3YiYd9Qvp0M?t=14651" TargetMode="External"/><Relationship Id="rId344" Type="http://schemas.openxmlformats.org/officeDocument/2006/relationships/hyperlink" Target="https://youtu.be/3YiYd9Qvp0M?t=14729" TargetMode="External"/><Relationship Id="rId345" Type="http://schemas.openxmlformats.org/officeDocument/2006/relationships/hyperlink" Target="https://youtu.be/3YiYd9Qvp0M?t=14772" TargetMode="External"/><Relationship Id="rId346" Type="http://schemas.openxmlformats.org/officeDocument/2006/relationships/hyperlink" Target="https://youtu.be/3YiYd9Qvp0M?t=14815" TargetMode="External"/><Relationship Id="rId347" Type="http://schemas.openxmlformats.org/officeDocument/2006/relationships/hyperlink" Target="https://youtu.be/3YiYd9Qvp0M?t=14855" TargetMode="External"/><Relationship Id="rId348" Type="http://schemas.openxmlformats.org/officeDocument/2006/relationships/hyperlink" Target="https://youtu.be/3YiYd9Qvp0M?t=14896" TargetMode="External"/><Relationship Id="rId349" Type="http://schemas.openxmlformats.org/officeDocument/2006/relationships/hyperlink" Target="https://youtu.be/3YiYd9Qvp0M?t=14941" TargetMode="External"/><Relationship Id="rId350" Type="http://schemas.openxmlformats.org/officeDocument/2006/relationships/hyperlink" Target="https://youtu.be/3YiYd9Qvp0M?t=14996" TargetMode="External"/><Relationship Id="rId351" Type="http://schemas.openxmlformats.org/officeDocument/2006/relationships/hyperlink" Target="https://youtu.be/3YiYd9Qvp0M?t=15040" TargetMode="External"/><Relationship Id="rId352" Type="http://schemas.openxmlformats.org/officeDocument/2006/relationships/hyperlink" Target="https://youtu.be/3YiYd9Qvp0M?t=15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AKM — Açılış ve Özel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