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2 — 43. Oturum — Özgün deşifre</w:t>
      </w:r>
    </w:p>
    <w:p>
      <w:r>
        <w:t>06.10.2026 • Anlam ve Aidiyet Arayışında Aile Kurumu ile Yeni Eğitim Paradigmaları Özel Oturumu</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Türkçe. Video süresi: 01:25:17.</w:t>
      </w:r>
    </w:p>
    <w:p>
      <w:pPr>
        <w:keepNext/>
      </w:pPr>
      <w:hyperlink r:id="rId10">
        <w:r>
          <w:rPr>
            <w:color w:val="1155CC"/>
            <w:u w:val="single"/>
          </w:rPr>
          <w:t>00:00:00 – 00:00:47</w:t>
        </w:r>
      </w:hyperlink>
      <w:r>
        <w:rPr>
          <w:b/>
        </w:rPr>
        <w:t xml:space="preserve">  |  Türkçe</w:t>
      </w:r>
    </w:p>
    <w:p>
      <w:r>
        <w:t>Kur'an hakikatlerinin görümün bir hale gelmesiyle o cemalde bir nevi cibreleniyorlar. Biz o günleri yaşıyoruz şimdi. Bakın böyle devam ediyor. Her zihayat senin tema aşağıda, sanatın olan zemin yüzüne her yerden çıkıp bakıyorlar. Aşağıdan, yukarıdan dellamlar gibi çıkıp bağırıyorlar. Herkes bu şekilde ifade etti. Çünkü insan kalbin bir çekirdek olarak niteler Bediüzzaman Hazretleri. O çekirdeğin nasıl şahs-ı maneviyle koca bir ağaca dönüştüğünü gördük. Bu ifadeler de zaten bir ağacın tevaşası.</w:t>
      </w:r>
    </w:p>
    <w:p>
      <w:pPr>
        <w:keepNext/>
      </w:pPr>
      <w:hyperlink r:id="rId11">
        <w:r>
          <w:rPr>
            <w:color w:val="1155CC"/>
            <w:u w:val="single"/>
          </w:rPr>
          <w:t>00:00:47 – 00:01:34</w:t>
        </w:r>
      </w:hyperlink>
      <w:r>
        <w:rPr>
          <w:b/>
        </w:rPr>
        <w:t xml:space="preserve">  |  Türkçe</w:t>
      </w:r>
    </w:p>
    <w:p>
      <w:r>
        <w:t>Biz şu anda bu koca ağacı, Bediüzzaman Hazretleri'ne temaşa ediyoruz. Bu beni çok duygulandırdı. Sözlerime bu şekilde başlamak istedim. Hatta ön sözde tercih hayatta çok muhteşem bölümler var ama ben kısa tutmaya çalışacağım. Bakın, kalbinde yanar dağ gibi iman ne mukaddes, vicdanına her alçı halkırmada bir ses. Ey yolcu, şaka parçalayacak durma ilerle, zulmetlere kan ağlatacak meşale ilerle. İşte biz de bu meşalelerin altında, bu aydınlığın altında hocalarımızın gerçekten büyük gayretleriyle, çalışmalarıyla sunumlar yapacaklar.</w:t>
      </w:r>
    </w:p>
    <w:p>
      <w:pPr>
        <w:keepNext/>
      </w:pPr>
      <w:hyperlink r:id="rId12">
        <w:r>
          <w:rPr>
            <w:color w:val="1155CC"/>
            <w:u w:val="single"/>
          </w:rPr>
          <w:t>00:01:34 – 00:02:00</w:t>
        </w:r>
      </w:hyperlink>
      <w:r>
        <w:rPr>
          <w:b/>
        </w:rPr>
        <w:t xml:space="preserve">  |  Türkçe</w:t>
      </w:r>
    </w:p>
    <w:p>
      <w:r>
        <w:t>20 saat kadar fazla tebliğlerini burada kısa 15 dakikaya sızdıracakları sunumlar yapacaklar. Ben size o tebliğleri okumanızı da tavsiye ediyorum. Şimdi oturduğumuzda başlayalım. Ayşegül Akıkuş Akgün, araştırmacı yazar, fıtrat temelli aile ve neslin inşasını bize sunacak. Buyurun hocam.</w:t>
      </w:r>
    </w:p>
    <w:p>
      <w:hyperlink r:id="rId13">
        <w:r>
          <w:rPr>
            <w:color w:val="1155CC"/>
            <w:u w:val="single"/>
          </w:rPr>
          <w:t>00:02:00–00:02:26</w:t>
        </w:r>
      </w:hyperlink>
      <w:r>
        <w:rPr>
          <w:i/>
        </w:rPr>
        <w:t xml:space="preserve">  [Metin boşluğu: bu aralık için döküm bulunmuyor. Videodan kontrol edin.]</w:t>
      </w:r>
    </w:p>
    <w:p>
      <w:pPr>
        <w:keepNext/>
      </w:pPr>
      <w:hyperlink r:id="rId14">
        <w:r>
          <w:rPr>
            <w:color w:val="1155CC"/>
            <w:u w:val="single"/>
          </w:rPr>
          <w:t>00:02:26 – 00:03:21</w:t>
        </w:r>
      </w:hyperlink>
      <w:r>
        <w:rPr>
          <w:b/>
        </w:rPr>
        <w:t xml:space="preserve">  |  Türkçe</w:t>
      </w:r>
      <w:r>
        <w:rPr>
          <w:i/>
        </w:rPr>
        <w:t xml:space="preserve">  • Kontrol</w:t>
      </w:r>
    </w:p>
    <w:p>
      <w:r>
        <w:t>Allah'ın rahmeti, bereketi üzerimize olsun inşallah. Kâinat-ı Işrâhî Sadrî ve Hesirlî Emrî, Nâhu'l-Kuktetem ve Lisâniyye Dabûr Kâinî diyerek, lisânımızın doğru yerlere gitmesini ve sözlerimizin tesiri olması duasıyla konuşmamı açıyorum. Külüsel Krizleri Kur'ânî Çözümler Anabaşlıklı Sempozyumumuz malumunuz. Benim konum fıtrat temelli aile ve neslim terbiyesi. Bu konuyu Kur'an'lı kerim ve sünnet perspektifinden ele alarak misali durumu inceledik. Ben değiştiriyorum. İnsanı yaratılış gayesi, fıtratı, aile yapısı ve neslin terbiyesini, modern çağın yenilikleri karşısındaki durumunu ve düğün zamanının bakış açısıyla değerlendirdik.</w:t>
      </w:r>
    </w:p>
    <w:p>
      <w:pPr>
        <w:keepNext/>
      </w:pPr>
      <w:hyperlink r:id="rId15">
        <w:r>
          <w:rPr>
            <w:color w:val="1155CC"/>
            <w:u w:val="single"/>
          </w:rPr>
          <w:t>00:03:21 – 00:04:05</w:t>
        </w:r>
      </w:hyperlink>
      <w:r>
        <w:rPr>
          <w:b/>
        </w:rPr>
        <w:t xml:space="preserve">  |  Türkçe</w:t>
      </w:r>
    </w:p>
    <w:p>
      <w:r>
        <w:t>Ve problemleri çözüm önerileri aramaktı amacımız. Önce fıtri aile nedir bilmeniz gerekir. Çünkü ikinci aşamada neslin terbiyesinden bahsedilip, fıtri aile nedir, fıtrat kavramı nedir, aile kavramı nedir bunu bilmezsek fıtri ailenin ne demek olduğunu bilemiyoruz ve gelecek neslin inşasını konuşmamız çok mümkün olmuyor. O sebeple mizaj, yapı bir şeyin bozulmamış hali demektir. Allah'ın yarattıklarını kendisini bilip tanıyacak ve idrak edecek bir kabiliyet üzerine yaratmış olmasıdır.</w:t>
      </w:r>
    </w:p>
    <w:p>
      <w:pPr>
        <w:keepNext/>
      </w:pPr>
      <w:hyperlink r:id="rId16">
        <w:r>
          <w:rPr>
            <w:color w:val="1155CC"/>
            <w:u w:val="single"/>
          </w:rPr>
          <w:t>00:04:05 – 00:04:53</w:t>
        </w:r>
      </w:hyperlink>
      <w:r>
        <w:rPr>
          <w:b/>
        </w:rPr>
        <w:t xml:space="preserve">  |  Türkçe</w:t>
      </w:r>
    </w:p>
    <w:p>
      <w:r>
        <w:t>Bediüzzaman'a göre fıtrat Allah'ın her varlığa yüklediği yaratılış programı ve ilahi kanunlar bütünüdür. Fıtratı beşeriyedeki hadsiz istidatlar, hadsiz makası da müteveccittir der Sayın Nursi Hazretleri. Gözlerini dünyaya bir aile içinde açar. Her türlü duyguyu, değeri ve tecrübeli ailesinin içinde övülür. Bu sebeple aile yalnızca aynı çatı altında yaşayan kişilerin oluşturduğu birliktelik değil, toplumun karakterini, medeniyetin istikametini, geleceğin insanını inşa etmek için var olan bir kurumdur.</w:t>
      </w:r>
    </w:p>
    <w:p>
      <w:pPr>
        <w:keepNext/>
      </w:pPr>
      <w:hyperlink r:id="rId17">
        <w:r>
          <w:rPr>
            <w:color w:val="1155CC"/>
            <w:u w:val="single"/>
          </w:rPr>
          <w:t>00:04:53 – 00:05:36</w:t>
        </w:r>
      </w:hyperlink>
      <w:r>
        <w:rPr>
          <w:b/>
        </w:rPr>
        <w:t xml:space="preserve">  |  Türkçe</w:t>
      </w:r>
    </w:p>
    <w:p>
      <w:r>
        <w:t>Aile, insan neslinin devamını sağlayan, sosyalleşmenin oluşturduğu, aralarındaki ilişkilerin belirli değerler ve kurallara bağlı olarak yapılandığı, bütün kültürel unsurların gelecek nesillere aktarılmasını sağlayan biyolojik, sosyolojik, psikolojik, hukuki, eğitimsel ve benzeri boyutları çeşitli karmaşık ortamda barındıran sosyal bir birim. Aile dediğimizin kavramının açıklaması böyle. Aile kısmında en temel gelişenleri bildiğiniz üzere baba, anne ve çocuk oluşturuyor. Yüce Allah yeryüzünün halifesi kıldığı insanı kadın erkek olarak iki ayrı ceste yaratmış,</w:t>
      </w:r>
    </w:p>
    <w:p>
      <w:pPr>
        <w:keepNext/>
      </w:pPr>
      <w:hyperlink r:id="rId18">
        <w:r>
          <w:rPr>
            <w:color w:val="1155CC"/>
            <w:u w:val="single"/>
          </w:rPr>
          <w:t>00:05:36 – 00:06:19</w:t>
        </w:r>
      </w:hyperlink>
      <w:r>
        <w:rPr>
          <w:b/>
        </w:rPr>
        <w:t xml:space="preserve">  |  Türkçe</w:t>
      </w:r>
      <w:r>
        <w:rPr>
          <w:i/>
        </w:rPr>
        <w:t xml:space="preserve">  • Kontrol</w:t>
      </w:r>
    </w:p>
    <w:p>
      <w:r>
        <w:t>birbirlerine karşı aradığında sevgi halk etmiştir ki birleşip aileler kursunlar, neslin devamını sağlasınlar diye. Evrensel bir kavram zamanla ve mekanla hatta coğrafya ile sınırlı değil. Şöyle düşünelim ve ispatlayalım bunu. İnsanlık tarihinin ilk dönemlerine baktığımızda Afrika'ya da baksak, Amerika'ya da baksak, Avrupa ülkelerine de baksak aile kurumuna rastlıyoruz. Bu sebeple coğrafi bir durumla da sınırlı olmadığını görüyoruz bu kavramın. Dine veya dünya görüşüne de bağlı olarak kuruluyor. Yani biz Müslüman olduğumuz için fıtratımız gerek ya da Peygamberimizin sünneti olduğu için aile kurmuyoruz aslında.</w:t>
      </w:r>
    </w:p>
    <w:p>
      <w:pPr>
        <w:keepNext/>
      </w:pPr>
      <w:hyperlink r:id="rId19">
        <w:r>
          <w:rPr>
            <w:color w:val="1155CC"/>
            <w:u w:val="single"/>
          </w:rPr>
          <w:t>00:06:19 – 00:06:59</w:t>
        </w:r>
      </w:hyperlink>
      <w:r>
        <w:rPr>
          <w:b/>
        </w:rPr>
        <w:t xml:space="preserve">  |  Türkçe</w:t>
      </w:r>
      <w:r>
        <w:rPr>
          <w:i/>
        </w:rPr>
        <w:t xml:space="preserve">  • Kontrol</w:t>
      </w:r>
    </w:p>
    <w:p>
      <w:r>
        <w:t>Evet, bu niyetle devamlılığını sürdürüyoruz ama bu fıtri bir ihtiyaç her insanın gerektiğine kodlanmış bir yazılım olarak düşünebiliriz. Aile kurma ihtiyacı, fıtri ihtiyaçtır tırnak içinde. Çünkü aile fıtri bir ihtiyaç, doğal bir gereklilik, biz konuyu kendi değerlerimizle İslami çerçevede baktığımızda bu konu çok önemli bir noktada duruyor. Biz dünyaya tek başımıza sadece erkek ya da kadın olarak gelmedik arkadaşlar. Biz dünyaya bir aile olarak indirildik çünkü Hz. Adem ve Hz. Havva beraber geldiler. Çünkü bu birliktelikten bir aile doğması gerekiyordu.</w:t>
      </w:r>
    </w:p>
    <w:p>
      <w:pPr>
        <w:keepNext/>
      </w:pPr>
      <w:hyperlink r:id="rId20">
        <w:r>
          <w:rPr>
            <w:color w:val="1155CC"/>
            <w:u w:val="single"/>
          </w:rPr>
          <w:t>00:06:59 – 00:07:44</w:t>
        </w:r>
      </w:hyperlink>
      <w:r>
        <w:rPr>
          <w:b/>
        </w:rPr>
        <w:t xml:space="preserve">  |  Türkçe</w:t>
      </w:r>
    </w:p>
    <w:p>
      <w:r>
        <w:t>Bu meseleyi böyle okumamız gerekiyor. Hıtr-i ailelerin özellikleri nelerdir diye bakacak olursak, Risale-i Havva'ya baksak şunları görüyoruz. Geniş, Sena Hocam'ın da söylediği gibi 5-6 aylık bir tedbir çalışmamız var. İnşallah en az 15-20 sayfalık yazılarımızı okuyarak daha ayrıntılarına hakim olabilirsiniz. Ailede sevgi, şeffaf, muhabbet temeli vardır. Bediüzzaman gözlüğünden anlatıyorum. Bunların hiçbirisi yalnız nefis hesabına değildir. Rahman namlıdır. Onlar tefekkür, teşekkür ve şükür halindedirler. Böyle bir aile Allah Celle Celaluhu anne ve babayı şeffafla bunaltmıştır böyle bir ailede.</w:t>
      </w:r>
    </w:p>
    <w:p>
      <w:pPr>
        <w:keepNext/>
      </w:pPr>
      <w:hyperlink r:id="rId21">
        <w:r>
          <w:rPr>
            <w:color w:val="1155CC"/>
            <w:u w:val="single"/>
          </w:rPr>
          <w:t>00:07:44 – 00:08:27</w:t>
        </w:r>
      </w:hyperlink>
      <w:r>
        <w:rPr>
          <w:b/>
        </w:rPr>
        <w:t xml:space="preserve">  |  Türkçe</w:t>
      </w:r>
      <w:r>
        <w:rPr>
          <w:i/>
        </w:rPr>
        <w:t xml:space="preserve">  • Kontrol</w:t>
      </w:r>
    </w:p>
    <w:p>
      <w:r>
        <w:t>O merhametli ellerde hayırlı, terbiyeli evlatlar gelişir. Yüce Allah hikmet ve rahmet hesabıyla o evlatlara da hürmet ve muhabbet ettirir. Günümüzde en çok anne baba olarak buna ihtiyacımız var sanırım. O muhabbet ve hürmet Allah için olduğunun alameti şudur bakın çok ilginç. Onlar ihtiyar oldukları ve sana hiçbir faydaları kalmadığı ve seni zahmet ve meşakkatle ve evlatlarını o Rahim-i Kerim'in hediyeleri olduğu için kemali şefkat ve merhametle</w:t>
      </w:r>
    </w:p>
    <w:p>
      <w:pPr>
        <w:keepNext/>
      </w:pPr>
      <w:hyperlink r:id="rId22">
        <w:r>
          <w:rPr>
            <w:color w:val="1155CC"/>
            <w:u w:val="single"/>
          </w:rPr>
          <w:t>00:08:27 – 00:09:14</w:t>
        </w:r>
      </w:hyperlink>
      <w:r>
        <w:rPr>
          <w:b/>
        </w:rPr>
        <w:t xml:space="preserve">  |  Türkçe</w:t>
      </w:r>
    </w:p>
    <w:p>
      <w:r>
        <w:t>oğlanı sevmek ve muhafaza etmek yine hakka aittir diyor. Bu açıdan da tevekkülü de güvenli içindeki hissedebiliriz. Bu 32. söz 3. mevkide geçen bir söz. Onu da hatırlatmak isterim. Tatlı bir ailede erkek hanımını hayat arkadaşı olarak görür. Onun yalnızca gençliğine yatış güzelliğini deyip, huylarını da sever. Fıtri olan aileler de böyledir. Allah'ın kendisine hediyesi olarak eşini kabul eder ve daha çölük etmez. Ahiret olaklı bir ilişkisi ve sonsuzluk muradı vardır çünkü. Hem rekikayı hayatını, rahmeti ilahiyeli, muhidyesi olduğun cihetiyle sev ve muhabbet et der.</w:t>
      </w:r>
    </w:p>
    <w:p>
      <w:pPr>
        <w:keepNext/>
      </w:pPr>
      <w:hyperlink r:id="rId23">
        <w:r>
          <w:rPr>
            <w:color w:val="1155CC"/>
            <w:u w:val="single"/>
          </w:rPr>
          <w:t>00:09:17 – 00:10:03</w:t>
        </w:r>
      </w:hyperlink>
      <w:r>
        <w:rPr>
          <w:b/>
        </w:rPr>
        <w:t xml:space="preserve">  |  Türkçe</w:t>
      </w:r>
      <w:r>
        <w:rPr>
          <w:i/>
        </w:rPr>
        <w:t xml:space="preserve">  • Kontrol</w:t>
      </w:r>
    </w:p>
    <w:p>
      <w:r>
        <w:t>Modern kralın aileye etkilerini bugün konuşmadan geçemeyiz arkadaşlar. Zira Fitri ailenin yapısında bunun üzerinde moderleşmenin, küreselleşmenin, globalleşmenin çok fazla etkisi var. Modern çağın hayatımıza getirdiği hızlı değişim ve dönüşüm yalnızca yaşam biçimleri değil, ihtiyaçlarımızı, alışkanlıklarımızı, değer yardımlarımızı, toplumsal kadınlarımızı da önemli ölçüde değiştirmiştir. Yeni teknolojik aydınlıklar, değişen tüketim alışkanlıkları, güzellik anlayışı, kabul görme anlayışımızdaki değişiklikler bizi epey dönüştürmüştür. Bu O sürekli değişimin hızına ayak uydurma çabası insanlığa yetersizlik hissi ve duygusuzluğu ortaya çıkarmıştır.</w:t>
      </w:r>
    </w:p>
    <w:p>
      <w:pPr>
        <w:keepNext/>
      </w:pPr>
      <w:hyperlink r:id="rId24">
        <w:r>
          <w:rPr>
            <w:color w:val="1155CC"/>
            <w:u w:val="single"/>
          </w:rPr>
          <w:t>00:10:04 – 00:10:44</w:t>
        </w:r>
      </w:hyperlink>
      <w:r>
        <w:rPr>
          <w:b/>
        </w:rPr>
        <w:t xml:space="preserve">  |  Türkçe</w:t>
      </w:r>
    </w:p>
    <w:p>
      <w:r>
        <w:t>Modern dünya düzeni getirdiği yenilikler insanlar için bazı kazanım ve kolaylığı da elbette yanına getiriyor. Tek suçlu internet kullanımı, teknolojinin çok hızlı süre gelmesi değil. Sadece onu suçlayamayız çünkü biz varoluşumuzla fıtrat içeriyoruz ve yaşıyoruz. İrademizle ve aklımızla da yaşıyoruz. O sebeple bazı kazanım ve kolaylıklarının yanında aile birliğini tahrip eden unsurları da beraber ele getirdi. Örneğin bilgisayar önceleri işleri kolaylaştıran ve hızlandıran önemli bir teknolojik araç iken mesela 20 yıl önce, şimdilerde internet kullanımıyla birlikte alanda epey değişti mecrası.</w:t>
      </w:r>
    </w:p>
    <w:p>
      <w:pPr>
        <w:keepNext/>
      </w:pPr>
      <w:hyperlink r:id="rId25">
        <w:r>
          <w:rPr>
            <w:color w:val="1155CC"/>
            <w:u w:val="single"/>
          </w:rPr>
          <w:t>00:10:44 – 00:11:31</w:t>
        </w:r>
      </w:hyperlink>
      <w:r>
        <w:rPr>
          <w:b/>
        </w:rPr>
        <w:t xml:space="preserve">  |  Türkçe</w:t>
      </w:r>
    </w:p>
    <w:p>
      <w:r>
        <w:t>Ölçüsüz ve amaç dışı kullanım söz konusu olduğunda zaman yönetimi, sosyal ilişkiler hatta aile içi iletişimi de fazlasıyla sunum haline getiriyor diyebiliriz. Kontrolsüz kullanılması zaman içinde insanların fitri yatkınlıklarından giderek uzaklaşan bir nesil yetişmesine zaman hazırlıyor, zemin hazırlıyor olabilir. Bu sebeple hepimizin çok dikkatli olması gerekiyor. Burada mesele teknolojinin hızla ilerlemesi midir, insanın teknolojiyle kurduğu ilişki biçimi midir bunu sorgulamalıyız. Sorun modelleşmenin kendisi mi, işin karşısında değerlerini koruyup koruyamadığı mıdır?</w:t>
      </w:r>
    </w:p>
    <w:p>
      <w:pPr>
        <w:keepNext/>
      </w:pPr>
      <w:hyperlink r:id="rId26">
        <w:r>
          <w:rPr>
            <w:color w:val="1155CC"/>
            <w:u w:val="single"/>
          </w:rPr>
          <w:t>00:11:31 – 00:12:18</w:t>
        </w:r>
      </w:hyperlink>
      <w:r>
        <w:rPr>
          <w:b/>
        </w:rPr>
        <w:t xml:space="preserve">  |  Türkçe</w:t>
      </w:r>
      <w:r>
        <w:rPr>
          <w:i/>
        </w:rPr>
        <w:t xml:space="preserve">  • Kontrol</w:t>
      </w:r>
    </w:p>
    <w:p>
      <w:r>
        <w:t>Bunları kendimiz düşünüp sentez etmemiz gerekiyor. Burada yapılması gereken insanın fıtratını merkeze alarak tüm yenilik ve imkanlarla sağlıklı bir ilişki kullanabilmektir. Çünkü insanın geliştirdiği araçlar ve değişen hayat biçimleri insanın manevi ve katili ihtiyaçlarının önüne geçtiğinde imkanların çoğalması her zaman huzurun da çoğaldığı anlamına gelmiyor maalesef. Fıtrat merkezli bir aile anlayışı, insana, aileye ve nesne aile ve sebebiyle bu denge içerisinde yeniden değerlendirmemiz gerekiyor diye düşünüyorum. Bize pratikliği ve çabukluğunu yaşam tarzı olarak servis ediliyor.</w:t>
      </w:r>
    </w:p>
    <w:p>
      <w:pPr>
        <w:keepNext/>
      </w:pPr>
      <w:hyperlink r:id="rId27">
        <w:r>
          <w:rPr>
            <w:color w:val="1155CC"/>
            <w:u w:val="single"/>
          </w:rPr>
          <w:t>00:12:18 – 00:12:59</w:t>
        </w:r>
      </w:hyperlink>
      <w:r>
        <w:rPr>
          <w:b/>
        </w:rPr>
        <w:t xml:space="preserve">  |  Türkçe</w:t>
      </w:r>
    </w:p>
    <w:p>
      <w:r>
        <w:t>Lakin artırılan zaman, hani eskiden bir reklam vardı hatırlarsınız beyaz eşya reklamı. Küçük bir çocuk diyordu ki annem bana kalır. Yani robotlar işe yapınca annesiyle geçireceği zamanlar altı çiziliyordu reklamda. Evet güzel doğrularla ama bugün şunu sorguluyorum ben o reklam aklıma gelince. Gerçekten teknolojinin ve robotların yaptığı ev işleri, mutfak işleri annenin işini kolaylaştırırken anne çocuğa kanıyor mu? Oradan arttırılan zaman bizim afilete dönüp yaşamamıza bir katkı sağlıyor mu? Veya ailenizle geçirdiğiniz zaman iletişim kalitesine tesir olabiliyor mu?</w:t>
      </w:r>
    </w:p>
    <w:p>
      <w:pPr>
        <w:keepNext/>
      </w:pPr>
      <w:hyperlink r:id="rId28">
        <w:r>
          <w:rPr>
            <w:color w:val="1155CC"/>
            <w:u w:val="single"/>
          </w:rPr>
          <w:t>00:13:08 – 00:13:50</w:t>
        </w:r>
      </w:hyperlink>
      <w:r>
        <w:rPr>
          <w:b/>
        </w:rPr>
        <w:t xml:space="preserve">  |  Türkçe</w:t>
      </w:r>
    </w:p>
    <w:p>
      <w:r>
        <w:t>Tüm aile kalpleriyle aynı sofrada bulunamıyoruz bazen. Bu duruma en büyük sebep kontrolsüz ekran kullanımı. Oysa ipotriği olan aile kalplerinin fizikken ve ruhen bir arada olmaları bunu gerektirir. Sanal dostluklar kuran kişilerin aile içinde birbirlerinden habersiz olduğu gerçek gerçekten günümüzde çok canlı yapılıyor ve vahim bir durum. Sizin de ekrandan takip etmenizi öncelemeye çalışıyorum. Bakayım 11. sayfama gelmişliğim. İmkan aynı zamanda bir imtihandır.</w:t>
      </w:r>
    </w:p>
    <w:p>
      <w:pPr>
        <w:keepNext/>
      </w:pPr>
      <w:hyperlink r:id="rId29">
        <w:r>
          <w:rPr>
            <w:color w:val="1155CC"/>
            <w:u w:val="single"/>
          </w:rPr>
          <w:t>00:13:50 – 00:14:32</w:t>
        </w:r>
      </w:hyperlink>
      <w:r>
        <w:rPr>
          <w:b/>
        </w:rPr>
        <w:t xml:space="preserve">  |  Türkçe</w:t>
      </w:r>
      <w:r>
        <w:rPr>
          <w:i/>
        </w:rPr>
        <w:t xml:space="preserve">  • Kontrol</w:t>
      </w:r>
    </w:p>
    <w:p>
      <w:r>
        <w:t>Bu için de her avantajlı durumda da bir risk vardır. Bunu unutmayalım. En iyi şey herkesin kendi özelinde kullandığı teknolojiyi fayda ve zarar telazisine koyup tasması gerekiyor. Evet, fayda ve zarar telazisini görüyoruz. İsterseniz ekran resmi alabilirsiniz. Nesne terbiyesinde fıtri aile şartına geçmek istiyorum şöyle hızlıca. Modern dünyada toplumsal dönüşüm çalışmaları kadın üzerinden planlanmıştır. Farkındaysanız çünkü reklamlar, diziler, modallar ve kavramları hep kadına hizmet eder.</w:t>
      </w:r>
    </w:p>
    <w:p>
      <w:pPr>
        <w:keepNext/>
      </w:pPr>
      <w:hyperlink r:id="rId30">
        <w:r>
          <w:rPr>
            <w:color w:val="1155CC"/>
            <w:u w:val="single"/>
          </w:rPr>
          <w:t>00:14:32 – 00:15:11</w:t>
        </w:r>
      </w:hyperlink>
      <w:r>
        <w:rPr>
          <w:b/>
        </w:rPr>
        <w:t xml:space="preserve">  |  Türkçe</w:t>
      </w:r>
    </w:p>
    <w:p>
      <w:r>
        <w:t>Şefkat kavramı denilen Risale-i Nur'da bu kadınların konumu aile içinde çok hayati bir yerdedir. Modern dünya bu sebeple planlarını hep kadın üzerinden buldular ki aile yapısını daha kolay tahdit edebilsin. 25. sözde bu konuyla ilgili şöyle denir. Medeniyet kadınların yuvalarından çıkarıp perdelerini yırtıp beşeri de baştan çıkarmıştır. Halbuki aile hayatı kadın erkek mabeyliğinde mütekabil hürmet ve muhabbetle devam eder. Halbuki açık saçıklık, samiri hürmet ve muhabbeti izale edip aile hayatını zehir eder.</w:t>
      </w:r>
    </w:p>
    <w:p>
      <w:pPr>
        <w:keepNext/>
      </w:pPr>
      <w:hyperlink r:id="rId31">
        <w:r>
          <w:rPr>
            <w:color w:val="1155CC"/>
            <w:u w:val="single"/>
          </w:rPr>
          <w:t>00:15:13 – 00:15:54</w:t>
        </w:r>
      </w:hyperlink>
      <w:r>
        <w:rPr>
          <w:b/>
        </w:rPr>
        <w:t xml:space="preserve">  |  Türkçe</w:t>
      </w:r>
      <w:r>
        <w:rPr>
          <w:i/>
        </w:rPr>
        <w:t xml:space="preserve">  • Kontrol</w:t>
      </w:r>
    </w:p>
    <w:p>
      <w:r>
        <w:t>İnsanın dört bir yandan kuşatan her yolu deneyerek onu temiz fıtratından uzaklaştırmak için gayret eden bir de şeytan gerçeği var. Zaten bütün alimallar şeytanın kaynağından çıkıyor. Hani teknoloji falan zahir bir perde bunların arasında. Diyor ki Nisa suresinde geçtiği üzere kullarından belli bir pay alacağım. Onları sattıracak boş kurutulara kattıracağım ve onların ellerinde hiçbir şey olmaz halde bırakacağım. Böylece niyetinin insanı bozmak olduğunu açıkça itiraf ediyor şeytan. Fıtri aile tüm şeytanın aldatma oyunlarıyla tek tek mücadele eder. İmanını taze tutar.</w:t>
      </w:r>
    </w:p>
    <w:p>
      <w:pPr>
        <w:keepNext/>
      </w:pPr>
      <w:hyperlink r:id="rId32">
        <w:r>
          <w:rPr>
            <w:color w:val="1155CC"/>
            <w:u w:val="single"/>
          </w:rPr>
          <w:t>00:15:54 – 00:16:36</w:t>
        </w:r>
      </w:hyperlink>
      <w:r>
        <w:rPr>
          <w:b/>
        </w:rPr>
        <w:t xml:space="preserve">  |  Türkçe</w:t>
      </w:r>
      <w:r>
        <w:rPr>
          <w:i/>
        </w:rPr>
        <w:t xml:space="preserve">  • Kontrol</w:t>
      </w:r>
    </w:p>
    <w:p>
      <w:r>
        <w:t>Namaz ile korunur ve dua ile Rabbinden yardım ister. Gösterişler şöhret ve yapaylıktan, samimiyetsizlikten, ihlas ile uzaklaşır. İlim değişikliklerini bırakmaz ve ailesini teşvik eder. Daima okur ve farkındalığını yüksek tutar. Bazen biz çok su üzerinde yaşıyoruz. Gördüğümüz, maruz kaldığımız çiçeklerin farkındalığında olmadığımız için yakın zamanda başımıza neler geleceğini fark edemiyoruz. O yüzden farkındalığı yüksek tutmak, imamı da diri tutmakla alakalı bir durum diye düşünüyorum. Ben şekil açalım. Toparlayalım. Tamam. İlerleyelim o zaman. Şöyle hızlı geçiyorum.</w:t>
      </w:r>
    </w:p>
    <w:p>
      <w:pPr>
        <w:keepNext/>
      </w:pPr>
      <w:hyperlink r:id="rId33">
        <w:r>
          <w:rPr>
            <w:color w:val="1155CC"/>
            <w:u w:val="single"/>
          </w:rPr>
          <w:t>00:16:37 – 00:17:18</w:t>
        </w:r>
      </w:hyperlink>
      <w:r>
        <w:rPr>
          <w:b/>
        </w:rPr>
        <w:t xml:space="preserve">  |  Türkçe</w:t>
      </w:r>
      <w:r>
        <w:rPr>
          <w:i/>
        </w:rPr>
        <w:t xml:space="preserve">  • Kontrol</w:t>
      </w:r>
    </w:p>
    <w:p>
      <w:r>
        <w:t>Vaktimiz doldu çünkü. Tamam, dakikamız var. Evet, şöyle ilerliyorum. Buraları konuştu. Bugün aileyi korumak aslında insanı ve toplumu korumaktır arkadaşlar. Aile kurumu o yüzden çok önemli. Bir çocuğun terbiyesi ve eğitimi sadece aileye veya okula hasredilemeyecek kadar önemli bir alanı kastıyor. Anne baba öğretmenleri, okul arkadaşları, mahalle arkadaşları hatta komşusu yani tüm sosyal çevresini oluşturan kişiler O kişinin ahlakı ve eğitimi konusunda işbirliği içinde olmalıdırlar. Hani önerileri ve çareleri konuşuyoruz ya şu an sonuna geldik.</w:t>
      </w:r>
    </w:p>
    <w:p>
      <w:pPr>
        <w:keepNext/>
      </w:pPr>
      <w:hyperlink r:id="rId34">
        <w:r>
          <w:rPr>
            <w:color w:val="1155CC"/>
            <w:u w:val="single"/>
          </w:rPr>
          <w:t>00:17:18 – 00:18:02</w:t>
        </w:r>
      </w:hyperlink>
      <w:r>
        <w:rPr>
          <w:b/>
        </w:rPr>
        <w:t xml:space="preserve">  |  Türkçe</w:t>
      </w:r>
      <w:r>
        <w:rPr>
          <w:i/>
        </w:rPr>
        <w:t xml:space="preserve">  • Kontrol</w:t>
      </w:r>
    </w:p>
    <w:p>
      <w:r>
        <w:t>O sebeple herkesin kendi aile dinamikleri içerisinde sosyal çevresini yapılandırıp bir tek çocuk için hizmet etmesini sağlayabilir işbirliği kurmak zorundayız gibi hissediyorum. Turgut Ranseter'in dediği gibi şöyle bir sözü var, diyor ki, toparlıyorum, ''Şehri imar ederken nesli ihya etmeni ihmal ederseniz, ihmal ettiğiniz nesil, imar ettiğiniz şehri tahrib eder.'' Derken gözümün önünde kırılmış, dökülmüş Osmanlı çeşgeleri geliyor ve üzerinde de kısmıstı boyalar, boyalarla yazılmış yazı var. Yani şekli ihmal etmekten belki daha ziyade insanlık, çocukları, gençleri ihya etmek önemli.</w:t>
      </w:r>
    </w:p>
    <w:p>
      <w:pPr>
        <w:keepNext/>
      </w:pPr>
      <w:hyperlink r:id="rId35">
        <w:r>
          <w:rPr>
            <w:color w:val="1155CC"/>
            <w:u w:val="single"/>
          </w:rPr>
          <w:t>00:18:03 – 00:18:45</w:t>
        </w:r>
      </w:hyperlink>
      <w:r>
        <w:rPr>
          <w:b/>
        </w:rPr>
        <w:t xml:space="preserve">  |  Türkçe</w:t>
      </w:r>
    </w:p>
    <w:p>
      <w:r>
        <w:t>Fıtri aile ve nesil terbiyesi için önerileri görününüz ve kısaca hemen şöyle okuyunuz diyeceğim. Önerilerden özetle, fıtri aile yapısını korumak için birlikte geçirilecek zamana, önderliğe, örnekliğe ihtiyaç vardır. Mindi, manevi ve dili değerlerinin muhafazasına top edip çalışmak zorundayız arkadaşlar. Evet, sizin okuduğunuzu düşünerek geçiyorum ve teşvikleriniz için teşekkür ediyorum. Çok teşekkür ediyoruz her şekilde. Çok güzel bir sorundu.</w:t>
      </w:r>
    </w:p>
    <w:p>
      <w:pPr>
        <w:keepNext/>
      </w:pPr>
      <w:hyperlink r:id="rId36">
        <w:r>
          <w:rPr>
            <w:color w:val="1155CC"/>
            <w:u w:val="single"/>
          </w:rPr>
          <w:t>00:18:45 – 00:19:54</w:t>
        </w:r>
      </w:hyperlink>
      <w:r>
        <w:rPr>
          <w:b/>
        </w:rPr>
        <w:t xml:space="preserve">  |  Türkçe</w:t>
      </w:r>
      <w:r>
        <w:rPr>
          <w:i/>
        </w:rPr>
        <w:t xml:space="preserve">  • Kontrol</w:t>
      </w:r>
    </w:p>
    <w:p>
      <w:r>
        <w:t>Çok güzel tercih ettiniz. Ben de bilmem onun önemi ve bize Cenab-ı Hakk'ın bunu tavsiye etmesi ve bu sağlıklı ailenin içinde yetişecek çocuk, anne babanın da sağlıklı olacağı çok güzel, yani bunu tercih etmenin önemiyle çok güzel ifade ettiniz. İnşallah bu gerçekler bir yönde olur ve bu ailelerde de çok güzel evlamlar yetişir. Teşekkürler. Şimdi Nurecan Çağlaroğlu, araştırmacı yazar, Vahiy Merkezi Toplum İnşası'nda eğitimin rolü Bağdai Harbi Tertibültü ve Beş Boyutlu Kütüphanesi'nden bahsedeceğim.</w:t>
      </w:r>
    </w:p>
    <w:p>
      <w:pPr>
        <w:keepNext/>
      </w:pPr>
      <w:hyperlink r:id="rId37">
        <w:r>
          <w:rPr>
            <w:color w:val="1155CC"/>
            <w:u w:val="single"/>
          </w:rPr>
          <w:t>00:19:54 – 00:20:35</w:t>
        </w:r>
      </w:hyperlink>
      <w:r>
        <w:rPr>
          <w:b/>
        </w:rPr>
        <w:t xml:space="preserve">  |  Türkçe</w:t>
      </w:r>
      <w:r>
        <w:rPr>
          <w:i/>
        </w:rPr>
        <w:t xml:space="preserve">  • Kontrol</w:t>
      </w:r>
    </w:p>
    <w:p>
      <w:r>
        <w:t>özellikle okul öncesinde biraz mikrofona yaklaştırırsan sesin çok az şu an sesin iyi geliyor mu? biraz daha şu an nasıl? evet öncelikle okul öncesinde fıtran temellileri yaklaşım olan 5D eğitim modelinden bahsedeceğim bu model akıl ile vicdanı bilgi ile imanı kalp gözü ile manevi gözü maddi gözü geliştiren bir model. Şimdi özel bir yeni bakışta bu modelimizi inceleyeceğiz. Girişte kopan bağ probleminden bahsedeceğiz.</w:t>
      </w:r>
    </w:p>
    <w:p>
      <w:pPr>
        <w:keepNext/>
      </w:pPr>
      <w:hyperlink r:id="rId38">
        <w:r>
          <w:rPr>
            <w:color w:val="1155CC"/>
            <w:u w:val="single"/>
          </w:rPr>
          <w:t>00:20:35 – 00:21:49</w:t>
        </w:r>
      </w:hyperlink>
      <w:r>
        <w:rPr>
          <w:b/>
        </w:rPr>
        <w:t xml:space="preserve">  |  Türkçe</w:t>
      </w:r>
      <w:r>
        <w:rPr>
          <w:i/>
        </w:rPr>
        <w:t xml:space="preserve">  • Kontrol</w:t>
      </w:r>
    </w:p>
    <w:p>
      <w:r>
        <w:t>Ve akıl bilgilerini deneyeceğiz. Akabinde okul öncesindeki çocuğa bilgi nasıl verilmeli, hangi dil kullanılmalı, bunlarla ilgili bir paylaşım yapacağım. Sonunda 5-4 do eğitim modelini detaylandırarak Eğer baktınız tavırsız, mini bir örneklendirmeyle devam ettireceğim. Sonra marif modelle, Türkiye'nin yüzleri marif modeliyle 5D modelinin benzer örtüşen yönlerini vurgulayıp konu ile ilgili 5D modelinin temel 9 özelliğinden bahsedeceğim. Akabinde öneriler getirerek sunumumu tamamlayacağım inşallah. Kopan bağ probleminden bahsedeceğim. Daha sonra akıl vicdan delikteliğinden bahsedeceğim inşallah.</w:t>
      </w:r>
    </w:p>
    <w:p>
      <w:pPr>
        <w:keepNext/>
      </w:pPr>
      <w:hyperlink r:id="rId39">
        <w:r>
          <w:rPr>
            <w:color w:val="1155CC"/>
            <w:u w:val="single"/>
          </w:rPr>
          <w:t>00:21:50 – 00:22:33</w:t>
        </w:r>
      </w:hyperlink>
      <w:r>
        <w:rPr>
          <w:b/>
        </w:rPr>
        <w:t xml:space="preserve">  |  Türkçe</w:t>
      </w:r>
    </w:p>
    <w:p>
      <w:r>
        <w:t>Şimdi vakitten uzaklaşın. Sadece insan aklına gören modern eğitim, meleküt, mülkü, zahireyi esas almış, görünümünü esas almış, meleküt boyutunu, görünmeyen boyutu yok sermiştir. Kainattaki hadiseleri yalnızca sebep-sonuç ilişkisiyle değerlendirilmiş, varoluşun hikmet boyununa gezer denilmiştir. Sonuç olarak insan, sonu belirsiz bir anlamsıza ve iç huzursuza itilmiştir. İç huzuru vermeyen bir bilgi anlayışı söz konusu olmuştur.</w:t>
      </w:r>
    </w:p>
    <w:p>
      <w:pPr>
        <w:keepNext/>
      </w:pPr>
      <w:hyperlink r:id="rId40">
        <w:r>
          <w:rPr>
            <w:color w:val="1155CC"/>
            <w:u w:val="single"/>
          </w:rPr>
          <w:t>00:22:36 – 00:23:18</w:t>
        </w:r>
      </w:hyperlink>
      <w:r>
        <w:rPr>
          <w:b/>
        </w:rPr>
        <w:t xml:space="preserve">  |  Türkçe</w:t>
      </w:r>
    </w:p>
    <w:p>
      <w:r>
        <w:t>Çözüm olarak Üstad Bediüzzaman Said Nursi Hazretleri akıl ve vicdan birlikteliğini önermiştir ve bir çözüm önerisi sunmuştur bu noktada. Özellikle Üstadın kendi ifadelerini sunmak istiyorum. Vicdanın ziyası hünum-u diniyedir, aklın nuru hünum-u bedeniyedir. Her ikisinin intizacıyla hakikat geçerliğe dert verilmişlardır. Yani dini duyarlılıkla ancak vicdanlık inkişaf eder ve ahlaki hüküm veren iç otorite bilgi duyarlılıkla gerçekleşir. Aklın nuru ise fenomu medeniyetir diyor.</w:t>
      </w:r>
    </w:p>
    <w:p>
      <w:pPr>
        <w:keepNext/>
      </w:pPr>
      <w:hyperlink r:id="rId41">
        <w:r>
          <w:rPr>
            <w:color w:val="1155CC"/>
            <w:u w:val="single"/>
          </w:rPr>
          <w:t>00:23:18 – 00:24:01</w:t>
        </w:r>
      </w:hyperlink>
      <w:r>
        <w:rPr>
          <w:b/>
        </w:rPr>
        <w:t xml:space="preserve">  |  Türkçe</w:t>
      </w:r>
    </w:p>
    <w:p>
      <w:r>
        <w:t>Yani akıl fenli bilimlerle nurlanır fakat maddi, maddane, his yorumlarda bu fenli bilgilerin kirlenmemiş olması şarttır. Şimdi Bedir zamanı bu ilke ve dini ilimlerin ve fenli ilimlerin ele alınması etmiştir. Bazı talebeler geliyorlar diyorlar ki bize Halik'imizi tanıttır, muallimlerimiz Allah'tan bahsetmiyorlar.</w:t>
      </w:r>
    </w:p>
    <w:p>
      <w:pPr>
        <w:keepNext/>
      </w:pPr>
      <w:hyperlink r:id="rId42">
        <w:r>
          <w:rPr>
            <w:color w:val="1155CC"/>
            <w:u w:val="single"/>
          </w:rPr>
          <w:t>00:24:01 – 00:24:45</w:t>
        </w:r>
      </w:hyperlink>
      <w:r>
        <w:rPr>
          <w:b/>
        </w:rPr>
        <w:t xml:space="preserve">  |  Türkçe</w:t>
      </w:r>
      <w:r>
        <w:rPr>
          <w:i/>
        </w:rPr>
        <w:t xml:space="preserve">  • Kontrol</w:t>
      </w:r>
    </w:p>
    <w:p>
      <w:r>
        <w:t>Üstad Hazretleri buna karşı sizin okuduğunuz fenlerden her bir fen kendi lisanlı mahsusuyla mütemadiyen haliften bahsediyorlar, halife tanıttırıyorlar. Muallimleri değil onları dinleyin. Aslında bilgiye nasıl bakılması gerektiğini ifade eden bir çözüm önerisi görüyoruz. Bazı modellerde yurt dışında dini duyarlılık yaşayan, yaşayan kimseler dini eğitim modelleri geliştirmişler. Fakat burada imam etik modelinde olduğu gibi, yani bilgiler yanı sıra verilmiş, yani yanında verilmiş.</w:t>
      </w:r>
    </w:p>
    <w:p>
      <w:pPr>
        <w:keepNext/>
      </w:pPr>
      <w:hyperlink r:id="rId43">
        <w:r>
          <w:rPr>
            <w:color w:val="1155CC"/>
            <w:u w:val="single"/>
          </w:rPr>
          <w:t>00:24:45 – 00:25:28</w:t>
        </w:r>
      </w:hyperlink>
      <w:r>
        <w:rPr>
          <w:b/>
        </w:rPr>
        <w:t xml:space="preserve">  |  Türkçe</w:t>
      </w:r>
      <w:r>
        <w:rPr>
          <w:i/>
        </w:rPr>
        <w:t xml:space="preserve">  • Kontrol</w:t>
      </w:r>
    </w:p>
    <w:p>
      <w:r>
        <w:t>Ama burada bir mesulun hakikati var. Bunu biraz sonra ifade edeceğim inşallah. Şimdi 5D modeli neyi buluşturuyor? Akıl ile vicdanı dedik, bilgi ile imanı, maddi göz ile kalp gözünü birleştiriyor. Peki bunun sonunda nasıl bir çocuk söz konusu oluyor? Bilgili, düşünüp sorgulayan, anlam arayan ve ahlaklı bireyler çocuklar olması söz konusu oluyor. Yani akıl ve kalbin sentezlenmesiyle ahlaki ve manevi değerlerinin içselleştirmesini netice verecek bir modelden bahsediyoruz.</w:t>
      </w:r>
    </w:p>
    <w:p>
      <w:pPr>
        <w:keepNext/>
      </w:pPr>
      <w:hyperlink r:id="rId44">
        <w:r>
          <w:rPr>
            <w:color w:val="1155CC"/>
            <w:u w:val="single"/>
          </w:rPr>
          <w:t>00:25:28 – 00:26:18</w:t>
        </w:r>
      </w:hyperlink>
      <w:r>
        <w:rPr>
          <w:b/>
        </w:rPr>
        <w:t xml:space="preserve">  |  Türkçe</w:t>
      </w:r>
      <w:r>
        <w:rPr>
          <w:i/>
        </w:rPr>
        <w:t xml:space="preserve">  • Kontrol</w:t>
      </w:r>
    </w:p>
    <w:p>
      <w:r>
        <w:t>Yani her şeyin sebep-sonuç ilişkisiyle, doğa kanunlarıyla, kendi kendine olduğu izlenime veren bir eğitim anlayışı insan fıtratına başlıyor. Onun için yaklaşık 1990'ların sonundan beri akademisyen bir kadronun başında Prof. Dr. Necati Aydın birliktekiyle bir araştırma grubu oluşturulmuş ve bu grup 10 yıllık bir araştırma neticesinde 5D'ye adı verilen 5 boyutlu düşünme modeli adı verilen bir modeli hayata geçirmiş durumda var.</w:t>
      </w:r>
    </w:p>
    <w:p>
      <w:pPr>
        <w:keepNext/>
      </w:pPr>
      <w:hyperlink r:id="rId45">
        <w:r>
          <w:rPr>
            <w:color w:val="1155CC"/>
            <w:u w:val="single"/>
          </w:rPr>
          <w:t>00:26:18 – 00:26:59</w:t>
        </w:r>
      </w:hyperlink>
      <w:r>
        <w:rPr>
          <w:b/>
        </w:rPr>
        <w:t xml:space="preserve">  |  Türkçe</w:t>
      </w:r>
    </w:p>
    <w:p>
      <w:r>
        <w:t>Model hala hazırda İngiltere, Amerika, Kanada, Güney Amerika, Malezya, Pakistan gibi bazı ülkelerde uygulanmaktadır. Geçen yıllar itibariyle son iki yıl öncesine kadar Türkiye'de de bu konuda ele alınmış ve konuyla ilgili okul öncesi marif model ve birleştirilen 5D eğitim modelinin bir eğitim seti hazırlanmıştır. Ve Türkiye'de de bazı zincir kurumlar bunu uygulamak noktasından talep etmişler ve uygulamaya başlamışlardır. Beş boyutlu düşünme modelinden kısaca bahsedeceğim.</w:t>
      </w:r>
    </w:p>
    <w:p>
      <w:pPr>
        <w:keepNext/>
      </w:pPr>
      <w:hyperlink r:id="rId46">
        <w:r>
          <w:rPr>
            <w:color w:val="1155CC"/>
            <w:u w:val="single"/>
          </w:rPr>
          <w:t>00:26:59 – 00:27:40</w:t>
        </w:r>
      </w:hyperlink>
      <w:r>
        <w:rPr>
          <w:b/>
        </w:rPr>
        <w:t xml:space="preserve">  |  Türkçe</w:t>
      </w:r>
      <w:r>
        <w:rPr>
          <w:i/>
        </w:rPr>
        <w:t xml:space="preserve">  • Kontrol</w:t>
      </w:r>
    </w:p>
    <w:p>
      <w:r>
        <w:t>Ne demek? Çocuğun merak etmesini, karşılaştırmasını, sorgulamasını, düşünmesini ve öğrendiğini ahlaki davranışa dönüştürmesine vesile olan ve de tamam bütüncül bir yaklaşımdır. Falkettin King adı üzerinde beş boyutlu düşünme modeli, burada özellikle keşfet basamağı, daha sonra karşılaştır keşfet basamağında analitik düşünce söz konusudur. Karşılaştır basamağında analojik düşünce, daha sonra sorgula basamayla eleştiren düşünce, Bağkur dördüncü basamakla derin düşünce, beşinci basamak olan takdir-i şükür basamayla,</w:t>
      </w:r>
    </w:p>
    <w:p>
      <w:pPr>
        <w:keepNext/>
      </w:pPr>
      <w:hyperlink r:id="rId47">
        <w:r>
          <w:rPr>
            <w:color w:val="1155CC"/>
            <w:u w:val="single"/>
          </w:rPr>
          <w:t>00:27:40 – 00:28:24</w:t>
        </w:r>
      </w:hyperlink>
      <w:r>
        <w:rPr>
          <w:b/>
        </w:rPr>
        <w:t xml:space="preserve">  |  Türkçe</w:t>
      </w:r>
    </w:p>
    <w:p>
      <w:r>
        <w:t>kainatla, kainattaki nimetlerle Allah'ın buluşturulması ve takdir edilmesi, şükür edilmesi aşaması söz konusu olmaktadır. Yani modern bilim genellikle çocuğa bilgiyi aktarmakla oraya aktarılır. Fakat çocuğun manevi, ahlaki, duygusal boyutu biraz geri bir ana katılabiliyor. Oysa insan sadece düşünen bir varlık değil, hisseden, sorgulayan, anlamlandıran, anlamlandırma ihtiyaç gibi olan bir varlık. Bu çocuk için de öyle geçerli. Dolayısıyla 5D eğitim modeli insan fıtratıyla çocuğun fıtratıyla birebir örtüşecek bir model.</w:t>
      </w:r>
    </w:p>
    <w:p>
      <w:pPr>
        <w:keepNext/>
      </w:pPr>
      <w:hyperlink r:id="rId48">
        <w:r>
          <w:rPr>
            <w:color w:val="1155CC"/>
            <w:u w:val="single"/>
          </w:rPr>
          <w:t>00:28:25 – 00:29:10</w:t>
        </w:r>
      </w:hyperlink>
      <w:r>
        <w:rPr>
          <w:b/>
        </w:rPr>
        <w:t xml:space="preserve">  |  Türkçe</w:t>
      </w:r>
    </w:p>
    <w:p>
      <w:r>
        <w:t>Şimdi akıl ile kalp devletlerinden bahsetmiştik, vicdandan bahsetmiştik. Burada mez kelimesi var üstadın kullandığı. Yani aklın ve kalbin imtizacından hakikat tecelli eder diyor ya. İmtizac şöyle bir olay arkadaşlar. Arkadaşlar, mesela hidrojen ve su iki ayrı maddeyken yanıcı ve yakıcı birleştiği zaman söndürücü bir madde olan su gerçekleşiyor. Dolayısıyla yükseli intizac böyle bir şey. Bizim belli ilimlere Allah'la direkt bağ kurarak, intizac ederek, içine yedirerek, yanında bir ek bilgi olarak bir vermemiz 5D modelinin temelinin esasını koşturuyor arkadaşlar.</w:t>
      </w:r>
    </w:p>
    <w:p>
      <w:pPr>
        <w:keepNext/>
      </w:pPr>
      <w:hyperlink r:id="rId49">
        <w:r>
          <w:rPr>
            <w:color w:val="1155CC"/>
            <w:u w:val="single"/>
          </w:rPr>
          <w:t>00:29:10 – 00:29:50</w:t>
        </w:r>
      </w:hyperlink>
      <w:r>
        <w:rPr>
          <w:b/>
        </w:rPr>
        <w:t xml:space="preserve">  |  Türkçe</w:t>
      </w:r>
      <w:r>
        <w:rPr>
          <w:i/>
        </w:rPr>
        <w:t xml:space="preserve">  • Kontrol</w:t>
      </w:r>
    </w:p>
    <w:p>
      <w:r>
        <w:t>Şimdi çocuk fıtrafına biraz girmek istiyorum. Çocuk aç sesafiyle merhametli ve kudretli bir hali bilmekle ruhen genişler, imbisat eder, kabiliyetleri genişler. Yani insanın küçük bir modeli çocuktur değil mi? Bizler için de öyle. Nokta istidat ve nokta istidanda ihtiyacı var çocuğun. Çünkü gönül yakınlarını kaybedebiliyor, minicikliği düşürebiliyor, farklı ayrılıklara</w:t>
      </w:r>
    </w:p>
    <w:p>
      <w:pPr>
        <w:keepNext/>
      </w:pPr>
      <w:hyperlink r:id="rId50">
        <w:r>
          <w:rPr>
            <w:color w:val="1155CC"/>
            <w:u w:val="single"/>
          </w:rPr>
          <w:t>00:29:51 – 00:30:33</w:t>
        </w:r>
      </w:hyperlink>
      <w:r>
        <w:rPr>
          <w:b/>
        </w:rPr>
        <w:t xml:space="preserve">  |  Türkçe</w:t>
      </w:r>
      <w:r>
        <w:rPr>
          <w:i/>
        </w:rPr>
        <w:t xml:space="preserve">  • Kontrol</w:t>
      </w:r>
    </w:p>
    <w:p>
      <w:r>
        <w:t>maruz kalabiliyorum. Böyle bir çocuk insanın fani ve aciz olduğunu bizzat gözlemlediği için fani ve aciz olmayan çok güçlü ve kudretli bir yaratıcı bilmekle ancak ruhu imbisat edebilir, genişleyebilir ve kalbiyetleri enişte edebilir. Evet, şimdi çok sık duyduğumuz, özellikle ders kitaplarında, belgesellerde, rengamlarda bazı Bazı ifadeler çıkıyor karşımıza. Doğa geriye oldu, şans eseri yapıldı, hesap efendim gerçekleşti, doğanın yarattığı mucize gibi birçok kelimeler görebiliyoruz.</w:t>
      </w:r>
    </w:p>
    <w:p>
      <w:pPr>
        <w:keepNext/>
      </w:pPr>
      <w:hyperlink r:id="rId51">
        <w:r>
          <w:rPr>
            <w:color w:val="1155CC"/>
            <w:u w:val="single"/>
          </w:rPr>
          <w:t>00:30:33 – 00:31:15</w:t>
        </w:r>
      </w:hyperlink>
      <w:r>
        <w:rPr>
          <w:b/>
        </w:rPr>
        <w:t xml:space="preserve">  |  Türkçe</w:t>
      </w:r>
      <w:r>
        <w:rPr>
          <w:i/>
        </w:rPr>
        <w:t xml:space="preserve">  • Kontrol</w:t>
      </w:r>
    </w:p>
    <w:p>
      <w:r>
        <w:t>Bu kelimeleri biz hafif kelimeler görüyoruz. Yani varlığın oluşumuna Allah'la bağ kurarak değil de tabi yana sebeplere, kendi kendine olma bilgilerine istinad ederek verilmiş bir bilgiden bahsediyoruz. Burada seküler eğitimde bu yaklaşım kasıtlığı olarak çoğu zaman cümlenin içine yerleştiriliyor. Hatta bizim en ilginç camiada değil bu cümleleri bilmeden kullanabiliyoruz. İnanın şu sektiği yazarken çok önemli şeyler yaşadım. Mesela keşfet basamaklı bilgi yazı olarak verilir. Hadis kelimelerden temizlenerek verilir. Bunu verirken o cümle nasıl kurulur o kadar çok zorlandım ki.</w:t>
      </w:r>
    </w:p>
    <w:p>
      <w:pPr>
        <w:keepNext/>
      </w:pPr>
      <w:hyperlink r:id="rId52">
        <w:r>
          <w:rPr>
            <w:color w:val="1155CC"/>
            <w:u w:val="single"/>
          </w:rPr>
          <w:t>00:31:15 – 00:31:57</w:t>
        </w:r>
      </w:hyperlink>
      <w:r>
        <w:rPr>
          <w:b/>
        </w:rPr>
        <w:t xml:space="preserve">  |  Türkçe</w:t>
      </w:r>
    </w:p>
    <w:p>
      <w:r>
        <w:t>Yani bir konu faaliyetini anlatırken o cümle nasıl kuruluyor? Ne uğraştık üzerinde? Yani kendimiz bir baktığımız zaman, bu konunun verimliliklerini incelediğimiz zaman, bu mevzuların o kadar da kolay olmadığını, ciddi bir dejenerasyonu varmış kalbimizde ve bu bizim zihnimize, çoğunluğumuza işlendiğini fark ediyoruz. Bunun için yeni neslin bunların zararlarından muhafaza olabilmesi, Zekiler bakış açısının zararlarından muhafaza edilmesi adına 5D eğitim modeline ısrar da öneriyoruz. Şimdi biraz atlayacağım bazı konular olacak. Herhalde çok az kaldım.</w:t>
      </w:r>
    </w:p>
    <w:p>
      <w:pPr>
        <w:keepNext/>
      </w:pPr>
      <w:hyperlink r:id="rId53">
        <w:r>
          <w:rPr>
            <w:color w:val="1155CC"/>
            <w:u w:val="single"/>
          </w:rPr>
          <w:t>00:31:57 – 00:32:41</w:t>
        </w:r>
      </w:hyperlink>
      <w:r>
        <w:rPr>
          <w:b/>
        </w:rPr>
        <w:t xml:space="preserve">  |  Türkçe</w:t>
      </w:r>
    </w:p>
    <w:p>
      <w:r>
        <w:t>Keşfet basamağından bahsetmiştik. Bir keşfet yöllerine hukuk yapılır 5D'de. Mesela bir kar tanesi anlatılırken, bir örümcek anlatılırken ne kadar sanatlı olduğuna hukuk yapıyor. Fakat sanatçı yapıyor da birinci basamakta kesinlikle hukuk yapılmaz. Keşfet, yalın bilgi. Ondan sonra karşılaştır. Analoji de bir varlıkla insan yapımı, bir varlığın karşılaştırılması söz konusu. Mesela Yusufçuk böceğinde helikopterin, yunus balıklarıyla deniz altılarının karşılaştırılması. Mesela ağaç kakanla neyi karşılaştırabiliriz arkadaşlar?</w:t>
      </w:r>
    </w:p>
    <w:p>
      <w:pPr>
        <w:keepNext/>
      </w:pPr>
      <w:hyperlink r:id="rId54">
        <w:r>
          <w:rPr>
            <w:color w:val="1155CC"/>
            <w:u w:val="single"/>
          </w:rPr>
          <w:t>00:32:42 – 00:33:28</w:t>
        </w:r>
      </w:hyperlink>
      <w:r>
        <w:rPr>
          <w:b/>
        </w:rPr>
        <w:t xml:space="preserve">  |  Türkçe</w:t>
      </w:r>
      <w:r>
        <w:rPr>
          <w:i/>
        </w:rPr>
        <w:t xml:space="preserve">  • Kontrol</w:t>
      </w:r>
    </w:p>
    <w:p>
      <w:r>
        <w:t>Her ne aklınıza gidermiştir. Neyi analoji yapabiliriz? Ağaç kakan. Matkapla yapabiliriz. Bunun gibi çocuğun zihnine yaklaştırmak için hakikati her ikisinin de benzer ve farklı yönlerine vurgu yapıyoruz. Ondan sonra üçüncü basamakta sorgula. Yani bu matkap, kendi kendine parçaları dağılmış şey, bir yöne gelebilir mi? Üç yönle sorguluyoruz seans burada. Kendi kendine olabilir mi? Sebepler bunu oluşturabilir mi? gibi doğa bunu böyle hani rüzgar bile tesadüfen esmişe parçalar kendi kendine bir araya gelmiş olabilir mi? Hayır olamaz. O zaman peki bir ağaç kakanın kendi kendine olması mümkün müdür?</w:t>
      </w:r>
    </w:p>
    <w:p>
      <w:pPr>
        <w:keepNext/>
      </w:pPr>
      <w:hyperlink r:id="rId55">
        <w:r>
          <w:rPr>
            <w:color w:val="1155CC"/>
            <w:u w:val="single"/>
          </w:rPr>
          <w:t>00:33:28 – 00:34:20</w:t>
        </w:r>
      </w:hyperlink>
      <w:r>
        <w:rPr>
          <w:b/>
        </w:rPr>
        <w:t xml:space="preserve">  |  Türkçe</w:t>
      </w:r>
      <w:r>
        <w:rPr>
          <w:i/>
        </w:rPr>
        <w:t xml:space="preserve">  • Kontrol</w:t>
      </w:r>
    </w:p>
    <w:p>
      <w:r>
        <w:t>gibi bir bal kurma aşamadan sonra sorguladıktan sonra sorguladıktan sonra sorguladıktan sonra sorguladıktan sonra bal kurma aşamasında tabiatı bir bütün olarak elde alıyoruz. Yani bir kül olarak bir ağaç kakanın bezliğe, toprağa, ağaca, yiyeceklere, havaya, suya ihtiyaç var. Bütün bunları yaratan ancak bir ağaca ağaç kakanı yaratabilir diye bağlantı kuruyoruz. Ve daha sonraki aşamada da dördüncü masal namlusu olan Vahbur aşamasının sonunda Esma ile bağlantı kuruyoruz. Bu bağ, ağaç kakan bize nasıl Allah anlatabilir, nasıl tanıtabilir bu yönüyle ben ağaç kakanla yolculuğa çıkıyoruz, akabinde de şükret ve karakter dersleri.</w:t>
      </w:r>
    </w:p>
    <w:p>
      <w:pPr>
        <w:keepNext/>
      </w:pPr>
      <w:hyperlink r:id="rId56">
        <w:r>
          <w:rPr>
            <w:color w:val="1155CC"/>
            <w:u w:val="single"/>
          </w:rPr>
          <w:t>00:34:20 – 00:35:01</w:t>
        </w:r>
      </w:hyperlink>
      <w:r>
        <w:rPr>
          <w:b/>
        </w:rPr>
        <w:t xml:space="preserve">  |  Türkçe</w:t>
      </w:r>
    </w:p>
    <w:p>
      <w:r>
        <w:t>Önemli olan burada verilen nimeti fark ettirmek, sadece ve sadece Allah'ın o nimeti yaratabileceğini ifade etmekle onu yükten verdiriyor. Karakter gösteri çıkarma noktasında da çocuğu kainata yönlendiriyoruz. Kainat Kur'an'ını okumaya yönlendiriyoruz. Orada çocuk temizliği yağmurdan, bambudan sabrı, dağlardan metin olmayı öğreniyor. Ve böyle bir içselleştirmeyle kalıcı bir karakter eğitimi gerçekleşmiş.</w:t>
      </w:r>
    </w:p>
    <w:p>
      <w:pPr>
        <w:keepNext/>
      </w:pPr>
      <w:hyperlink r:id="rId57">
        <w:r>
          <w:rPr>
            <w:color w:val="1155CC"/>
            <w:u w:val="single"/>
          </w:rPr>
          <w:t>00:35:03 – 00:35:58</w:t>
        </w:r>
      </w:hyperlink>
      <w:r>
        <w:rPr>
          <w:b/>
        </w:rPr>
        <w:t xml:space="preserve">  |  Türkçe</w:t>
      </w:r>
      <w:r>
        <w:rPr>
          <w:i/>
        </w:rPr>
        <w:t xml:space="preserve">  • Kontrol</w:t>
      </w:r>
    </w:p>
    <w:p>
      <w:r>
        <w:t>Güzellikleri ve çözüm ömürlerini inşallah tebrikli tümlerden okursunuz. Beni dinlediğiniz için çok teşekkür ediyorum. Hayatınızın sağlık alanı. Gerçekten çok güzel. İnsan hiç görmek istemiyor. Gerçekten de, değil mi, bir mevcut yaşanan bir zor beşliğinin olayını çok güzel de ifade ettiniz.</w:t>
      </w:r>
    </w:p>
    <w:p>
      <w:pPr>
        <w:keepNext/>
      </w:pPr>
      <w:hyperlink r:id="rId58">
        <w:r>
          <w:rPr>
            <w:color w:val="1155CC"/>
            <w:u w:val="single"/>
          </w:rPr>
          <w:t>00:35:58 – 00:36:43</w:t>
        </w:r>
      </w:hyperlink>
      <w:r>
        <w:rPr>
          <w:b/>
        </w:rPr>
        <w:t xml:space="preserve">  |  Türkçe</w:t>
      </w:r>
      <w:r>
        <w:rPr>
          <w:i/>
        </w:rPr>
        <w:t xml:space="preserve">  • Kontrol</w:t>
      </w:r>
    </w:p>
    <w:p>
      <w:r>
        <w:t>Ve öneriler de çok güzel. Her biri bir kırlanta, değil mi, koca bir ağaç olma kabiliyeti olan tuğba, şeceri tuluva olma kabiliyeti olan o elimize verilen çekirdekleri inşallah bu güzel modellerle, güzel çalışmalarla daha güzel yere taşıyacağız. Evet şimdi de Özlem İpekçi, kinlik, anlam, ailiyet ekseninde besin inşası, modern eğitim krizlerine risale-i yoldan çocuğunu kestirdik.</w:t>
      </w:r>
    </w:p>
    <w:p>
      <w:pPr>
        <w:keepNext/>
      </w:pPr>
      <w:hyperlink r:id="rId59">
        <w:r>
          <w:rPr>
            <w:color w:val="1155CC"/>
            <w:u w:val="single"/>
          </w:rPr>
          <w:t>00:36:43 – 00:37:25</w:t>
        </w:r>
      </w:hyperlink>
      <w:r>
        <w:rPr>
          <w:b/>
        </w:rPr>
        <w:t xml:space="preserve">  |  Türkçe</w:t>
      </w:r>
      <w:r>
        <w:rPr>
          <w:i/>
        </w:rPr>
        <w:t xml:space="preserve">  • Kontrol</w:t>
      </w:r>
    </w:p>
    <w:p>
      <w:r>
        <w:t>Allah razı olsun. Selamün aleyküm. Hoş geldiniz demek istiyorum. Hocam, Fıtrat Temelli Aile'den başladığında yaşanacağım çok güzel okul öncesi basamağında ben de inşallah Allah izin verirse ilkokul öğretmeni olarak, İlkokul çağındaki çocuklarda özellikle gözlemlediğim, ihtiyacını bilhassa hissettiğim noktalara temas etmeye çalışacağım. Bugün benim çalışmama açtığım ekranda da gördüğünüz üzere kimlik oluşturma sürecinde modern eğitim krizlerine karşı Risale-i Nur merkezine çözüm önerildi. Çalışmamın temel noktalarını sizinle paylaşmaya çalışacağım.</w:t>
      </w:r>
    </w:p>
    <w:p>
      <w:pPr>
        <w:keepNext/>
      </w:pPr>
      <w:hyperlink r:id="rId60">
        <w:r>
          <w:rPr>
            <w:color w:val="1155CC"/>
            <w:u w:val="single"/>
          </w:rPr>
          <w:t>00:37:25 – 00:38:05</w:t>
        </w:r>
      </w:hyperlink>
      <w:r>
        <w:rPr>
          <w:b/>
        </w:rPr>
        <w:t xml:space="preserve">  |  Türkçe</w:t>
      </w:r>
    </w:p>
    <w:p>
      <w:r>
        <w:t>Bu çalışmanın çıkış noktasında bir öğretmen olarak gözlemlediğim ve hakikaten eksikliğini çokça hissettiğim üç temel soru arasında ben kimim, nereden geldim, niçin varım? Çocuklarımıza, ailede, okullarda bu bilgiler tam olarak verilmediğinde hakikaten onları yapayalnız bırakıyoruz ve farkında değiliz. Bugün inşallah amacım bu. Siz kıymetli annelere azıcık bunları ifade edebilirsem ne mutlu bana. Çalışmamın devamında bizler tabii ki okullarda akademik olarak çocuklara bir sürü şey öğretiyoruz.</w:t>
      </w:r>
    </w:p>
    <w:p>
      <w:pPr>
        <w:keepNext/>
      </w:pPr>
      <w:hyperlink r:id="rId61">
        <w:r>
          <w:rPr>
            <w:color w:val="1155CC"/>
            <w:u w:val="single"/>
          </w:rPr>
          <w:t>00:38:05 – 00:38:46</w:t>
        </w:r>
      </w:hyperlink>
      <w:r>
        <w:rPr>
          <w:b/>
        </w:rPr>
        <w:t xml:space="preserve">  |  Türkçe</w:t>
      </w:r>
    </w:p>
    <w:p>
      <w:r>
        <w:t>Her şeyi veriyoruz. Evde de anne babalar sağ olsun bizi hiç yormuyor. Akademik olarak öğretim devam ediyor. Bir sürü zaman ayırıyoruz, mesai harcıyoruz. Ama geriye dönüp baktığımızda çocuğa ben kimim, ne için varım, nereye gidiyorum sorularının cevaplarını acaba verebiliyor muyuz? Benim çalışmamın temel çıkış noktası buydu. Eğitim kavramını en yalın haliyle aktarım olarak aklımızda tutabiliriz. Çünkü insan biyolojik olarak doğduğu vakit ilk insandan da yola çıkarak düşünürsek biz gözlemlemek öğreniyoruz aktarım yoluyla. Yani eğitim kısaca bir aktarıldır.</w:t>
      </w:r>
    </w:p>
    <w:p>
      <w:pPr>
        <w:keepNext/>
      </w:pPr>
      <w:hyperlink r:id="rId62">
        <w:r>
          <w:rPr>
            <w:color w:val="1155CC"/>
            <w:u w:val="single"/>
          </w:rPr>
          <w:t>00:38:46 – 00:39:27</w:t>
        </w:r>
      </w:hyperlink>
      <w:r>
        <w:rPr>
          <w:b/>
        </w:rPr>
        <w:t xml:space="preserve">  |  Türkçe</w:t>
      </w:r>
    </w:p>
    <w:p>
      <w:r>
        <w:t>Dolayısıyla eğitim tarihi dediğimiz şey aslında insanlık tarihiyle akrandır. Peki eğitim ne değildir kıymetli hanımlar? Eğitim asla sadece bilgi aktarımı değildir. Modern eğitimde maalesef biz bu kısır döngüyü biraz hapsetmiş gibiyiz eğitime. Çok şükür devletimiz de bunun farkında olduğu için üfredat yenilemeye gidiliyor sıklıkla. İnşallah Kıtrat'a yakın müfredatlarla eğitim vermeye gayret ediyoruz. Bir anne ve öğretmen olarak benim en büyük duam şu ki biz değerleri sadece kitaplardan öğretmeye kalkmayalım. Onların hepsi bizim en tepe çatımız aslında.</w:t>
      </w:r>
    </w:p>
    <w:p>
      <w:pPr>
        <w:keepNext/>
      </w:pPr>
      <w:hyperlink r:id="rId63">
        <w:r>
          <w:rPr>
            <w:color w:val="1155CC"/>
            <w:u w:val="single"/>
          </w:rPr>
          <w:t>00:39:28 – 00:40:10</w:t>
        </w:r>
      </w:hyperlink>
      <w:r>
        <w:rPr>
          <w:b/>
        </w:rPr>
        <w:t xml:space="preserve">  |  Türkçe</w:t>
      </w:r>
      <w:r>
        <w:rPr>
          <w:i/>
        </w:rPr>
        <w:t xml:space="preserve">  • Kontrol</w:t>
      </w:r>
    </w:p>
    <w:p>
      <w:r>
        <w:t>Bizi kuşatan değer orası. Yani din eğitimi hiçbir ilmin altında değil. Tam tersi en tepede din. Çünkü bütün dinlerin ortak amacı en üst seviyede bir insan yetiştirmek. Bizim amacımız burada ayrıştırmak da yer pekte değil. Allah izin verirse yaşanan bu krizlere, aksaklıklara Kur'an-ı Kerim'de Rabbimiz ne diyor? Buradan yola çıkarak yaklaşmak ve Sariye Nur'da Seyit Göz Hazretleri bunları nasıl ifade etmiş? Buralara değinmek. Şöyle kısaca değinecek olursak buraya kadar anlattığımdan yola çıkarak aslında yaşadığımız krizler</w:t>
      </w:r>
    </w:p>
    <w:p>
      <w:pPr>
        <w:keepNext/>
      </w:pPr>
      <w:hyperlink r:id="rId64">
        <w:r>
          <w:rPr>
            <w:color w:val="1155CC"/>
            <w:u w:val="single"/>
          </w:rPr>
          <w:t>00:40:10 – 00:41:04</w:t>
        </w:r>
      </w:hyperlink>
      <w:r>
        <w:rPr>
          <w:b/>
        </w:rPr>
        <w:t xml:space="preserve">  |  Türkçe</w:t>
      </w:r>
      <w:r>
        <w:rPr>
          <w:i/>
        </w:rPr>
        <w:t xml:space="preserve">  • Kontrol</w:t>
      </w:r>
    </w:p>
    <w:p>
      <w:r>
        <w:t>birer müfredat sorunu değil bana göre. Yaşadığımız krizlerin bence tevel çıkış noktası insanın yanlış tanımlanması. Çünkü toplumlar eğitim politikalarını oluştururken nasıl bir insan yetiştirmek istediklerinden yola çıkarak hareket ederler Yani ortaya nasıl bir ürün koymak istiyoruz Peki bu ürünü koymaya çalışırken aslında insanın ne olduğunu gerçekten doğru tanımlıyor muyuz? Şimdi günümüz krizlerine bakacak olursak biz kulların yaptığı insan tanımı maalesef yaratıcının insan tanımından çok uzak Modern eğitim sistemleri insanı biyolojik olarak tanımlarsa onu sınava hazırlayabilir, ekonomik bir varlık olarak tanımlarsa onu meslek kazandırabilir ya da sadece ahireten bir varlık olarak tanımlarsa onu bilgiyle doldurur.</w:t>
      </w:r>
    </w:p>
    <w:p>
      <w:pPr>
        <w:keepNext/>
      </w:pPr>
      <w:hyperlink r:id="rId65">
        <w:r>
          <w:rPr>
            <w:color w:val="1155CC"/>
            <w:u w:val="single"/>
          </w:rPr>
          <w:t>00:41:04 – 00:41:45</w:t>
        </w:r>
      </w:hyperlink>
      <w:r>
        <w:rPr>
          <w:b/>
        </w:rPr>
        <w:t xml:space="preserve">  |  Türkçe</w:t>
      </w:r>
      <w:r>
        <w:rPr>
          <w:i/>
        </w:rPr>
        <w:t xml:space="preserve">  • Kontrol</w:t>
      </w:r>
    </w:p>
    <w:p>
      <w:r>
        <w:t>Bunların hepsini çok da güzel yaparız, yapıyoruz da. İşte biyolojik bir varlık olarak düşündük, çocukları sınava hazırladık, birinci oldu çocuklar. Meşhur Özgür Bolaz var, bilirsiniz. Diyor ki, birinci oldum, bütün doktora yüksek lisans programlarını birincilikle tamamladım, sonra anlamsız bir mutsuzluk yaşıyorum. Şimdi ne yapacağım? Çünkü mutluluğunu sadece sınav başarısına entegre ettik. Ekonomik bir varlık olarak düşündüğümüzde, eve istek sahibi oldum, doktor oldum, öğretmen oldum, avukat oldum. Sonra belki mi bilgiyle donattık çocuğu. Öğrettik, öğrettik, öğrettik. Nerede hale bir hazdımız? Buralarda boşluk bıraktığımız</w:t>
      </w:r>
    </w:p>
    <w:p>
      <w:pPr>
        <w:keepNext/>
      </w:pPr>
      <w:hyperlink r:id="rId66">
        <w:r>
          <w:rPr>
            <w:color w:val="1155CC"/>
            <w:u w:val="single"/>
          </w:rPr>
          <w:t>00:41:45 – 00:42:25</w:t>
        </w:r>
      </w:hyperlink>
      <w:r>
        <w:rPr>
          <w:b/>
        </w:rPr>
        <w:t xml:space="preserve">  |  Türkçe</w:t>
      </w:r>
    </w:p>
    <w:p>
      <w:r>
        <w:t>o yağmurcaklar hakikaten gözlerimizin önünde savruluyorlar. Şöyle hızlıca aslında her şey çok kolay ilerlerken, çok kolay gelişirken biz müthiş bir çelişkiyle karşı karşıyayız. Okullaşma arttı, bilimsel üretim hızlandı, teknoloji hayatı kolaylaştırdı. Ama bunun karşısında gençlerde büyük bir boşluk, yalnızlık, depresyon, gelecek kaygısı, dijital bağımlılık, en önemlisi de kimlik karmaşası.</w:t>
      </w:r>
    </w:p>
    <w:p>
      <w:pPr>
        <w:keepNext/>
      </w:pPr>
      <w:hyperlink r:id="rId67">
        <w:r>
          <w:rPr>
            <w:color w:val="1155CC"/>
            <w:u w:val="single"/>
          </w:rPr>
          <w:t>00:42:26 – 00:43:07</w:t>
        </w:r>
      </w:hyperlink>
      <w:r>
        <w:rPr>
          <w:b/>
        </w:rPr>
        <w:t xml:space="preserve">  |  Türkçe</w:t>
      </w:r>
      <w:r>
        <w:rPr>
          <w:i/>
        </w:rPr>
        <w:t xml:space="preserve">  • Kontrol</w:t>
      </w:r>
    </w:p>
    <w:p>
      <w:r>
        <w:t>Buranın içi doldurulamadığı zaman gerçekten gençlerimiz meslek sahibi olsa da, para kazanıyor olsa da çok haklı olarak kim olduğunun cevabını veremediği vakit sarmılıp duruyorlar. Çalışmanızın en dikkat çeken çelişkisinden bahsettik. Çalışmanın amacı, iki taraftan götüremedim cevabı, kusura bakmayın. Çalışmanın amacı modern eğitimi tabii ki bütünüyle reddetmek değil.</w:t>
      </w:r>
    </w:p>
    <w:p>
      <w:pPr>
        <w:keepNext/>
      </w:pPr>
      <w:hyperlink r:id="rId68">
        <w:r>
          <w:rPr>
            <w:color w:val="1155CC"/>
            <w:u w:val="single"/>
          </w:rPr>
          <w:t>00:43:07 – 00:43:48</w:t>
        </w:r>
      </w:hyperlink>
      <w:r>
        <w:rPr>
          <w:b/>
        </w:rPr>
        <w:t xml:space="preserve">  |  Türkçe</w:t>
      </w:r>
    </w:p>
    <w:p>
      <w:r>
        <w:t>Aksine modern eğitimin temelini oluşturan insan tasavvufundaki eksiklere dikkat çekmek. Çünkü çok şükür ki bu eksiklikler noktasında bizim elimizde müthiş bir hazine var. Önce Kur'an-ı Kerim, sonra da Risale-i Nur'lar bu noktada büyük bir reçete elhamdülillah. Nurimşah Hocam'ın da ifade ettiği gibi Bediüzzaman Sayın Hırsız Hazretleri Risale-i Nur'larda özellikle bu kimlik krizine karşı müthiş bir reçete sunuyor. Vicdanın ziyası ulu ve diniyedir, aklın nuru fünonu ve diniyedir. İkisinin intizacı ile hareketler tecelli eder. Yani mesele aslında sadece akıl değil, fen değil, din değil. Mesele bunların ayrışmış olması.</w:t>
      </w:r>
    </w:p>
    <w:p>
      <w:pPr>
        <w:keepNext/>
      </w:pPr>
      <w:hyperlink r:id="rId69">
        <w:r>
          <w:rPr>
            <w:color w:val="1155CC"/>
            <w:u w:val="single"/>
          </w:rPr>
          <w:t>00:43:48 – 00:44:35</w:t>
        </w:r>
      </w:hyperlink>
      <w:r>
        <w:rPr>
          <w:b/>
        </w:rPr>
        <w:t xml:space="preserve">  |  Türkçe</w:t>
      </w:r>
    </w:p>
    <w:p>
      <w:r>
        <w:t>Bize gerekli olan şey ise bunların imtizacı. İnşallah benim duam ve iddiam bu slogan haline döndü bende. Her çocuğun hakikat eğitimini almaya hakkı var. Biz onların elinden bunu alarak farkında olmadan hakikaten büyük bir vebale giriyoruz. Sınıf öğretmeni olarak bu konuda biraz vicdanım sızlanıyor değil. Ama inşallah böyle kıymetli ortamlarla bunlar dua yerine geçsin ve köprületilmiş olsun. İstanbul'da geçmiş dönemden günümüze kadar yapılmış insan tasarlarını görüyoruz. Kimisi insanı sadece akıllı ve medeni bir varlık olarak tanımlamış, kimisi akleden özne demiş, kimisi toplumsal varlık demiş.</w:t>
      </w:r>
    </w:p>
    <w:p>
      <w:pPr>
        <w:keepNext/>
      </w:pPr>
      <w:hyperlink r:id="rId70">
        <w:r>
          <w:rPr>
            <w:color w:val="1155CC"/>
            <w:u w:val="single"/>
          </w:rPr>
          <w:t>00:44:36 – 00:45:22</w:t>
        </w:r>
      </w:hyperlink>
      <w:r>
        <w:rPr>
          <w:b/>
        </w:rPr>
        <w:t xml:space="preserve">  |  Türkçe</w:t>
      </w:r>
    </w:p>
    <w:p>
      <w:r>
        <w:t>Ama Üstad Said Nursi insanı arzın halifesi olarak tanımlamış. Yani arzın halifesi derken bile böyle çok hoş bir ifade olmuyor mu? Şimdi bir öğretmen olarak düşünün, hatta öğretmenliğe gelmeden her anne evde en tefsirli muayene biliyorsunuz. Bizler evlatlarımıza halife-i arz gözüyle baksak, acaba dergimiz sadece onları yetiştirmek mi olur, yoksa onları keşfetip rehberlik etmek mi? Bence inşallah bugün burada aklımızda kalacak şeylerden bir tanesi bu olsun. Annelik, babalık, eşlik, öğretmenlik hiç fark etmez. Biz yaratılmış herkese, herifeye arz gözüyle bakarsak Allah'ın izniyle, o zaman başka bir boyuta geçeriz diye ümit ediyorum.</w:t>
      </w:r>
    </w:p>
    <w:p>
      <w:pPr>
        <w:keepNext/>
      </w:pPr>
      <w:hyperlink r:id="rId71">
        <w:r>
          <w:rPr>
            <w:color w:val="1155CC"/>
            <w:u w:val="single"/>
          </w:rPr>
          <w:t>00:45:22 – 00:46:04</w:t>
        </w:r>
      </w:hyperlink>
      <w:r>
        <w:rPr>
          <w:b/>
        </w:rPr>
        <w:t xml:space="preserve">  |  Türkçe</w:t>
      </w:r>
      <w:r>
        <w:rPr>
          <w:i/>
        </w:rPr>
        <w:t xml:space="preserve">  • Kontrol</w:t>
      </w:r>
    </w:p>
    <w:p>
      <w:r>
        <w:t>Üstad Seyit Nusret'e çok şükür çok güzel bir reçete sunmuş bize. Modern eğitim ise hanımlar, insanın önüne sürekli şu soruyu koyuyor. Kim olmak istiyorsun? Öncesinde bir tane, ah buraya geçelim, pardon. Sayın Hüseyin Seyirci, insan tasavvufunu yaparken bütün tanımların çok ötesine geçerek insanı şecili kainatın en cami ve en nazinin bir meyvesi ve hatta insanı küçük bir alem olarak tanımlıyor. Dolayısıyla bu şurada bu bilinçte olan bir çocuk kime dayanacağını, kime güveneceğini aslında çok erken yaşta da öğrenmiş oluyor.</w:t>
      </w:r>
    </w:p>
    <w:p>
      <w:pPr>
        <w:keepNext/>
      </w:pPr>
      <w:hyperlink r:id="rId72">
        <w:r>
          <w:rPr>
            <w:color w:val="1155CC"/>
            <w:u w:val="single"/>
          </w:rPr>
          <w:t>00:46:04 – 00:46:45</w:t>
        </w:r>
      </w:hyperlink>
      <w:r>
        <w:rPr>
          <w:b/>
        </w:rPr>
        <w:t xml:space="preserve">  |  Türkçe</w:t>
      </w:r>
    </w:p>
    <w:p>
      <w:r>
        <w:t>Hani özgüven eksikliğinden yakınıyoruz ya, anneler, babalar hep bununla geliyor sınıfa. Nacizane benim fikrim hakikaten hakikate dayandırılmamış, hakikatin gösterilmediği çocuklarda yaşanan bir sorun gibi. Tabii ki tek sorun bu değil. Başka sebepler elbette vardır. Buraları hızlı hızlı geçip kısa bir anımı paylaşmak istiyorum. Bu yoktu aklımda ama şu an gelişti. İlkokul öğretmeniyim. Birinci sınıfta artık her geçen yıl çok fazla ağlayan öğrencimiz oluyor. Annesini babasını bırakmak istemeyen. Bu sene ben dördüncü sınıflardayım. Geçen yıl birinci sınıflar epeyce, bir ay kadar ağladılar.</w:t>
      </w:r>
    </w:p>
    <w:p>
      <w:pPr>
        <w:keepNext/>
      </w:pPr>
      <w:hyperlink r:id="rId73">
        <w:r>
          <w:rPr>
            <w:color w:val="1155CC"/>
            <w:u w:val="single"/>
          </w:rPr>
          <w:t>00:46:45 – 00:47:27</w:t>
        </w:r>
      </w:hyperlink>
      <w:r>
        <w:rPr>
          <w:b/>
        </w:rPr>
        <w:t xml:space="preserve">  |  Türkçe</w:t>
      </w:r>
      <w:r>
        <w:rPr>
          <w:i/>
        </w:rPr>
        <w:t xml:space="preserve">  • Kontrol</w:t>
      </w:r>
    </w:p>
    <w:p>
      <w:r>
        <w:t>Şimdi çok çığlık çığlığa ağlayan çocuklar olunca benim sınıftaki çocukların da huzuru kaçıyor. Dün ne anlatsam şimdi boş. Çocuk anne istiyor, baba istiyor. Benimkiler endişeleniyor. Ne diyeceğiz, ne diyeceğiz? Dedim ki ya çok üzülüyorum, çocuk ağlıyor. Şimdi ne yapsak tanımıyoruz, etmiyoruz. Dedim bir fatiha okuyalım, onun için bir rahatlasın bakalım. Sonra bu çocukların aklına hemen yerleşti. Ağlayan biri olunca uzaktan bir fatiha okumak, Allah'tan yardım istemek, dua etmek. Bu bizim sınıfta bir geleneğe dönüştü. Gel zaman git zaman benim sınıfta bir gün hastalanasım tuttu. Çocuklar korkmasın diye ben sınıftan ayrıldım. Sonra işte biraz işin boyutu ben işte, ambulans vesaire.</w:t>
      </w:r>
    </w:p>
    <w:p>
      <w:pPr>
        <w:keepNext/>
      </w:pPr>
      <w:hyperlink r:id="rId74">
        <w:r>
          <w:rPr>
            <w:color w:val="1155CC"/>
            <w:u w:val="single"/>
          </w:rPr>
          <w:t>00:47:27 – 00:48:07</w:t>
        </w:r>
      </w:hyperlink>
      <w:r>
        <w:rPr>
          <w:b/>
        </w:rPr>
        <w:t xml:space="preserve">  |  Türkçe</w:t>
      </w:r>
    </w:p>
    <w:p>
      <w:r>
        <w:t>Başka arkadaş sınıfıma geliyor çocukların yanına. Diyor ki, içlerinden bir tanesi Fatih'e okuyor. Dedim ki, öğretmeninize bir şey olmadı, niye Fatih'e okuyorsunuz? Çocuk da demiş ki, öğrenci ama öğretmeniniz bize böyle öğretti. Zor bir durumla karşılaşınca Fatih'e okuyabilirdiniz diyoruz. Yani benim özetli terimlerimin başından sonuna anlatmak istediğim şey tam olarak bu. Biz hakikati doğru şekilde çocuklara verirsek, çocuklar zaten biliyor. Onlar hakikati bizden daha yakınlar. Onlar çok daha güzel tutunuyor ve çok daha güzel geliştiriyorlar. Şimdi bunları hızlıca geçmek istiyorum.</w:t>
      </w:r>
    </w:p>
    <w:p>
      <w:pPr>
        <w:keepNext/>
      </w:pPr>
      <w:hyperlink r:id="rId75">
        <w:r>
          <w:rPr>
            <w:color w:val="1155CC"/>
            <w:u w:val="single"/>
          </w:rPr>
          <w:t>00:48:08 – 00:48:48</w:t>
        </w:r>
      </w:hyperlink>
      <w:r>
        <w:rPr>
          <w:b/>
        </w:rPr>
        <w:t xml:space="preserve">  |  Türkçe</w:t>
      </w:r>
    </w:p>
    <w:p>
      <w:r>
        <w:t>Eğitimin teknik olarak iki kavramı. Geçtiğim vakit. Bir de şu kısma değinmek istiyorum. Muhtemelen aranızda sınav annesi olan çok vardır. Toparlıyorum o zaman. Selam, Selam ablacığım. İnşallah tedbirlerinizi okursunuz, istifadesi bol olsun, inşallah yararlanırsınız. Bu çalışmayı hazırlarken beni en çok etkileyen yerlerden bir tanesi, Rabbimizin ilk emri, oku emri. Daha önce hakikaten bu ayete bu gözle bakmamıştım. Rabbimiz ayette ne buyuruyor?</w:t>
      </w:r>
    </w:p>
    <w:p>
      <w:pPr>
        <w:keepNext/>
      </w:pPr>
      <w:hyperlink r:id="rId76">
        <w:r>
          <w:rPr>
            <w:color w:val="1155CC"/>
            <w:u w:val="single"/>
          </w:rPr>
          <w:t>00:48:48 – 00:49:30</w:t>
        </w:r>
      </w:hyperlink>
      <w:r>
        <w:rPr>
          <w:b/>
        </w:rPr>
        <w:t xml:space="preserve">  |  Türkçe</w:t>
      </w:r>
    </w:p>
    <w:p>
      <w:r>
        <w:t>Oku, yaratan Rabbinin adıyla oku. Ben bu çalışmaya hazırlanırken fark ettim ki bu ayette müthiş bir kimlik bilinci var, aidiyet bilinci var. Oku derken Rabbimiz kulunu muhatap alıyor. Onu pasif bir dinleyici konumundan kesinlikle çıkarıyor. Yani bizim şu an maalesef sınıflarda uyguladığımız sistemin tam tersi. Sorumluluğu kuluna veriyor. Yaratan ifadesiyle kuluna yalnız değilsin. Seni yaratan biri var diyor. Bir aidiyet bilinci oluşturuyor. Yaratan Rabbinin adıyla oku. Onun adıyla. Yani Rabbinin adının girdiği her bilgi sadece bir malumat olmaktan çıkıyor aslında.</w:t>
      </w:r>
    </w:p>
    <w:p>
      <w:pPr>
        <w:keepNext/>
      </w:pPr>
      <w:hyperlink r:id="rId77">
        <w:r>
          <w:rPr>
            <w:color w:val="1155CC"/>
            <w:u w:val="single"/>
          </w:rPr>
          <w:t>00:49:30 – 00:50:12</w:t>
        </w:r>
      </w:hyperlink>
      <w:r>
        <w:rPr>
          <w:b/>
        </w:rPr>
        <w:t xml:space="preserve">  |  Türkçe</w:t>
      </w:r>
      <w:r>
        <w:rPr>
          <w:i/>
        </w:rPr>
        <w:t xml:space="preserve">  • Kontrol</w:t>
      </w:r>
    </w:p>
    <w:p>
      <w:r>
        <w:t>Bir mana kazanıyor, bir anlam kazanıyor. Bu ayet ben de böyle tezahür etti. Bunu da sizinle paylaşmak istedim. Son olarak tüm bu güzelliklerin uygulanabilmesi için tabii ki okullarda en önemli kısım Biz öğretmenlerin varlığı. Bu öğretmenleri güzel güzel yetiştirirsek inşallah çocuklarımıza da sizin ailede verdiğiniz o güzel eğitimlerden sonra buraların devam etmesi nasip olur. Buna da çok kısa değinmek istiyorum, buraya atlamak istemiyorum. Üstad Said Mürsi bir muallimin özelliklerini çok güzel bir şekilde ifade etmiş 19. Sözde. Peygamber Efendimiz için şöyle bir tanımlama kullanıyor.</w:t>
      </w:r>
    </w:p>
    <w:p>
      <w:pPr>
        <w:keepNext/>
      </w:pPr>
      <w:hyperlink r:id="rId78">
        <w:r>
          <w:rPr>
            <w:color w:val="1155CC"/>
            <w:u w:val="single"/>
          </w:rPr>
          <w:t>00:50:12 – 00:50:57</w:t>
        </w:r>
      </w:hyperlink>
      <w:r>
        <w:rPr>
          <w:b/>
        </w:rPr>
        <w:t xml:space="preserve">  |  Türkçe</w:t>
      </w:r>
      <w:r>
        <w:rPr>
          <w:i/>
        </w:rPr>
        <w:t xml:space="preserve">  • Kontrol</w:t>
      </w:r>
    </w:p>
    <w:p>
      <w:r>
        <w:t>Böyle bir asırda gelip de dünyanın en medeni toplumunu inşa eden. Peygamber Efendimiz bunu muallimlik ile yaptı. Peki nasıl yaptı? Peygamber Efendimiz nasıl bir muallimdi? Hemen oraya gelelim. Peygamber Efendimiz'in en güzel özelliklerinden biri, Mahbub-u Kulub, yani kalplerin sevgilisi. Şefkatli ve tatlı sözde. Nitekim Rabbimiz ta suresi 44. ayette Hz. Musa ve Hz. Harun'a firavuna giderken de yumuşak söz söylemelerini emrediyor. O zaman bir muallim yumuşak sözlü olacak. İkinci özellik mürebbî nüfus yani nefisleri terbiye eden muallim.</w:t>
      </w:r>
    </w:p>
    <w:p>
      <w:pPr>
        <w:keepNext/>
      </w:pPr>
      <w:hyperlink r:id="rId79">
        <w:r>
          <w:rPr>
            <w:color w:val="1155CC"/>
            <w:u w:val="single"/>
          </w:rPr>
          <w:t>00:50:57 – 00:51:38</w:t>
        </w:r>
      </w:hyperlink>
      <w:r>
        <w:rPr>
          <w:b/>
        </w:rPr>
        <w:t xml:space="preserve">  |  Türkçe</w:t>
      </w:r>
    </w:p>
    <w:p>
      <w:r>
        <w:t>Nefsini terbiye ederken önce kendi nefsini terbiye eden ve öğrencisinin karşısında lisan-ı hal ile model olan bir muallim. Üçüncü özelliğimiz ise muallimi oku, yani akılların muallimi. Ümitsizliğe düşmeden vazifesini yapan ve neticeyi Rabbinden bekleyen muallim ki yine Yüce Adan Mualli Suresi 99. ayette Peygamber'e düşen yalnızca tebliğ etmektir buyuruyor. Hazinemiz çok kıymetli, yani elimizdeki kitap hakikaten çok kıymetli. Bu gözle de okuyabilsek uygulanabilirliği en yüksek kaynak. Çünkü bizi yaratan bizden iyi biliyor.</w:t>
      </w:r>
    </w:p>
    <w:p>
      <w:pPr>
        <w:keepNext/>
      </w:pPr>
      <w:hyperlink r:id="rId80">
        <w:r>
          <w:rPr>
            <w:color w:val="1155CC"/>
            <w:u w:val="single"/>
          </w:rPr>
          <w:t>00:51:39 – 00:52:42</w:t>
        </w:r>
      </w:hyperlink>
      <w:r>
        <w:rPr>
          <w:b/>
        </w:rPr>
        <w:t xml:space="preserve">  |  Türkçe</w:t>
      </w:r>
      <w:r>
        <w:rPr>
          <w:i/>
        </w:rPr>
        <w:t xml:space="preserve">  • Kontrol</w:t>
      </w:r>
    </w:p>
    <w:p>
      <w:r>
        <w:t>Özetleyecek olursak bizim derdimiz modern eğitimi reddetmek değil. Tam tersi orta kalan eksikleri, buyurun burada dakikadeler var deyip birleştirmek. Böyle. Beni dinlediğiniz için teşekkür ediyorum çok fazla vakit aldım. İnşallah aşık olsun. Çocuklarınızda hep sizin gibi öğretilenler, yani sizin sayınızda öğretilenler de çok güzel bir soru gerçekten. Çok güzel. Zaten insanın hani ben kimim, nereden geldim, nereye gidiyorum sorularına arkadaşlar hiç biriniz insan olarak bu sorunun cevabını neler ifade ediniz çocuklarınızdan?</w:t>
      </w:r>
    </w:p>
    <w:p>
      <w:pPr>
        <w:keepNext/>
      </w:pPr>
      <w:hyperlink r:id="rId81">
        <w:r>
          <w:rPr>
            <w:color w:val="1155CC"/>
            <w:u w:val="single"/>
          </w:rPr>
          <w:t>00:52:42 – 00:53:26</w:t>
        </w:r>
      </w:hyperlink>
      <w:r>
        <w:rPr>
          <w:b/>
        </w:rPr>
        <w:t xml:space="preserve">  |  Türkçe</w:t>
      </w:r>
    </w:p>
    <w:p>
      <w:r>
        <w:t>Evet, intisaf, Cenab-ı Hak'la aradaki bağı kurabilmek ve ileri seviyeye taşıyabilmek. Bütün meselemiz bu zaten. Çok güzeldi. Ve bu halife-i arz olarak çocuklarımıza bakabilmek, birbirimize bakabilmek değil mi? Her birimiz ve çocuklarımızı halife-i arz, çünkü Cenab-ı Hak bu kıymeti vermiş. Her bir insana kainat sisteminde, kainatın ötesine geçecek bir kalp vermiş.</w:t>
      </w:r>
    </w:p>
    <w:p>
      <w:pPr>
        <w:keepNext/>
      </w:pPr>
      <w:hyperlink r:id="rId82">
        <w:r>
          <w:rPr>
            <w:color w:val="1155CC"/>
            <w:u w:val="single"/>
          </w:rPr>
          <w:t>00:53:27 – 00:54:08</w:t>
        </w:r>
      </w:hyperlink>
      <w:r>
        <w:rPr>
          <w:b/>
        </w:rPr>
        <w:t xml:space="preserve">  |  Türkçe</w:t>
      </w:r>
      <w:r>
        <w:rPr>
          <w:i/>
        </w:rPr>
        <w:t xml:space="preserve">  • Kontrol</w:t>
      </w:r>
    </w:p>
    <w:p>
      <w:r>
        <w:t>Cenab-ı Hakk'ın muhabbetiyle doldurulabilecek bir kalp vermiş. Ama bu çalıştırmakla oluyor. Bu ifadeler de çok güzeldi. Rabbim sayınızı artırsın ve öğretmenlerinizi artırsın inşallah. Ne diyoruz hocam? Bu talep yapıyoruz. Şimdi yılda yürüyüp kalem yüze, sosyolog aile danışmanı, sosyal hayatta aile dinamini... Hoş geldiniz, kıymetli hanımefendiler.</w:t>
      </w:r>
    </w:p>
    <w:p>
      <w:pPr>
        <w:keepNext/>
      </w:pPr>
      <w:hyperlink r:id="rId83">
        <w:r>
          <w:rPr>
            <w:color w:val="1155CC"/>
            <w:u w:val="single"/>
          </w:rPr>
          <w:t>00:54:11 – 00:54:58</w:t>
        </w:r>
      </w:hyperlink>
      <w:r>
        <w:rPr>
          <w:b/>
        </w:rPr>
        <w:t xml:space="preserve">  |  Türkçe</w:t>
      </w:r>
      <w:r>
        <w:rPr>
          <w:i/>
        </w:rPr>
        <w:t xml:space="preserve">  • Kontrol</w:t>
      </w:r>
    </w:p>
    <w:p>
      <w:r>
        <w:t>Hocalarımız sunmuş olduğu başlıkları aslında bir nevi toparlama bağlı da bir gün aileyi konuşacağız. Çünkü bütün başlıklar dönüyor, dolaşıyor, her halükarda aynı aileye intikal ediyor. Halbuki öyle olunca aileyi anlamadan aslında bu başlıkları konuştuğumuzda bir nevi kendi içerisinde boş kalan bir kısım olduğu ortaya çıkıyor. İnşallah onu tamamlamaya gayret edeceğiz. Şeref Edeb Aile'nin dediği gibi en küçük devlet ailedir. Şimdi burada özellikle bu serpozluğun başlığına baktığımızda küresel krizleri, kur'ani çözümler dediğimizde zaten küresel krizesi dünya yasak kuşattı ise aile de, affedersiniz, dünyanın her yerinde varlığını dolan ve itiraf ediyordu.</w:t>
      </w:r>
    </w:p>
    <w:p>
      <w:pPr>
        <w:keepNext/>
      </w:pPr>
      <w:hyperlink r:id="rId84">
        <w:r>
          <w:rPr>
            <w:color w:val="1155CC"/>
            <w:u w:val="single"/>
          </w:rPr>
          <w:t>00:54:58 – 00:55:42</w:t>
        </w:r>
      </w:hyperlink>
      <w:r>
        <w:rPr>
          <w:b/>
        </w:rPr>
        <w:t xml:space="preserve">  |  Türkçe</w:t>
      </w:r>
      <w:r>
        <w:rPr>
          <w:i/>
        </w:rPr>
        <w:t xml:space="preserve">  • Kontrol</w:t>
      </w:r>
    </w:p>
    <w:p>
      <w:r>
        <w:t>Evet burada bir devlet tanımı üzerinden gitmiş ancak esasen kendi içerisinde sistemi olan, kendi içerisinde yapılan, sona, birlik ve bütünlüğünü taşıyan aile zaten bir devlettir. Ve siz bir devleti doğru kurduğunuzda, doğru yönettiğinizde o devlet de kendi içerisinde tutarladığı, kendi içerisinde huzur ortaya çıkacaktır. O nedenle aileyi konuşmak aslında kendi içerisinde bütün başlıkları konuşmak anlamına gelir. Şimdi burada aile üzerini nedir? Aileyi tanımlamak istediğimizde, Aile sosyal ve toplumsal hayatta kendinden ibaretli olmayan, yani sosyal hayatın kendi içerisinde çekildiğini oluşturan bir temel yapıdır.</w:t>
      </w:r>
    </w:p>
    <w:p>
      <w:pPr>
        <w:keepNext/>
      </w:pPr>
      <w:hyperlink r:id="rId85">
        <w:r>
          <w:rPr>
            <w:color w:val="1155CC"/>
            <w:u w:val="single"/>
          </w:rPr>
          <w:t>00:55:42 – 00:56:25</w:t>
        </w:r>
      </w:hyperlink>
      <w:r>
        <w:rPr>
          <w:b/>
        </w:rPr>
        <w:t xml:space="preserve">  |  Türkçe</w:t>
      </w:r>
      <w:r>
        <w:rPr>
          <w:i/>
        </w:rPr>
        <w:t xml:space="preserve">  • Kontrol</w:t>
      </w:r>
    </w:p>
    <w:p>
      <w:r>
        <w:t>Bu noktada sadece biyolojik bağlarla, kan bağıyla, trabalık bağıyla birbirine bağlanmış bir tanım eksik kalacaktır. Kaldı ki sosyolojide ve Türk Dik Kurumu'nu yapmış olduğu tanımlarda da aile bir arada yaşayan, birbirlerine karşı bağlılık ve aile hisseden herkesi kapsar. Çok ilginçtir. Özellikle biz aileyi tanımladığımızda, aile sosyolojisinde evde beslenen elçilik hayvan da aile bireyi olarak kabul edilir. Bu nedenle aile dediğimiz kavram kendi içerisinde birçok anlam taşıyan katmanlı bir yapıdan aslında oluşur. Sosyal hayatın ilk okulu aile derken neyi kast ediyoruz?</w:t>
      </w:r>
    </w:p>
    <w:p>
      <w:pPr>
        <w:keepNext/>
      </w:pPr>
      <w:hyperlink r:id="rId86">
        <w:r>
          <w:rPr>
            <w:color w:val="1155CC"/>
            <w:u w:val="single"/>
          </w:rPr>
          <w:t>00:56:25 – 00:57:10</w:t>
        </w:r>
      </w:hyperlink>
      <w:r>
        <w:rPr>
          <w:b/>
        </w:rPr>
        <w:t xml:space="preserve">  |  Türkçe</w:t>
      </w:r>
      <w:r>
        <w:rPr>
          <w:i/>
        </w:rPr>
        <w:t xml:space="preserve">  • Kontrol</w:t>
      </w:r>
    </w:p>
    <w:p>
      <w:r>
        <w:t>Burada benim çok sevdiğim kendimce bir ifadem vardır. Hiçbir şey bilmezken her şeyi bilen hale geldiğimiz yer ailedir. O nedenle aile aslında bizim sosyal hayata tanımladığımız ilk laboratuvarımız. İlk bulunduğu ortamız. İletişimi, duygularını paylaşımı, hayata hazırlanmak. Bizler sadece aile dediğimizde kendi içerisinde sanki yemekten, içmekten, birlikte uyumaktan, aynı eve paylaşmaktan ibaret bir olgu ile aslında kendi içerisinde sığ olarak tanımlıyoruz. Ancak buradaki mevzu bakınız özellikle buraya anlat istiyorum bir bebek dünyaya gelmek hiçbir şey bilmezken şu an bizler bir aileleriydik ve her şey bilir tırnak içinde diken içerisinde her şey bilen hale geldik.</w:t>
      </w:r>
    </w:p>
    <w:p>
      <w:pPr>
        <w:keepNext/>
      </w:pPr>
      <w:hyperlink r:id="rId87">
        <w:r>
          <w:rPr>
            <w:color w:val="1155CC"/>
            <w:u w:val="single"/>
          </w:rPr>
          <w:t>00:57:10 – 00:57:58</w:t>
        </w:r>
      </w:hyperlink>
      <w:r>
        <w:rPr>
          <w:b/>
        </w:rPr>
        <w:t xml:space="preserve">  |  Türkçe</w:t>
      </w:r>
      <w:r>
        <w:rPr>
          <w:i/>
        </w:rPr>
        <w:t xml:space="preserve">  • Kontrol</w:t>
      </w:r>
    </w:p>
    <w:p>
      <w:r>
        <w:t>O nedenle aile dediğimiz bizim hem okulumuz hem sosyal çevremiz hem meslek edildiğimiz yer hem insan olmayı öğrendiğimiz yer. O nedenle kavram sosyal hayat ve aile. Bugün benim sizinle paylaştığım başlık nedir? Sosyal hayatta aile dilemekleri. Şimdi bu kavramı konuştuğumuzda saatler belki günden yakınlaşır. Çünkü dilemek dediğimizde alt başlıklar o kadar fazla ki, dilimizin döndüğü kadar sizinle paylaşmaya çalışacağım. Burada sosyal hayatın temel dilemekleri dediğimizde üç tane başlık karşımıza özellikle çıkıyor. İletişim, değerler ve kurallar ve aile diyelim. Biraz önce bahsettiğim gibi iletişim insan olmanın, insandan bir şey öğrenmenin en temel arzuları ve ailedeki o bütünlüğün aslında yakalandığı giriş kapısı diyebiliriz.</w:t>
      </w:r>
    </w:p>
    <w:p>
      <w:pPr>
        <w:keepNext/>
      </w:pPr>
      <w:hyperlink r:id="rId88">
        <w:r>
          <w:rPr>
            <w:color w:val="1155CC"/>
            <w:u w:val="single"/>
          </w:rPr>
          <w:t>00:57:59 – 00:58:40</w:t>
        </w:r>
      </w:hyperlink>
      <w:r>
        <w:rPr>
          <w:b/>
        </w:rPr>
        <w:t xml:space="preserve">  |  Türkçe</w:t>
      </w:r>
      <w:r>
        <w:rPr>
          <w:i/>
        </w:rPr>
        <w:t xml:space="preserve">  • Kontrol</w:t>
      </w:r>
    </w:p>
    <w:p>
      <w:r>
        <w:t>Değerler ve kurallar dediğimizde de işte kişinin sosyal hayata karşı aileler halklarını aktardığı ve bu aktarırken de sosyal yapıyı, toplumsal yapıyı aslında kâinatça oluşturduğu bir kısım. Ve burada bizim değerlerimiz, inancımız, zarahta karşı tutumumuz, kendi varlığımızı ve başka insanların kabulü, çevreyle doğayı sevdiğimiz gibi aslında birçok şey kapsıyor. En son başlık ise aidiyet. Bakınız çok önemlidir ki ben olmaktan öteye geçip biz olmanın temel arzularıdır. Aidiyet hissetmediğiniz hiçbir ortamda bulunamazsınız. Aidiyet hissetmediğiniz hiçbir düşüncenin peşinden gidemezsiniz.</w:t>
      </w:r>
    </w:p>
    <w:p>
      <w:pPr>
        <w:keepNext/>
      </w:pPr>
      <w:hyperlink r:id="rId89">
        <w:r>
          <w:rPr>
            <w:color w:val="1155CC"/>
            <w:u w:val="single"/>
          </w:rPr>
          <w:t>00:58:40 – 00:59:22</w:t>
        </w:r>
      </w:hyperlink>
      <w:r>
        <w:rPr>
          <w:b/>
        </w:rPr>
        <w:t xml:space="preserve">  |  Türkçe</w:t>
      </w:r>
      <w:r>
        <w:rPr>
          <w:i/>
        </w:rPr>
        <w:t xml:space="preserve">  • Kontrol</w:t>
      </w:r>
    </w:p>
    <w:p>
      <w:r>
        <w:t>O nedenle aile yapısının da yine ailede kazanan, sonra sosyal hayatta yaşadığı mübekkilde vatan sevgisine, inanç sevgisine tesiri de bunun mali de aslında böyle bir süreç içerisinde vardı. Şimdi lisaninin penceresinden aile ve toplum içerikliğimizde özellikle benim faydalandığım kısım meyve lisanisi 8. mesele oldu. Özellikle orada aile ile ilgili yapılan yorumlarda ailenin duygusal ve müsbet taraflarının paylaşıldığı kişiye neler katacağı, hayatımızda nasıl anlamlandıracağı noktalarda bize gerçekten çok güzel fikirler verdiğini özellikle ifade etmek isterim.</w:t>
      </w:r>
    </w:p>
    <w:p>
      <w:pPr>
        <w:keepNext/>
      </w:pPr>
      <w:hyperlink r:id="rId90">
        <w:r>
          <w:rPr>
            <w:color w:val="1155CC"/>
            <w:u w:val="single"/>
          </w:rPr>
          <w:t>00:59:22 – 01:00:02</w:t>
        </w:r>
      </w:hyperlink>
      <w:r>
        <w:rPr>
          <w:b/>
        </w:rPr>
        <w:t xml:space="preserve">  |  Türkçe</w:t>
      </w:r>
      <w:r>
        <w:rPr>
          <w:i/>
        </w:rPr>
        <w:t xml:space="preserve">  • Kontrol</w:t>
      </w:r>
    </w:p>
    <w:p>
      <w:r>
        <w:t>Şimdi bu çalışmaların peşine düştüğü çeşitli sorular var. Tabii ki neden? Her gün konuştuğumuz konu aslında bir soru ile başlar. Bizler de bu konuyu sizinle paylaşmak istediğimizde peşine düştüğümüz sorular şunlar oldu. Ailenin toplumsal hayattaki temel işlemleri nelerdir ve bu işlevler günümüzde nasıl bir değişim göstermektedir. Öyle değil mi? Bunları konuşacağız ama kendi içerisinde, toplumsal hayattaki değişim nereden başlıyor? Aileden başlıyor. Bir diğer soru, peşine düştüğümüz sorulardan. Anne-baba rolündeki dönüşüm, aile bütünlüğünü ve toplumdan kurulan değerlerini mi görürler?</w:t>
      </w:r>
    </w:p>
    <w:p>
      <w:pPr>
        <w:keepNext/>
      </w:pPr>
      <w:hyperlink r:id="rId91">
        <w:r>
          <w:rPr>
            <w:color w:val="1155CC"/>
            <w:u w:val="single"/>
          </w:rPr>
          <w:t>01:00:02 – 01:00:51</w:t>
        </w:r>
      </w:hyperlink>
      <w:r>
        <w:rPr>
          <w:b/>
        </w:rPr>
        <w:t xml:space="preserve">  |  Türkçe</w:t>
      </w:r>
      <w:r>
        <w:rPr>
          <w:i/>
        </w:rPr>
        <w:t xml:space="preserve">  • Kontrol</w:t>
      </w:r>
    </w:p>
    <w:p>
      <w:r>
        <w:t>Anne-baba olarak düşünün, bizler kendi anne-babalarımızdan ne kadar farklıyız? Bizden sonraki kuşak anneli-babalığı kimileri nasıl tanımlayacak? Yine bir diğer sorumuz ahiret inancı, aile içi ilişkiler, sorumluluk bilinci ve sosyal hayatı nasıl bir katkı sunar? Bakınız ahiret inancı dediğimiz nokta bir ancak sırayla bahsettiğim ahiret mevzusunun aslında en temel çekirdek bilgisidir diyebiliriz. Yine burada belirgin zaman sayıları Hürsel'in ve Salih'in dinlerdeki tespitleri günümüz aile ve toplum sorunlarına nasıl bir çerçeve sunar? Bu da yine aslında bugün bütün yosempozyumda konuşulan konulardaki temel argüman. Şimdi biz bu aile ve toplumsal hayattaki rolün beşlerine baktığımızda beş temel bulgu ediyoruz.</w:t>
      </w:r>
    </w:p>
    <w:p>
      <w:pPr>
        <w:keepNext/>
      </w:pPr>
      <w:hyperlink r:id="rId92">
        <w:r>
          <w:rPr>
            <w:color w:val="1155CC"/>
            <w:u w:val="single"/>
          </w:rPr>
          <w:t>01:00:52 – 01:01:35</w:t>
        </w:r>
      </w:hyperlink>
      <w:r>
        <w:rPr>
          <w:b/>
        </w:rPr>
        <w:t xml:space="preserve">  |  Türkçe</w:t>
      </w:r>
      <w:r>
        <w:rPr>
          <w:i/>
        </w:rPr>
        <w:t xml:space="preserve">  • Kontrol</w:t>
      </w:r>
    </w:p>
    <w:p>
      <w:r>
        <w:t>Burada vurgulamamız gereken nedir? Sosyallik aileden, aile kendisini oluşturan bireylerden, bu bireyler de oluşturan insanlardan kuruludur. Şimdi 5 bulgunun birincisi nedir dediğimizde değişimle dönüşüp tarihte hiç tekerrür etmediği haliyle çok hızlı olmuştur. Bakınız sosyolojik olarak geçmişten günümüzde toplumları incelediğimizde toplumsal değişimin kademe kademe ve detaylı bir şekilde peşin sıra bilginin bir diğer bilgiye zemin oluşturulması ile ortaya çıkmıştır. Ama bugün bu kadar hızlı bir değişimden bahsediyoruz ki değişime peşinden koşmak mümkün değil. Biz değişimin peşinden koşarken değiştiğimizin bile farkına varmıyoruz.</w:t>
      </w:r>
    </w:p>
    <w:p>
      <w:pPr>
        <w:keepNext/>
      </w:pPr>
      <w:hyperlink r:id="rId93">
        <w:r>
          <w:rPr>
            <w:color w:val="1155CC"/>
            <w:u w:val="single"/>
          </w:rPr>
          <w:t>01:01:36 – 01:02:14</w:t>
        </w:r>
      </w:hyperlink>
      <w:r>
        <w:rPr>
          <w:b/>
        </w:rPr>
        <w:t xml:space="preserve">  |  Türkçe</w:t>
      </w:r>
    </w:p>
    <w:p>
      <w:r>
        <w:t>O nedenle bunlarda neler etkilidir dediğimizde dijitalleşmenin ve sosyal medyanın etkisi elbette hepimizin bildiği net bir durum. Ancak önemli olarak buralamamız gereken nokta ailenin burada merkezlik konumunu kaybetmiş olması. Bakınız bu değişimde nedir? Bireyselleşen, seküler dünyaya teslim olan ailede kişiler sadece kendilerinden ibaret bir hayata evrilmiş ve sadece dağların. Bu dünyada ben en değerliyim, her şeyin en iyisine ben dağıyım gibi aile olarak değil, kendi olarak artık ortaya varlığını koymaya başlamıştır.</w:t>
      </w:r>
    </w:p>
    <w:p>
      <w:pPr>
        <w:keepNext/>
      </w:pPr>
      <w:hyperlink r:id="rId94">
        <w:r>
          <w:rPr>
            <w:color w:val="1155CC"/>
            <w:u w:val="single"/>
          </w:rPr>
          <w:t>01:02:20 – 01:03:02</w:t>
        </w:r>
      </w:hyperlink>
      <w:r>
        <w:rPr>
          <w:b/>
        </w:rPr>
        <w:t xml:space="preserve">  |  Türkçe</w:t>
      </w:r>
      <w:r>
        <w:rPr>
          <w:i/>
        </w:rPr>
        <w:t xml:space="preserve">  • Kontrol</w:t>
      </w:r>
    </w:p>
    <w:p>
      <w:r>
        <w:t>Burada Bediüzzaman Seyri Nürsi'nin söylediği cümle gerçekten çok kıymetlidir. 80 yıllık bir ömür hayatında annem kadar tekstili bir muayene görmedim. Özetle söylüyorum. Bu noktada evet, her birimiz bunu tecrübe etmişizdir. Annemizin bize öğretmiş olduğu bilgiler hepimizin zihninde çoğunlukla tazedir. Biz bunu fark etmeyiz. Hani çok sevdiğim kısacık bir anekdot vardır. Anneler kızlarla yoğurt kapları diye. Yoğurt kaplarını çok eleştirir kızlar ama zaman ile yoğurt kabına dolgu koyduğunu fark etmez. İşte anneliğin insan zihnini ettiği tonukla bir yoğurt kabı kadar emin olunuz kendi içerisinde mevcuttur ve vardır.</w:t>
      </w:r>
    </w:p>
    <w:p>
      <w:pPr>
        <w:keepNext/>
      </w:pPr>
      <w:hyperlink r:id="rId95">
        <w:r>
          <w:rPr>
            <w:color w:val="1155CC"/>
            <w:u w:val="single"/>
          </w:rPr>
          <w:t>01:03:02 – 01:03:44</w:t>
        </w:r>
      </w:hyperlink>
      <w:r>
        <w:rPr>
          <w:b/>
        </w:rPr>
        <w:t xml:space="preserve">  |  Türkçe</w:t>
      </w:r>
      <w:r>
        <w:rPr>
          <w:i/>
        </w:rPr>
        <w:t xml:space="preserve">  • Kontrol</w:t>
      </w:r>
    </w:p>
    <w:p>
      <w:r>
        <w:t>Burada kahvanlık ve koruyuculuk dediğimizde yine babalık rolüne bir atıfı bulmamız gerekiyor. Çünkü günümüz babaları kahvanlıktan kendileri yapmak istediğinde de eleştiren, zorbalayan ve toplum içerisinde tanına değiştirilmiş bir baba modeliyle karşı karşıyalar. Bu da yine aklımızda rollerde değişimde çok ciddi bir handikap aslında. İş ve aile dengesinde özellikle kadınlara pozitif ayrımcıların olmadığı süreçlerde anneliğin, aileye olan tesirinin yansıması en çok derneği ortaya çıkıyor. Elbette ki çocuklar da karşıya çıkıyor. Burada bulgulardan bir tanesi insan ömründeki geçiş evrelerini kendi içerisindeki yaşamsal</w:t>
      </w:r>
    </w:p>
    <w:p>
      <w:pPr>
        <w:keepNext/>
      </w:pPr>
      <w:hyperlink r:id="rId96">
        <w:r>
          <w:rPr>
            <w:color w:val="1155CC"/>
            <w:u w:val="single"/>
          </w:rPr>
          <w:t>01:03:44 – 01:04:27</w:t>
        </w:r>
      </w:hyperlink>
      <w:r>
        <w:rPr>
          <w:b/>
        </w:rPr>
        <w:t xml:space="preserve">  |  Türkçe</w:t>
      </w:r>
    </w:p>
    <w:p>
      <w:r>
        <w:t>ihtiyaçların ve genel tanımlarının doğru yapılması gerekti. İşte çocukluk dönemindeki temel güven duygusunun sağlandığı en önemli figür kimdir? Annedir. Ben bu dünyaya ilk gelmişim, annemin kucağında güvendeyim, seviliyorum ve değer veriyorum. Hissiyle dünyaya başlaması gereken bir çocukluk dönemi her şeyden daha önemlidir. Gençlik dönemine geldiğimizde ergenlik problemleri dediğimiz krizlerin yönetilmesi ne için? Nasıl çözülebilir? Aklı selim anne baba, aklı selim ve tutarlı davranışlarla çözülecektir. Biz uzmanların bugün yaşamış olduğu pek çok anne baba krizinde esasen anne babaların anne babalığın ne olduğunu bilmediği için karşımızda oldukları çok net görebiliyoruz.</w:t>
      </w:r>
    </w:p>
    <w:p>
      <w:pPr>
        <w:keepNext/>
      </w:pPr>
      <w:hyperlink r:id="rId97">
        <w:r>
          <w:rPr>
            <w:color w:val="1155CC"/>
            <w:u w:val="single"/>
          </w:rPr>
          <w:t>01:04:27 – 01:05:19</w:t>
        </w:r>
      </w:hyperlink>
      <w:r>
        <w:rPr>
          <w:b/>
        </w:rPr>
        <w:t xml:space="preserve">  |  Türkçe</w:t>
      </w:r>
      <w:r>
        <w:rPr>
          <w:i/>
        </w:rPr>
        <w:t xml:space="preserve">  • Kontrol</w:t>
      </w:r>
    </w:p>
    <w:p>
      <w:r>
        <w:t>Yetişkinlik sürecine baktığımızda yetişkin olmanın hayatın sorumluluğuna karşı nasıl durması gerekti? İşte burada da yine maneviyatın, değerlerin, insan olmanın ya da bildiğimiz zamanın söylediği o hayata bakışın kişilerde eksik olması hayatın bir yük gibi görülmesi ve kendi içerisinde bedbaht ve yeğit içerisinde mutsuzluğa sebep olmasına sebep oluyor. Yine en son yaşlık dediğimiz evreye geldiğimizde yaşlılar bugün kendi içerisinde sanki bir yük, hayatın sadece zahmet tarafını temsil eden birer şahsiyet olarak karşımıza çıkıyor. O zaman manevi anlamda baktığımızda onlar bizim için kültür aktarımını sağlayan en önemli bilgilerin kapısı dua ve hürmeti ve sevginin ve duyguların aktarımında en çok önem arz eden tarafıdır.</w:t>
      </w:r>
    </w:p>
    <w:p>
      <w:pPr>
        <w:keepNext/>
      </w:pPr>
      <w:hyperlink r:id="rId98">
        <w:r>
          <w:rPr>
            <w:color w:val="1155CC"/>
            <w:u w:val="single"/>
          </w:rPr>
          <w:t>01:05:19 – 01:06:02</w:t>
        </w:r>
      </w:hyperlink>
      <w:r>
        <w:rPr>
          <w:b/>
        </w:rPr>
        <w:t xml:space="preserve">  |  Türkçe</w:t>
      </w:r>
      <w:r>
        <w:rPr>
          <w:i/>
        </w:rPr>
        <w:t xml:space="preserve">  • Kontrol</w:t>
      </w:r>
    </w:p>
    <w:p>
      <w:r>
        <w:t>Şimdi ahiret inancının sosyal hayatı ve aile yetişimini vurgulamak muhakkak gerekir. Burada mesela yanından bakış özellikle kendi içerisinde ahiret inancının girdiği ailelerin tanımını yaptığında ortaya gerçekten duygusal, paylaşımcı, kendi içerisinde tutarlı ve muhabbetin hasıl olduğu ailelerden bahsedebiliyoruz. Buradaki aile tüm önce neyi besliyor? Şunu burada almak istiyorum. Şöyle bir metaforik tanımla. Dünya hayatı bedenimiz olsun, ahiret hayatı ruhumuz olsun hanımefendiler. Beden ne kadar geçici ise dünya hayatı da o kadar geçici, ruh ne kadar ölüksüz ve baki ise ahiret hayatı da o kadar ebedi ve baki kendi içerisinde.</w:t>
      </w:r>
    </w:p>
    <w:p>
      <w:pPr>
        <w:keepNext/>
      </w:pPr>
      <w:hyperlink r:id="rId99">
        <w:r>
          <w:rPr>
            <w:color w:val="1155CC"/>
            <w:u w:val="single"/>
          </w:rPr>
          <w:t>01:06:02 – 01:06:47</w:t>
        </w:r>
      </w:hyperlink>
      <w:r>
        <w:rPr>
          <w:b/>
        </w:rPr>
        <w:t xml:space="preserve">  |  Türkçe</w:t>
      </w:r>
      <w:r>
        <w:rPr>
          <w:i/>
        </w:rPr>
        <w:t xml:space="preserve">  • Kontrol</w:t>
      </w:r>
    </w:p>
    <w:p>
      <w:r>
        <w:t>İşte bu bakış içerisinde bir yorumla aileye ve hayata baktığımızda biz neyi göreceğiz? Bu dünyada mübarek olmayan bir hayatta karşımızdakine sorumluyuz, ona karşı vazifeleri var. Ben benden mübarek değilim, daha evvel ifade ettim gibi benden bize geçmiş olacağız. Bunu sağlayan ne? İşte ameliyat güvencinin o güzel ve tıpkı bakışı. Şimdi bunlar sağlanmadığında ortaya çıkan insanın hali genel anlamda bu kurallarla dolu. Rakamlarla buna baktığımızda aile bağları zayıflayan kişilerdeki istatistiksel bilgilerle işte 2003 ve 2012 yıllarında antidepresan kullanımındaki artış %162. İki bin yirmi beş yılın yine Türkiye'deki yılın antidepresan tüketime yetmiş bir</w:t>
      </w:r>
    </w:p>
    <w:p>
      <w:pPr>
        <w:keepNext/>
      </w:pPr>
      <w:hyperlink r:id="rId100">
        <w:r>
          <w:rPr>
            <w:color w:val="1155CC"/>
            <w:u w:val="single"/>
          </w:rPr>
          <w:t>01:06:47 – 01:07:28</w:t>
        </w:r>
      </w:hyperlink>
      <w:r>
        <w:rPr>
          <w:b/>
        </w:rPr>
        <w:t xml:space="preserve">  |  Türkçe</w:t>
      </w:r>
      <w:r>
        <w:rPr>
          <w:i/>
        </w:rPr>
        <w:t xml:space="preserve">  • Kontrol</w:t>
      </w:r>
    </w:p>
    <w:p>
      <w:r>
        <w:t>nokta beş milyon kutu düşürürüz. Yani bu buna rakamlar hani birer sıra olarak zihnimizde verilsin. Ancak durumun ne kadar fecaat olduğunu çok net gösterdiği olarak da lütfen kalsın. Yine burada son on yılda antidepresan kullanımının yüzde elli sekiz nokta beş arttırımı görüyoruz. Bu neden önemli? Yani kişinin psikolojik yapısı toplumun psikolojik yapısını değerlendiriyor. Buhran içerisinde olan ve gerçekten psikolojisi yıpranmış ve yıkılmış insanların oluşturduğu toplum da kendi içerisinde bununla eşit güdümlü olarak gidecektir. Burada yapıya benzetilmesi önemlidir.</w:t>
      </w:r>
    </w:p>
    <w:p>
      <w:pPr>
        <w:keepNext/>
      </w:pPr>
      <w:hyperlink r:id="rId101">
        <w:r>
          <w:rPr>
            <w:color w:val="1155CC"/>
            <w:u w:val="single"/>
          </w:rPr>
          <w:t>01:07:28 – 01:08:09</w:t>
        </w:r>
      </w:hyperlink>
      <w:r>
        <w:rPr>
          <w:b/>
        </w:rPr>
        <w:t xml:space="preserve">  |  Türkçe</w:t>
      </w:r>
      <w:r>
        <w:rPr>
          <w:i/>
        </w:rPr>
        <w:t xml:space="preserve">  • Kontrol</w:t>
      </w:r>
    </w:p>
    <w:p>
      <w:r>
        <w:t>Fizikçi için atom, biyolog için hücre ne ise sosyolog için de aynı aynı anlamdadır. Evet, bugün konuştuğumuz aile, gizli altta da söylediğim gibi, küresel bir dünyanın en temel özüdür. Yurda gireceğim. Evet, tedavide bakıyorum. Tamam. Bediüzzaman'ın tabiriyle, ahiret inancının girdiği yuvalardadır ve ben ifade ettiğim gibi, muhabbetin haslı olduğu, paylaşımın, mekan içerisinde güzelliklerin çoğaldığı bir ortam var. Ahiret inancının olmadığı, burada sadece ahiret inancı olarak da düşünmeyelim, maneviyatın ve o kalbi yakalının olmadığı ailelerde, işte</w:t>
      </w:r>
    </w:p>
    <w:p>
      <w:pPr>
        <w:keepNext/>
      </w:pPr>
      <w:hyperlink r:id="rId102">
        <w:r>
          <w:rPr>
            <w:color w:val="1155CC"/>
            <w:u w:val="single"/>
          </w:rPr>
          <w:t>01:08:09 – 01:08:54</w:t>
        </w:r>
      </w:hyperlink>
      <w:r>
        <w:rPr>
          <w:b/>
        </w:rPr>
        <w:t xml:space="preserve">  |  Türkçe</w:t>
      </w:r>
      <w:r>
        <w:rPr>
          <w:i/>
        </w:rPr>
        <w:t xml:space="preserve">  • Kontrol</w:t>
      </w:r>
    </w:p>
    <w:p>
      <w:r>
        <w:t>farklı odalarda birbirinden bir haber, hiçbir şeyden duygusal paylaşımdan haberi olmayan ve aile bütünlüğünün biz kalbini yakalayamamış ortamlar ortaya çıkıyor. Bu sağlıklı olan bir durum değil. Evet, biz bunun tam aksi yanı da söylemler için burada toplanmış oluyoruz. Hemen şöyle sekiz önerilerin içini Burada özellikle aileyi destekleyen son önümüzdeki 10 yıl aile yılı ilan edildi. Aileye dair çalışmalar elbette yapılıyor. Bunlar önemli. Burada evlilik bilinci çok önemli. Evlenmekten gençler korkuyor. Evliliğin sorumluluk tarafı gençler karşısında onların sanki evliliği aşılmaz bir evlilik olarak görmesine sebep oluyor.</w:t>
      </w:r>
    </w:p>
    <w:p>
      <w:pPr>
        <w:keepNext/>
      </w:pPr>
      <w:hyperlink r:id="rId103">
        <w:r>
          <w:rPr>
            <w:color w:val="1155CC"/>
            <w:u w:val="single"/>
          </w:rPr>
          <w:t>01:08:54 – 01:09:38</w:t>
        </w:r>
      </w:hyperlink>
      <w:r>
        <w:rPr>
          <w:b/>
        </w:rPr>
        <w:t xml:space="preserve">  |  Türkçe</w:t>
      </w:r>
      <w:r>
        <w:rPr>
          <w:i/>
        </w:rPr>
        <w:t xml:space="preserve">  • Kontrol</w:t>
      </w:r>
    </w:p>
    <w:p>
      <w:r>
        <w:t>Burada evliliği desteklemek bir aileyi kurmak için başlayacak ilk yol olmalıdır. Değerli temelli eğitim, eğitimci arkadaşlarımız zaten çok güzel ifade ettiler. O kendi içerisinde mutlaka desteklenmesi gereken bir durum. Müfredat yalanlarının alanı. Yaşamayacağı bir dediğimiz noktada hayata dair çocuklarımızdan hazırlarken, bakınız, evet, üniversiteler destek kazanmak içindir, bakınız. Biz bu ayrılık kaçırıyoruz. Üniversiteye giden bir genç, üniversiteden mezun olduğuna hayatımızın gibi düşünüyoruz. Halbuki böyle bir şey yok. Üniversite çok net tanıma ve sık edinme ortamıdır. Bakınız biz üniversiteyi her şey olarak konumlandırdığımızda bu detayı kaçırıyoruz. O nedenle bizim yaşam becerili çocuklarımıza bir aile</w:t>
      </w:r>
    </w:p>
    <w:p>
      <w:pPr>
        <w:keepNext/>
      </w:pPr>
      <w:hyperlink r:id="rId104">
        <w:r>
          <w:rPr>
            <w:color w:val="1155CC"/>
            <w:u w:val="single"/>
          </w:rPr>
          <w:t>01:09:39 – 01:10:20</w:t>
        </w:r>
      </w:hyperlink>
      <w:r>
        <w:rPr>
          <w:b/>
        </w:rPr>
        <w:t xml:space="preserve">  |  Türkçe</w:t>
      </w:r>
      <w:r>
        <w:rPr>
          <w:i/>
        </w:rPr>
        <w:t xml:space="preserve">  • Kontrol</w:t>
      </w:r>
    </w:p>
    <w:p>
      <w:r>
        <w:t>olmak adına hazırlamamız gerekiyor. Çok ilginç bir anekdot vereyim. Bir kız ve bir erkeğin görüşmesinde nasıl sorular soruldu, nasıl gerektiğiyle ayakkabı ona bir fikir sorulduğunda şunu söylemiştim kızcağıza. Sor bakalım, bir iz değiştirmeyi biliyor mu? Evet. Gerçekten bu bilinmesi gereken bir noktadır. Yani bir erkek bir iz değiştirmeyi biliyor. Bir kız yemek yapmayı biliyor. Bilmiyorsa da bilmeyi istiyor olmalıdır. Evet, bir konu merhaneye gelmeden öğretmek bizlerin vazifesi ama belli ki bu önemli. Yine anne babalık eğitimi dediğimizde bu beni yıllardır savunduğum bir durum. Nikah tarihi olan her bir genci anne babalık üzerine gerçekten zorunlu tutunma bir</w:t>
      </w:r>
    </w:p>
    <w:p>
      <w:pPr>
        <w:keepNext/>
      </w:pPr>
      <w:hyperlink r:id="rId105">
        <w:r>
          <w:rPr>
            <w:color w:val="1155CC"/>
            <w:u w:val="single"/>
          </w:rPr>
          <w:t>01:10:20 – 01:11:01</w:t>
        </w:r>
      </w:hyperlink>
      <w:r>
        <w:rPr>
          <w:b/>
        </w:rPr>
        <w:t xml:space="preserve">  |  Türkçe</w:t>
      </w:r>
      <w:r>
        <w:rPr>
          <w:i/>
        </w:rPr>
        <w:t xml:space="preserve">  • Kontrol</w:t>
      </w:r>
    </w:p>
    <w:p>
      <w:r>
        <w:t>eğitime tabi olması ve yeterli bulunması konusunda kendi içerisinde bir sisteme daim olması gerekiyor. Bunu yapan ülkeler var, yok değil. Burada güvenli dijital ortam ve nesiller arası bağ bildiğiniz yaşlılarla gençleri buluşturmak. Aklınıza sığınarak birkaç dakika içinde toparlayacağım. İngiltere'de yapılan çalışmada anaokullarının bu görevlerin yakına taşınması gibi bir karar alınıyor ve bu karar neticesi işte öğlen aralarında bu çocukların yaşlılığa temas etmesi, vakit geçmesi gibi çeşitli etkinlikler yapıyor ve bakınız yaşlıların hastalık ve kronik rahatsızlıklarında gerilimi,</w:t>
      </w:r>
    </w:p>
    <w:p>
      <w:pPr>
        <w:keepNext/>
      </w:pPr>
      <w:hyperlink r:id="rId106">
        <w:r>
          <w:rPr>
            <w:color w:val="1155CC"/>
            <w:u w:val="single"/>
          </w:rPr>
          <w:t>01:11:01 – 01:11:44</w:t>
        </w:r>
      </w:hyperlink>
      <w:r>
        <w:rPr>
          <w:b/>
        </w:rPr>
        <w:t xml:space="preserve">  |  Türkçe</w:t>
      </w:r>
    </w:p>
    <w:p>
      <w:r>
        <w:t>hayatı tutunma ve mutluluk sebeplerinde artma ortaya çıkıyor. Düşünün ki o küçük çocuklarla ilgili elbette çalışma yok ama onların da sebepleriyle konuşandığı, gerçekten değerli olduğu yetişkinler olması onların ruhuna da dokunmuştur diye düşünüyorum. Son başlığımız olmazsa olmazımız anneliğe güvence. Bakınız anneler, ben de bir çocuk annesiyim, üç emanet aslında yardımcısıyım deyip, annelere sosyal hayatta, iş hayatında pozitif ayrımcılığın yapıldığı bir ortam oluşturulması gerekiyor. Çünkü annenin yerini başka hiçbir şekilde dolduramıyoruz. Dijital dalı dediğimiz telefonlar ve ekranlar bugün ne hale getirdi çocuklarımız malum.</w:t>
      </w:r>
    </w:p>
    <w:p>
      <w:pPr>
        <w:keepNext/>
      </w:pPr>
      <w:hyperlink r:id="rId107">
        <w:r>
          <w:rPr>
            <w:color w:val="1155CC"/>
            <w:u w:val="single"/>
          </w:rPr>
          <w:t>01:11:45 – 01:12:26</w:t>
        </w:r>
      </w:hyperlink>
      <w:r>
        <w:rPr>
          <w:b/>
        </w:rPr>
        <w:t xml:space="preserve">  |  Türkçe</w:t>
      </w:r>
      <w:r>
        <w:rPr>
          <w:i/>
        </w:rPr>
        <w:t xml:space="preserve">  • Kontrol</w:t>
      </w:r>
    </w:p>
    <w:p>
      <w:r>
        <w:t>Annelerin annelik bilincine edilmesiyle birlikte inşallah anne olmanın o lezzetli tarafını, o güzel tarafını ve elbette ahiret inancına da tıpta bulunursak, bu dünyada ibaret olmayan bir yolculuğun en güzel bir imanları olduğunu önce ahiretlere anlatmamız gerekiyor. Sonra aleyhine bu duygudan kopması dengeleyen bütün o argümanları da dönüştürüp, işte pozitif ayrımcılık dediğimiz kadını çalışma hayatından geri çektirmekle bunu sağlayamayız. Bu mümkün değil ama pozitif ayrımcılık bildiğiniz iş hayatının, iş saatlerinin, iş koşullarının ona entegre olduğu ve düzenlendiği bir yapanın da kurulması gerektiğine tüm kalbimle inanıyorum.</w:t>
      </w:r>
    </w:p>
    <w:p>
      <w:pPr>
        <w:keepNext/>
      </w:pPr>
      <w:hyperlink r:id="rId108">
        <w:r>
          <w:rPr>
            <w:color w:val="1155CC"/>
            <w:u w:val="single"/>
          </w:rPr>
          <w:t>01:12:26 – 01:13:08</w:t>
        </w:r>
      </w:hyperlink>
      <w:r>
        <w:rPr>
          <w:b/>
        </w:rPr>
        <w:t xml:space="preserve">  |  Türkçe</w:t>
      </w:r>
    </w:p>
    <w:p>
      <w:r>
        <w:t>Umarım ki olur diye düşünüyorum. Dinlediğiniz için çok teşekkür ederim. Çok güzel bir soru oldu gerçekten. Hiçbir biçimde kesmek arzu etmiyorum. Dinleyebiliriz ama sizlerden de soru almak istiyoruz. Vaktimiz ne kaldı? İnşallah bir daha soru alabiliriz. Soru sormak isteyen varsa. Hocam öncelikle her birimize ayrı ayrı çok çok teşekkür ediyorum.</w:t>
      </w:r>
    </w:p>
    <w:p>
      <w:pPr>
        <w:keepNext/>
      </w:pPr>
      <w:hyperlink r:id="rId109">
        <w:r>
          <w:rPr>
            <w:color w:val="1155CC"/>
            <w:u w:val="single"/>
          </w:rPr>
          <w:t>01:13:08 – 01:13:50</w:t>
        </w:r>
      </w:hyperlink>
      <w:r>
        <w:rPr>
          <w:b/>
        </w:rPr>
        <w:t xml:space="preserve">  |  Türkçe</w:t>
      </w:r>
      <w:r>
        <w:rPr>
          <w:i/>
        </w:rPr>
        <w:t xml:space="preserve">  • Kontrol</w:t>
      </w:r>
    </w:p>
    <w:p>
      <w:r>
        <w:t>Gerçekten müthiş sunumlardı, müthiş tespitlerdi. İnşallah sonraki semt bozumlarda hocam kanunlara biraz daha alan açmak lazım. Çünkü semtler şeklinde, konferans şeklinde olabilir hocam. Ama semt bozumlarda vakitler bu kadar oluyor. Yani sayı artırılabilir ya da süreler uzatılabilir. Yapımcısı paylaşılır dedi hocam. Bunların öyle bir şey istenebilir ki bilme geliyor. Hocam ben şunu sormak istiyorum. Gerçekten her gün bizim olanlarda müthiş tespitleri var. Risale-i Nur'da bunu engelleyince çok müthiş çözümler ortaya çıktı. Önce öğretmen olan arkadaşımıza tam ismi veren Özlem hocam çıktı.</w:t>
      </w:r>
    </w:p>
    <w:p>
      <w:pPr>
        <w:keepNext/>
      </w:pPr>
      <w:hyperlink r:id="rId110">
        <w:r>
          <w:rPr>
            <w:color w:val="1155CC"/>
            <w:u w:val="single"/>
          </w:rPr>
          <w:t>01:13:50 – 01:14:32</w:t>
        </w:r>
      </w:hyperlink>
      <w:r>
        <w:rPr>
          <w:b/>
        </w:rPr>
        <w:t xml:space="preserve">  |  Türkçe</w:t>
      </w:r>
      <w:r>
        <w:rPr>
          <w:i/>
        </w:rPr>
        <w:t xml:space="preserve">  • Kontrol</w:t>
      </w:r>
    </w:p>
    <w:p>
      <w:r>
        <w:t>Özlem hocam sınıf öğretmenliği gerçekten çok kıymetli bir alan. Ben lise, benim branşım lise ve iki aylık branşım var, Edebiyat ve Biyoloji. Ve her zaman için o eksikliği hissetmişimdir. Yani bakın ben üzere, şu anda bakanlıktayım ama öncesinde okumalarda okuduğum dönemde yaratmak kelimesini hiç kullanmadım. Yani çocuklar diyeceğim, neden bu kelimeyi kullanmıyorsun? Lise öğrencisi biraz daha işin muzikliğine bakar. Bakın dedim, bu Cenab-ı Allah'ın mahsus bir kelime. O kadar rahat kullanmamak gerekiyor. Çünkü biz sadece keşfediyoruz. Yani bu keşiftir, yaratmak değil. Yaratmaklar orada bir farklılık oluşturmaya çalışır.</w:t>
      </w:r>
    </w:p>
    <w:p>
      <w:pPr>
        <w:keepNext/>
      </w:pPr>
      <w:hyperlink r:id="rId111">
        <w:r>
          <w:rPr>
            <w:color w:val="1155CC"/>
            <w:u w:val="single"/>
          </w:rPr>
          <w:t>01:14:32 – 01:15:14</w:t>
        </w:r>
      </w:hyperlink>
      <w:r>
        <w:rPr>
          <w:b/>
        </w:rPr>
        <w:t xml:space="preserve">  |  Türkçe</w:t>
      </w:r>
      <w:r>
        <w:rPr>
          <w:i/>
        </w:rPr>
        <w:t xml:space="preserve">  • Kontrol</w:t>
      </w:r>
    </w:p>
    <w:p>
      <w:r>
        <w:t>Böyle yaratmanın yoktan var etmek anlamına geldiğini, bunun hiçbir insan tarafından yapılmasının mümkün olmadığını söylediğinde bir şarkı, müzik, gelip hocam yine dinleme alanınız gibi gibi. Ama sınıf öğretmenleri bakın hani sizin temel düzey hatta okul öncesinden başlayıp Bunu bir yere bağlamak, bir yaratıcıya bağlamak böyle bir şekilde hiçbir çocukta algı olmuş. Zaman içerisinde bize gelmiş bir öğrencinin zaten bunu söylemesi mümkün olmaz, yaratmak ifadesi bunun gibi. Hocam ben sınıf öğretmenleri olarak, yani burada biz bir bireysel bir durum gördük ama</w:t>
      </w:r>
    </w:p>
    <w:p>
      <w:pPr>
        <w:keepNext/>
      </w:pPr>
      <w:hyperlink r:id="rId112">
        <w:r>
          <w:rPr>
            <w:color w:val="1155CC"/>
            <w:u w:val="single"/>
          </w:rPr>
          <w:t>01:15:14 – 01:16:13</w:t>
        </w:r>
      </w:hyperlink>
      <w:r>
        <w:rPr>
          <w:b/>
        </w:rPr>
        <w:t xml:space="preserve">  |  Türkçe</w:t>
      </w:r>
      <w:r>
        <w:rPr>
          <w:i/>
        </w:rPr>
        <w:t xml:space="preserve">  • Kontrol</w:t>
      </w:r>
    </w:p>
    <w:p>
      <w:r>
        <w:t>yani gerçekten bunu daha kolay bir hale getirmemiz lazım. Biz bu arada Ankara'da yeni nesil öğretmenler derneğini kurduk. Bilgi Asbiyatı tezginden dolayı bu yıl faaliyete başladık ve ben şu anda niyetinizi aldığımız, doğasını yaptığımız şey şu an mücadelen halini gördüm sizde. Yani çünkü yeni nesil öğretmenlerden yeni nesil yetiştirecek öğretmenleri yetiştirmekti. İnşallah ben bundan sonra sizlerle irtibat halinde olacağım. Bir onun kolektif hale getirmek için bir çalışmanız var mı? Ayrıca sosyal medyada yani bunu yaygınlaştırıp hem diğer sosyologların yani onlarla bir farkındalık oluşturmanız</w:t>
      </w:r>
    </w:p>
    <w:p>
      <w:pPr>
        <w:keepNext/>
      </w:pPr>
      <w:hyperlink r:id="rId113">
        <w:r>
          <w:rPr>
            <w:color w:val="1155CC"/>
            <w:u w:val="single"/>
          </w:rPr>
          <w:t>01:16:13 – 01:16:55</w:t>
        </w:r>
      </w:hyperlink>
      <w:r>
        <w:rPr>
          <w:b/>
        </w:rPr>
        <w:t xml:space="preserve">  |  Türkçe</w:t>
      </w:r>
      <w:r>
        <w:rPr>
          <w:i/>
        </w:rPr>
        <w:t xml:space="preserve">  • Kontrol</w:t>
      </w:r>
    </w:p>
    <w:p>
      <w:r>
        <w:t>ki diğer hocaların da herkese. Yani biz bunu diğer sosyal medyada çok bir şey göremedik. Ben ilk kez sizleri burada görebiliyorum. Bununla ilgili çalışmalarınız var mı? Teşekkürler. Çünkü ben hemen kendime cevap vermek istedim. Şu an sınıf içinde kaybolmak yapıyorum hocam açıkçası ama onun dışında aile okulu eğitimleri düzenliyoruz. Yine aklımızın büyüyesiyle, İstanbul'un büyüyesiyle özellikle aile okulu projelerinden anne babaların yolculuklarına eşlik etmek istiyoruz. Çünkü ben öğretmen olarak da kendim hatırlatım yerine sürekli nasihat dinlemekten borçlanmıyorum.</w:t>
      </w:r>
    </w:p>
    <w:p>
      <w:pPr>
        <w:keepNext/>
      </w:pPr>
      <w:hyperlink r:id="rId114">
        <w:r>
          <w:rPr>
            <w:color w:val="1155CC"/>
            <w:u w:val="single"/>
          </w:rPr>
          <w:t>01:16:55 – 01:17:38</w:t>
        </w:r>
      </w:hyperlink>
      <w:r>
        <w:rPr>
          <w:b/>
        </w:rPr>
        <w:t xml:space="preserve">  |  Türkçe</w:t>
      </w:r>
      <w:r>
        <w:rPr>
          <w:i/>
        </w:rPr>
        <w:t xml:space="preserve">  • Kontrol</w:t>
      </w:r>
    </w:p>
    <w:p>
      <w:r>
        <w:t>Biz hakikati keşfettirmek istiyoruz. Sizin dediğiniz kısım, inşallah benim öğrencilerim liseye geldiğinde böyle olmayacaklar diye dua ediyorum. Kısaca şunu söylemek isterim, çünkü 4. sınıfa yetmeyelim şu an. Fen derslerinizi, sosyal bilgi, işleri, doğal müzürler yapay olsunlar. Şimdi çocuklarla ben şöyle yapıyorum hocam. Tahtayı açıyoruz, akıllı tahtadan versiyonunu. Doğal müzürlerin tanımımı şu, doğada kendiliğinden varlık. Şimdi birinci sınıftan beri tabii ki ufak ufak bunun tonunu öyle ektiğiniz için bu sene başı konumuzda hemen çocuklar da şöyle, ''Aa bu da yanlış bir cümle kullanmış.'' Ne diyeceğiz böyle çocuklar? Allah'ın yarattığı doğal konusu olacak. Bu kadar. Keşfede keşfede. Çünkü hakikaten benim bu konumda temel noktası buydu.</w:t>
      </w:r>
    </w:p>
    <w:p>
      <w:pPr>
        <w:keepNext/>
      </w:pPr>
      <w:hyperlink r:id="rId115">
        <w:r>
          <w:rPr>
            <w:color w:val="1155CC"/>
            <w:u w:val="single"/>
          </w:rPr>
          <w:t>01:17:38 – 01:18:21</w:t>
        </w:r>
      </w:hyperlink>
      <w:r>
        <w:rPr>
          <w:b/>
        </w:rPr>
        <w:t xml:space="preserve">  |  Türkçe</w:t>
      </w:r>
      <w:r>
        <w:rPr>
          <w:i/>
        </w:rPr>
        <w:t xml:space="preserve">  • Kontrol</w:t>
      </w:r>
    </w:p>
    <w:p>
      <w:r>
        <w:t>Kimlik aslında kazanılmaz. Kimlik keşfedilir. Çünkü Allah bizi zaten kendine muhatap kılarak çok özel bir kimlikle yaratıyor. Her birimizi bir için yürütüyoruz. Biz nedense işte ürkütü olarak bir şeyler yaşamışız, korkmuşuz bu hakikatleri dillendirmeye. Şimdi onu geri almaya çalışıyoruz. İnşallah eğitimlerinizi, bizi her türlü kutlu izlemekten, öğretmen olarak çok arzu ederim. 2017'de Risale-i Nurlar'la tanışmak nasip olduğunda, o genellikle küçük küçük kendince hem donan hem gayreti ulaşan bu hakikatler bilinirse hiçbir çocuk gerçekten başıboş ve sahipsiz hissetmez, hiçbirini hissetmez. Biz önce onları unutturuyorduk, sonra da bulsunlar ki yok değerli bir eğitim değil, yok kural eğitimleri vs. vs. değil.</w:t>
      </w:r>
    </w:p>
    <w:p>
      <w:pPr>
        <w:keepNext/>
      </w:pPr>
      <w:hyperlink r:id="rId116">
        <w:r>
          <w:rPr>
            <w:color w:val="1155CC"/>
            <w:u w:val="single"/>
          </w:rPr>
          <w:t>01:18:21 – 01:19:06</w:t>
        </w:r>
      </w:hyperlink>
      <w:r>
        <w:rPr>
          <w:b/>
        </w:rPr>
        <w:t xml:space="preserve">  |  Türkçe</w:t>
      </w:r>
      <w:r>
        <w:rPr>
          <w:i/>
        </w:rPr>
        <w:t xml:space="preserve">  • Kontrol</w:t>
      </w:r>
    </w:p>
    <w:p>
      <w:r>
        <w:t>Anlaşılacak yolları açtılar ve bence bu da kaldı. Aslında orada durdurulması gereken çok fazla başlık da var. Biz de özellikle anneliğin yeniden yüceltilmesine çok ihtiyacımız var. Bu bir. İkincisi özellikle iklim kardeşlerimiz dediğimiz şanssızca ilerlediğini düşündüm. Çünkü sadece belli alimandan üzerinden sansasyon haberleri yapılan ama arka planda</w:t>
      </w:r>
    </w:p>
    <w:p>
      <w:pPr>
        <w:keepNext/>
      </w:pPr>
      <w:hyperlink r:id="rId117">
        <w:r>
          <w:rPr>
            <w:color w:val="1155CC"/>
            <w:u w:val="single"/>
          </w:rPr>
          <w:t>01:19:06 – 01:19:45</w:t>
        </w:r>
      </w:hyperlink>
      <w:r>
        <w:rPr>
          <w:b/>
        </w:rPr>
        <w:t xml:space="preserve">  |  Türkçe</w:t>
      </w:r>
      <w:r>
        <w:rPr>
          <w:i/>
        </w:rPr>
        <w:t xml:space="preserve">  • Kontrol</w:t>
      </w:r>
    </w:p>
    <w:p>
      <w:r>
        <w:t>kendi kamşısının küçük yaşlarla ihtimalle karşılaştığı çok başka bir sürecin içerisindeyiz. Burada da baktığımızda neden anne ve baba rolü yerindeki tutarsızlık ve dengenin aslında kaymış olmasından sebep, babayı örnekleyemeyen, Anneyi olduğu yerde göremeyen çocukları belki mi sorusunu hocaların söylediği gibi aradığı bir cevabın sonucu ve bu noktada gerçekten ailenin toparlanması için çok iddialı bir argüman. Biliyorum Bunu Zayıf Yüce Hocamız da ifade etmişti bir yerde. Anneler evine dönsün diye bir cümle var. Evet anneler evine dönsün ama döndüğü için mutlu dönsün.</w:t>
      </w:r>
    </w:p>
    <w:p>
      <w:pPr>
        <w:keepNext/>
      </w:pPr>
      <w:hyperlink r:id="rId118">
        <w:r>
          <w:rPr>
            <w:color w:val="1155CC"/>
            <w:u w:val="single"/>
          </w:rPr>
          <w:t>01:19:46 – 01:20:30</w:t>
        </w:r>
      </w:hyperlink>
      <w:r>
        <w:rPr>
          <w:b/>
        </w:rPr>
        <w:t xml:space="preserve">  |  Türkçe</w:t>
      </w:r>
      <w:r>
        <w:rPr>
          <w:i/>
        </w:rPr>
        <w:t xml:space="preserve">  • Kontrol</w:t>
      </w:r>
    </w:p>
    <w:p>
      <w:r>
        <w:t>Bu çok önemli bir bilgisayar. Evet anneler evine mutlu dönsün ama bunun haricinde babalar da anneyi görmeyi için artık gücü, kudreti ve o kalmağın tarafı besleyecek gücü kendisinde görsün. Elbette, elbette. Yani bu çok kapsamlı bir konu. Elbette çok uzun süreden konuşulabilir. Sosyal medya konusunu söylediniz. Yaklaşık 20 yıldır bu argümanları ifade ediyorum. Yeni bir söylendiğim bugün burada böyle ve farklı bir platformda söylemek nasip oldu. Evet sosyal medyayı kullanıyor musunuz diye sorduğunuzda maalesef kullanmıyorum. Henüz o deli keşfetmiş değilim. Bu da benim eksiğim açıkçası. Muhakkak birileri söylemiştir ama kendi çabamda bunu her zaman ifade etmeye çalışıyorum.</w:t>
      </w:r>
    </w:p>
    <w:p>
      <w:pPr>
        <w:keepNext/>
      </w:pPr>
      <w:hyperlink r:id="rId119">
        <w:r>
          <w:rPr>
            <w:color w:val="1155CC"/>
            <w:u w:val="single"/>
          </w:rPr>
          <w:t>01:20:30 – 01:21:12</w:t>
        </w:r>
      </w:hyperlink>
      <w:r>
        <w:rPr>
          <w:b/>
        </w:rPr>
        <w:t xml:space="preserve">  |  Türkçe</w:t>
      </w:r>
      <w:r>
        <w:rPr>
          <w:i/>
        </w:rPr>
        <w:t xml:space="preserve">  • Kontrol</w:t>
      </w:r>
    </w:p>
    <w:p>
      <w:r>
        <w:t>Çünkü benim hayatta yediğim en lezzetli yemekler benim hamilelik dönemimdeki yemeklerdi. Ben bunu söylediğimde insanlar bana hayret düzgünce baktılar. Evet diyorum yani bu başka bir şey. Ya da işte verdiğim eğitimlerde kullanılan çok net bir örnek vardır. Hamilelik dönemi bir mucizeye ev sahipliği yaptığınız bir dönemde farkında mısınız dediğimde Ve insanlar sanki ben yeni bir annemi aldım, hiç kimsenin bilmediğim şeyi söylemiş gibi karşılıyorlar. Halbuki bakınız anne olan herkes bu mucizeyi yaşadı. Ben çok şanslıydım, şans kelimesi bile burada doğrultuluyor mu bilmiyorum, çok kısmetli ve nasipliydim. Ben bu hisleri yaşayarak yaşadım.</w:t>
      </w:r>
    </w:p>
    <w:p>
      <w:pPr>
        <w:keepNext/>
      </w:pPr>
      <w:hyperlink r:id="rId120">
        <w:r>
          <w:rPr>
            <w:color w:val="1155CC"/>
            <w:u w:val="single"/>
          </w:rPr>
          <w:t>01:21:12 – 01:21:29</w:t>
        </w:r>
      </w:hyperlink>
      <w:r>
        <w:rPr>
          <w:b/>
        </w:rPr>
        <w:t xml:space="preserve">  |  Türkçe</w:t>
      </w:r>
    </w:p>
    <w:p>
      <w:r>
        <w:t>Kendi tecrübemi bilgiyle her malumda bunu buradan ve buradan söyleyebiliyorum. Sadece bir bilimle değil, dediğimize katılıyorum. Artık yine söylem gerekiyor. Umurum ki bu benim için de bir başlangıç olur. Belki o odana yönelmeyi artık bundan sonra düşünebilirim. Teşekkür ediyorum. Sağ olun.</w:t>
      </w:r>
    </w:p>
    <w:p>
      <w:hyperlink r:id="rId121">
        <w:r>
          <w:rPr>
            <w:color w:val="1155CC"/>
            <w:u w:val="single"/>
          </w:rPr>
          <w:t>01:21:29–01:22:17</w:t>
        </w:r>
      </w:hyperlink>
      <w:r>
        <w:rPr>
          <w:i/>
        </w:rPr>
        <w:t xml:space="preserve">  [Metin boşluğu: bu aralık için döküm bulunmuyor. Videodan kontrol edin.]</w:t>
      </w:r>
    </w:p>
    <w:p>
      <w:pPr>
        <w:keepNext/>
      </w:pPr>
      <w:hyperlink r:id="rId122">
        <w:r>
          <w:rPr>
            <w:color w:val="1155CC"/>
            <w:u w:val="single"/>
          </w:rPr>
          <w:t>01:22:17 – 01:22:21</w:t>
        </w:r>
      </w:hyperlink>
      <w:r>
        <w:rPr>
          <w:b/>
        </w:rPr>
        <w:t xml:space="preserve">  |  Türkçe</w:t>
      </w:r>
      <w:r>
        <w:rPr>
          <w:i/>
        </w:rPr>
        <w:t xml:space="preserve">  • Kontrol</w:t>
      </w:r>
    </w:p>
    <w:p>
      <w:r>
        <w:t>Yeni sıramızı da başlayalım. Ayşegül Hocamız'a şükür.</w:t>
      </w:r>
    </w:p>
    <w:p>
      <w:hyperlink r:id="rId123">
        <w:r>
          <w:rPr>
            <w:color w:val="1155CC"/>
            <w:u w:val="single"/>
          </w:rPr>
          <w:t>01:22:21–01:25:17</w:t>
        </w:r>
      </w:hyperlink>
      <w:r>
        <w:rPr>
          <w:i/>
        </w:rPr>
        <w:t xml:space="preserve">  [Metin boşluğu: bu aralık için döküm bulunmuyor. Videodan kontrol edin.]</w:t>
      </w:r>
    </w:p>
    <w:p>
      <w:pPr>
        <w:pStyle w:val="Heading1"/>
      </w:pPr>
      <w:r>
        <w:t>Kontrol notları</w:t>
      </w:r>
    </w:p>
    <w:p>
      <w:r>
        <w:t>139 cümlede otomatik güven/parça sınırı uyarısı, 3 metin boşluğu bulunuyor. Bu işaretler ön inceleme içindir; konuşmacının ne söylediğini kesinleştirmez. Metne dayanarak bir alıntı seçmeden önce bağlantılı video aralığını dinleyin.</w:t>
      </w:r>
    </w:p>
    <w:p>
      <w:hyperlink r:id="rId124">
        <w:r>
          <w:rPr>
            <w:color w:val="1155CC"/>
            <w:u w:val="single"/>
          </w:rPr>
          <w:t>00:02:29</w:t>
        </w:r>
      </w:hyperlink>
      <w:r>
        <w:t xml:space="preserve"> — Düşük güvenli sözcük, Konuşma algısı belirsiz</w:t>
        <w:br/>
        <w:t>Kâinat-ı Işrâhî Sadrî ve Hesirlî Emrî, Nâhu'l-Kuktetem ve Lisâniyye Dabûr Kâinî diyerek,</w:t>
      </w:r>
    </w:p>
    <w:p>
      <w:hyperlink r:id="rId125">
        <w:r>
          <w:rPr>
            <w:color w:val="1155CC"/>
            <w:u w:val="single"/>
          </w:rPr>
          <w:t>00:02:36</w:t>
        </w:r>
      </w:hyperlink>
      <w:r>
        <w:t xml:space="preserve"> — Konuşma algısı belirsiz</w:t>
        <w:br/>
        <w:t>lisânımızın doğru yerlere gitmesini ve sözlerimizin tesiri olması duasıyla konuşmamı açıyorum.</w:t>
      </w:r>
    </w:p>
    <w:p>
      <w:hyperlink r:id="rId126">
        <w:r>
          <w:rPr>
            <w:color w:val="1155CC"/>
            <w:u w:val="single"/>
          </w:rPr>
          <w:t>00:02:44</w:t>
        </w:r>
      </w:hyperlink>
      <w:r>
        <w:t xml:space="preserve"> — Konuşma algısı belirsiz</w:t>
        <w:br/>
        <w:t>Külüsel Krizleri Kur'ânî Çözümler Anabaşlıklı Sempozyumumuz malumunuz.</w:t>
      </w:r>
    </w:p>
    <w:p>
      <w:hyperlink r:id="rId127">
        <w:r>
          <w:rPr>
            <w:color w:val="1155CC"/>
            <w:u w:val="single"/>
          </w:rPr>
          <w:t>00:02:49</w:t>
        </w:r>
      </w:hyperlink>
      <w:r>
        <w:t xml:space="preserve"> — Konuşma algısı belirsiz</w:t>
        <w:br/>
        <w:t>Benim konum fıtrat temelli aile ve neslim terbiyesi.</w:t>
      </w:r>
    </w:p>
    <w:p>
      <w:hyperlink r:id="rId128">
        <w:r>
          <w:rPr>
            <w:color w:val="1155CC"/>
            <w:u w:val="single"/>
          </w:rPr>
          <w:t>00:03:00</w:t>
        </w:r>
      </w:hyperlink>
      <w:r>
        <w:t xml:space="preserve"> — Düşük güvenli sözcük</w:t>
        <w:br/>
        <w:t>Ben değiştiriyorum.</w:t>
      </w:r>
    </w:p>
    <w:p>
      <w:hyperlink r:id="rId129">
        <w:r>
          <w:rPr>
            <w:color w:val="1155CC"/>
            <w:u w:val="single"/>
          </w:rPr>
          <w:t>00:05:48</w:t>
        </w:r>
      </w:hyperlink>
      <w:r>
        <w:t xml:space="preserve"> — Düşük güvenli sözcük</w:t>
        <w:br/>
        <w:t>Evrensel bir kavram zamanla ve mekanla hatta coğrafya ile sınırlı değil.</w:t>
      </w:r>
    </w:p>
    <w:p>
      <w:hyperlink r:id="rId19">
        <w:r>
          <w:rPr>
            <w:color w:val="1155CC"/>
            <w:u w:val="single"/>
          </w:rPr>
          <w:t>00:06:19</w:t>
        </w:r>
      </w:hyperlink>
      <w:r>
        <w:t xml:space="preserve"> — Düşük güvenli sözcük</w:t>
        <w:br/>
        <w:t>Evet, bu niyetle devamlılığını sürdürüyoruz ama bu fıtri bir ihtiyaç her insanın gerektiğine kodlanmış bir yazılım olarak düşünebiliriz.</w:t>
      </w:r>
    </w:p>
    <w:p>
      <w:hyperlink r:id="rId130">
        <w:r>
          <w:rPr>
            <w:color w:val="1155CC"/>
            <w:u w:val="single"/>
          </w:rPr>
          <w:t>00:08:20</w:t>
        </w:r>
      </w:hyperlink>
      <w:r>
        <w:t xml:space="preserve"> — Düşük güvenli sözcük</w:t>
        <w:br/>
        <w:t>ve evlatlarını o Rahim-i Kerim'in hediyeleri olduğu için kemali şefkat ve merhametle</w:t>
      </w:r>
    </w:p>
    <w:p>
      <w:hyperlink r:id="rId23">
        <w:r>
          <w:rPr>
            <w:color w:val="1155CC"/>
            <w:u w:val="single"/>
          </w:rPr>
          <w:t>00:09:17</w:t>
        </w:r>
      </w:hyperlink>
      <w:r>
        <w:t xml:space="preserve"> — Düşük güvenli sözcük</w:t>
        <w:br/>
        <w:t>Modern kralın aileye etkilerini bugün konuşmadan geçemeyiz arkadaşlar.</w:t>
      </w:r>
    </w:p>
    <w:p>
      <w:hyperlink r:id="rId131">
        <w:r>
          <w:rPr>
            <w:color w:val="1155CC"/>
            <w:u w:val="single"/>
          </w:rPr>
          <w:t>00:09:55</w:t>
        </w:r>
      </w:hyperlink>
      <w:r>
        <w:t xml:space="preserve"> — Parça birleşimi veya kayıt sonu</w:t>
        <w:br/>
        <w:t>Bu</w:t>
      </w:r>
    </w:p>
    <w:p>
      <w:hyperlink r:id="rId132">
        <w:r>
          <w:rPr>
            <w:color w:val="1155CC"/>
            <w:u w:val="single"/>
          </w:rPr>
          <w:t>00:09:57</w:t>
        </w:r>
      </w:hyperlink>
      <w:r>
        <w:t xml:space="preserve"> — Düşük güvenli sözcük</w:t>
        <w:br/>
        <w:t>O sürekli değişimin hızına ayak uydurma çabası insanlığa yetersizlik hissi ve duygusuzluğu ortaya çıkarmıştır.</w:t>
      </w:r>
    </w:p>
    <w:p>
      <w:hyperlink r:id="rId133">
        <w:r>
          <w:rPr>
            <w:color w:val="1155CC"/>
            <w:u w:val="single"/>
          </w:rPr>
          <w:t>00:11:57</w:t>
        </w:r>
      </w:hyperlink>
      <w:r>
        <w:t xml:space="preserve"> — Düşük güvenli sözcük</w:t>
        <w:br/>
        <w:t>Fıtrat merkezli bir aile anlayışı, insana, aileye ve nesne aile ve sebebiyle bu denge içerisinde yeniden değerlendirmemiz gerekiyor diye düşünüyorum.</w:t>
      </w:r>
    </w:p>
    <w:p>
      <w:hyperlink r:id="rId134">
        <w:r>
          <w:rPr>
            <w:color w:val="1155CC"/>
            <w:u w:val="single"/>
          </w:rPr>
          <w:t>00:12:06</w:t>
        </w:r>
      </w:hyperlink>
      <w:r>
        <w:t xml:space="preserve"> — Düşük güvenli sözcük</w:t>
        <w:br/>
        <w:t>Bize pratikliği ve çabukluğunu yaşam tarzı olarak servis ediliyor.</w:t>
      </w:r>
    </w:p>
    <w:p>
      <w:hyperlink r:id="rId29">
        <w:r>
          <w:rPr>
            <w:color w:val="1155CC"/>
            <w:u w:val="single"/>
          </w:rPr>
          <w:t>00:13:50</w:t>
        </w:r>
      </w:hyperlink>
      <w:r>
        <w:t xml:space="preserve"> — Düşük güvenli sözcük</w:t>
        <w:br/>
        <w:t>Bu için de her avantajlı durumda da bir risk vardır. Bunu unutmayalım.</w:t>
      </w:r>
    </w:p>
    <w:p>
      <w:hyperlink r:id="rId135">
        <w:r>
          <w:rPr>
            <w:color w:val="1155CC"/>
            <w:u w:val="single"/>
          </w:rPr>
          <w:t>00:15:47</w:t>
        </w:r>
      </w:hyperlink>
      <w:r>
        <w:t xml:space="preserve"> — Konuşma algısı belirsiz</w:t>
        <w:br/>
        <w:t>Fıtri aile tüm şeytanın aldatma oyunlarıyla tek tek mücadele eder.</w:t>
      </w:r>
    </w:p>
    <w:p>
      <w:hyperlink r:id="rId136">
        <w:r>
          <w:rPr>
            <w:color w:val="1155CC"/>
            <w:u w:val="single"/>
          </w:rPr>
          <w:t>00:15:52</w:t>
        </w:r>
      </w:hyperlink>
      <w:r>
        <w:t xml:space="preserve"> — Konuşma algısı belirsiz</w:t>
        <w:br/>
        <w:t>İmanını taze tutar.</w:t>
      </w:r>
    </w:p>
    <w:p>
      <w:hyperlink r:id="rId32">
        <w:r>
          <w:rPr>
            <w:color w:val="1155CC"/>
            <w:u w:val="single"/>
          </w:rPr>
          <w:t>00:15:54</w:t>
        </w:r>
      </w:hyperlink>
      <w:r>
        <w:t xml:space="preserve"> — Konuşma algısı belirsiz</w:t>
        <w:br/>
        <w:t>Namaz ile korunur ve dua ile Rabbinden yardım ister.</w:t>
      </w:r>
    </w:p>
    <w:p>
      <w:hyperlink r:id="rId137">
        <w:r>
          <w:rPr>
            <w:color w:val="1155CC"/>
            <w:u w:val="single"/>
          </w:rPr>
          <w:t>00:15:59</w:t>
        </w:r>
      </w:hyperlink>
      <w:r>
        <w:t xml:space="preserve"> — Konuşma algısı belirsiz</w:t>
        <w:br/>
        <w:t>Gösterişler şöhret ve yapaylıktan, samimiyetsizlikten, ihlas ile uzaklaşır.</w:t>
      </w:r>
    </w:p>
    <w:p>
      <w:hyperlink r:id="rId138">
        <w:r>
          <w:rPr>
            <w:color w:val="1155CC"/>
            <w:u w:val="single"/>
          </w:rPr>
          <w:t>00:19:20</w:t>
        </w:r>
      </w:hyperlink>
      <w:r>
        <w:t xml:space="preserve"> — Konuşma algısı belirsiz, Parça birleşimi veya kayıt sonu</w:t>
        <w:br/>
        <w:t>Şimdi Nurecan Çağlaroğlu, araştırmacı yazar, Vahiy Merkezi Toplum İnşası'nda eğitimin rolü Bağdai Harbi Tertibültü ve Beş Boyutlu Kütüphanesi'nden bahsedeceğim.</w:t>
      </w:r>
    </w:p>
    <w:p>
      <w:hyperlink r:id="rId139">
        <w:r>
          <w:rPr>
            <w:color w:val="1155CC"/>
            <w:u w:val="single"/>
          </w:rPr>
          <w:t>00:35:24</w:t>
        </w:r>
      </w:hyperlink>
      <w:r>
        <w:t xml:space="preserve"> — Düşük güvenli sözcük, Konuşma algısı belirsiz</w:t>
        <w:br/>
        <w:t>Gerçekten de, değil mi, bir mevcut yaşanan bir zor beşliğinin olayını çok güzel de ifade ettiniz.</w:t>
      </w:r>
    </w:p>
    <w:p>
      <w:hyperlink r:id="rId140">
        <w:r>
          <w:rPr>
            <w:color w:val="1155CC"/>
            <w:u w:val="single"/>
          </w:rPr>
          <w:t>00:39:47</w:t>
        </w:r>
      </w:hyperlink>
      <w:r>
        <w:t xml:space="preserve"> — Düşük güvenli sözcük, Parça birleşimi veya kayıt sonu</w:t>
        <w:br/>
        <w:t>Allah izin</w:t>
      </w:r>
    </w:p>
    <w:p>
      <w:hyperlink r:id="rId141">
        <w:r>
          <w:rPr>
            <w:color w:val="1155CC"/>
            <w:u w:val="single"/>
          </w:rPr>
          <w:t>00:52:01</w:t>
        </w:r>
      </w:hyperlink>
      <w:r>
        <w:t xml:space="preserve"> — Düşük güvenli sözcük, Konuşma algısı belirsiz</w:t>
        <w:br/>
        <w:t>Çocuklarınızda hep sizin gibi öğretilenler, yani sizin sayınızda öğretilenler de çok güzel bir soru gerçekten.</w:t>
      </w:r>
    </w:p>
    <w:p>
      <w:hyperlink r:id="rId142">
        <w:r>
          <w:rPr>
            <w:color w:val="1155CC"/>
            <w:u w:val="single"/>
          </w:rPr>
          <w:t>00:52:14</w:t>
        </w:r>
      </w:hyperlink>
      <w:r>
        <w:t xml:space="preserve"> — Düşük güvenli sözcük, Konuşma algısı belirsiz</w:t>
        <w:br/>
        <w:t>Çok güzel. Zaten insanın hani ben kimim, nereden geldim, nereye gidiyorum sorularına arkadaşlar hiç biriniz insan olarak bu sorunun cevabını neler ifade ediniz çocuklarınızdan?</w:t>
      </w:r>
    </w:p>
    <w:p>
      <w:hyperlink r:id="rId143">
        <w:r>
          <w:rPr>
            <w:color w:val="1155CC"/>
            <w:u w:val="single"/>
          </w:rPr>
          <w:t>01:13:25</w:t>
        </w:r>
      </w:hyperlink>
      <w:r>
        <w:t xml:space="preserve"> — Düşük güvenli sözcük, Konuşma algısı belirsiz</w:t>
        <w:br/>
        <w:t>Yani sayı artırılabilir ya da süreler uzatılabilir.</w:t>
      </w:r>
    </w:p>
    <w:p>
      <w:hyperlink r:id="rId144">
        <w:r>
          <w:rPr>
            <w:color w:val="1155CC"/>
            <w:u w:val="single"/>
          </w:rPr>
          <w:t>01:13:31</w:t>
        </w:r>
      </w:hyperlink>
      <w:r>
        <w:t xml:space="preserve"> — Düşük güvenli sözcük, Konuşma algısı belirsiz</w:t>
        <w:br/>
        <w:t>Bunların öyle bir şey istenebilir ki bilme geliyor.</w:t>
      </w:r>
    </w:p>
    <w:p>
      <w:hyperlink r:id="rId145">
        <w:r>
          <w:rPr>
            <w:color w:val="1155CC"/>
            <w:u w:val="single"/>
          </w:rPr>
          <w:t>01:13:45</w:t>
        </w:r>
      </w:hyperlink>
      <w:r>
        <w:t xml:space="preserve"> — Düşük güvenli sözcük, Konuşma algısı belirsiz</w:t>
        <w:br/>
        <w:t>Önce öğretmen olan arkadaşımıza tam ismi veren Özlem hocam çıktı.</w:t>
      </w:r>
    </w:p>
    <w:p>
      <w:hyperlink r:id="rId146">
        <w:r>
          <w:rPr>
            <w:color w:val="1155CC"/>
            <w:u w:val="single"/>
          </w:rPr>
          <w:t>01:13:54</w:t>
        </w:r>
      </w:hyperlink>
      <w:r>
        <w:t xml:space="preserve"> — Düşük güvenli sözcük, Konuşma algısı belirsiz</w:t>
        <w:br/>
        <w:t>Ben lise, benim branşım lise ve iki aylık branşım var, Edebiyat ve Biyoloji.</w:t>
      </w:r>
    </w:p>
    <w:p>
      <w:hyperlink r:id="rId147">
        <w:r>
          <w:rPr>
            <w:color w:val="1155CC"/>
            <w:u w:val="single"/>
          </w:rPr>
          <w:t>01:16:26</w:t>
        </w:r>
      </w:hyperlink>
      <w:r>
        <w:t xml:space="preserve"> — Düşük güvenli sözcük, Konuşma algısı belirsiz</w:t>
        <w:br/>
        <w:t>Çünkü ben hemen kendime cevap vermek istedim. Şu an sınıf içinde kaybolmak yapıyorum hocam açıkçası ama onun dışında aile okulu eğitimleri düzenliyoruz.</w:t>
      </w:r>
    </w:p>
    <w:p>
      <w:hyperlink r:id="rId148">
        <w:r>
          <w:rPr>
            <w:color w:val="1155CC"/>
            <w:u w:val="single"/>
          </w:rPr>
          <w:t>01:17:46</w:t>
        </w:r>
      </w:hyperlink>
      <w:r>
        <w:t xml:space="preserve"> — Düşük güvenli sözcük, Konuşma algısı belirsiz</w:t>
        <w:br/>
        <w:t>Her birimizi bir için yürütüyoruz. Biz nedense işte ürkütü olarak bir şeyler yaşamışız, korkmuşuz bu hakikatleri dillendirmeye.</w:t>
      </w:r>
    </w:p>
    <w:p>
      <w:hyperlink r:id="rId149">
        <w:r>
          <w:rPr>
            <w:color w:val="1155CC"/>
            <w:u w:val="single"/>
          </w:rPr>
          <w:t>01:18:09</w:t>
        </w:r>
      </w:hyperlink>
      <w:r>
        <w:t xml:space="preserve"> — Düşük güvenli sözcük, Konuşma algısı belirsiz</w:t>
        <w:br/>
        <w:t>hiçbir çocuk gerçekten başıboş ve sahipsiz hissetmez, hiçbirini hissetmez.</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1_jsMoIYsUk" TargetMode="External"/><Relationship Id="rId10" Type="http://schemas.openxmlformats.org/officeDocument/2006/relationships/hyperlink" Target="https://youtu.be/1_jsMoIYsUk?t=0" TargetMode="External"/><Relationship Id="rId11" Type="http://schemas.openxmlformats.org/officeDocument/2006/relationships/hyperlink" Target="https://youtu.be/1_jsMoIYsUk?t=47" TargetMode="External"/><Relationship Id="rId12" Type="http://schemas.openxmlformats.org/officeDocument/2006/relationships/hyperlink" Target="https://youtu.be/1_jsMoIYsUk?t=94" TargetMode="External"/><Relationship Id="rId13" Type="http://schemas.openxmlformats.org/officeDocument/2006/relationships/hyperlink" Target="https://youtu.be/1_jsMoIYsUk?t=120" TargetMode="External"/><Relationship Id="rId14" Type="http://schemas.openxmlformats.org/officeDocument/2006/relationships/hyperlink" Target="https://youtu.be/1_jsMoIYsUk?t=146" TargetMode="External"/><Relationship Id="rId15" Type="http://schemas.openxmlformats.org/officeDocument/2006/relationships/hyperlink" Target="https://youtu.be/1_jsMoIYsUk?t=201" TargetMode="External"/><Relationship Id="rId16" Type="http://schemas.openxmlformats.org/officeDocument/2006/relationships/hyperlink" Target="https://youtu.be/1_jsMoIYsUk?t=245" TargetMode="External"/><Relationship Id="rId17" Type="http://schemas.openxmlformats.org/officeDocument/2006/relationships/hyperlink" Target="https://youtu.be/1_jsMoIYsUk?t=293" TargetMode="External"/><Relationship Id="rId18" Type="http://schemas.openxmlformats.org/officeDocument/2006/relationships/hyperlink" Target="https://youtu.be/1_jsMoIYsUk?t=336" TargetMode="External"/><Relationship Id="rId19" Type="http://schemas.openxmlformats.org/officeDocument/2006/relationships/hyperlink" Target="https://youtu.be/1_jsMoIYsUk?t=379" TargetMode="External"/><Relationship Id="rId20" Type="http://schemas.openxmlformats.org/officeDocument/2006/relationships/hyperlink" Target="https://youtu.be/1_jsMoIYsUk?t=419" TargetMode="External"/><Relationship Id="rId21" Type="http://schemas.openxmlformats.org/officeDocument/2006/relationships/hyperlink" Target="https://youtu.be/1_jsMoIYsUk?t=464" TargetMode="External"/><Relationship Id="rId22" Type="http://schemas.openxmlformats.org/officeDocument/2006/relationships/hyperlink" Target="https://youtu.be/1_jsMoIYsUk?t=507" TargetMode="External"/><Relationship Id="rId23" Type="http://schemas.openxmlformats.org/officeDocument/2006/relationships/hyperlink" Target="https://youtu.be/1_jsMoIYsUk?t=557" TargetMode="External"/><Relationship Id="rId24" Type="http://schemas.openxmlformats.org/officeDocument/2006/relationships/hyperlink" Target="https://youtu.be/1_jsMoIYsUk?t=604" TargetMode="External"/><Relationship Id="rId25" Type="http://schemas.openxmlformats.org/officeDocument/2006/relationships/hyperlink" Target="https://youtu.be/1_jsMoIYsUk?t=644" TargetMode="External"/><Relationship Id="rId26" Type="http://schemas.openxmlformats.org/officeDocument/2006/relationships/hyperlink" Target="https://youtu.be/1_jsMoIYsUk?t=691" TargetMode="External"/><Relationship Id="rId27" Type="http://schemas.openxmlformats.org/officeDocument/2006/relationships/hyperlink" Target="https://youtu.be/1_jsMoIYsUk?t=738" TargetMode="External"/><Relationship Id="rId28" Type="http://schemas.openxmlformats.org/officeDocument/2006/relationships/hyperlink" Target="https://youtu.be/1_jsMoIYsUk?t=788" TargetMode="External"/><Relationship Id="rId29" Type="http://schemas.openxmlformats.org/officeDocument/2006/relationships/hyperlink" Target="https://youtu.be/1_jsMoIYsUk?t=830" TargetMode="External"/><Relationship Id="rId30" Type="http://schemas.openxmlformats.org/officeDocument/2006/relationships/hyperlink" Target="https://youtu.be/1_jsMoIYsUk?t=872" TargetMode="External"/><Relationship Id="rId31" Type="http://schemas.openxmlformats.org/officeDocument/2006/relationships/hyperlink" Target="https://youtu.be/1_jsMoIYsUk?t=913" TargetMode="External"/><Relationship Id="rId32" Type="http://schemas.openxmlformats.org/officeDocument/2006/relationships/hyperlink" Target="https://youtu.be/1_jsMoIYsUk?t=954" TargetMode="External"/><Relationship Id="rId33" Type="http://schemas.openxmlformats.org/officeDocument/2006/relationships/hyperlink" Target="https://youtu.be/1_jsMoIYsUk?t=997" TargetMode="External"/><Relationship Id="rId34" Type="http://schemas.openxmlformats.org/officeDocument/2006/relationships/hyperlink" Target="https://youtu.be/1_jsMoIYsUk?t=1038" TargetMode="External"/><Relationship Id="rId35" Type="http://schemas.openxmlformats.org/officeDocument/2006/relationships/hyperlink" Target="https://youtu.be/1_jsMoIYsUk?t=1083" TargetMode="External"/><Relationship Id="rId36" Type="http://schemas.openxmlformats.org/officeDocument/2006/relationships/hyperlink" Target="https://youtu.be/1_jsMoIYsUk?t=1125" TargetMode="External"/><Relationship Id="rId37" Type="http://schemas.openxmlformats.org/officeDocument/2006/relationships/hyperlink" Target="https://youtu.be/1_jsMoIYsUk?t=1194" TargetMode="External"/><Relationship Id="rId38" Type="http://schemas.openxmlformats.org/officeDocument/2006/relationships/hyperlink" Target="https://youtu.be/1_jsMoIYsUk?t=1235" TargetMode="External"/><Relationship Id="rId39" Type="http://schemas.openxmlformats.org/officeDocument/2006/relationships/hyperlink" Target="https://youtu.be/1_jsMoIYsUk?t=1310" TargetMode="External"/><Relationship Id="rId40" Type="http://schemas.openxmlformats.org/officeDocument/2006/relationships/hyperlink" Target="https://youtu.be/1_jsMoIYsUk?t=1356" TargetMode="External"/><Relationship Id="rId41" Type="http://schemas.openxmlformats.org/officeDocument/2006/relationships/hyperlink" Target="https://youtu.be/1_jsMoIYsUk?t=1398" TargetMode="External"/><Relationship Id="rId42" Type="http://schemas.openxmlformats.org/officeDocument/2006/relationships/hyperlink" Target="https://youtu.be/1_jsMoIYsUk?t=1441" TargetMode="External"/><Relationship Id="rId43" Type="http://schemas.openxmlformats.org/officeDocument/2006/relationships/hyperlink" Target="https://youtu.be/1_jsMoIYsUk?t=1485" TargetMode="External"/><Relationship Id="rId44" Type="http://schemas.openxmlformats.org/officeDocument/2006/relationships/hyperlink" Target="https://youtu.be/1_jsMoIYsUk?t=1528" TargetMode="External"/><Relationship Id="rId45" Type="http://schemas.openxmlformats.org/officeDocument/2006/relationships/hyperlink" Target="https://youtu.be/1_jsMoIYsUk?t=1578" TargetMode="External"/><Relationship Id="rId46" Type="http://schemas.openxmlformats.org/officeDocument/2006/relationships/hyperlink" Target="https://youtu.be/1_jsMoIYsUk?t=1619" TargetMode="External"/><Relationship Id="rId47" Type="http://schemas.openxmlformats.org/officeDocument/2006/relationships/hyperlink" Target="https://youtu.be/1_jsMoIYsUk?t=1660" TargetMode="External"/><Relationship Id="rId48" Type="http://schemas.openxmlformats.org/officeDocument/2006/relationships/hyperlink" Target="https://youtu.be/1_jsMoIYsUk?t=1705" TargetMode="External"/><Relationship Id="rId49" Type="http://schemas.openxmlformats.org/officeDocument/2006/relationships/hyperlink" Target="https://youtu.be/1_jsMoIYsUk?t=1750" TargetMode="External"/><Relationship Id="rId50" Type="http://schemas.openxmlformats.org/officeDocument/2006/relationships/hyperlink" Target="https://youtu.be/1_jsMoIYsUk?t=1791" TargetMode="External"/><Relationship Id="rId51" Type="http://schemas.openxmlformats.org/officeDocument/2006/relationships/hyperlink" Target="https://youtu.be/1_jsMoIYsUk?t=1833" TargetMode="External"/><Relationship Id="rId52" Type="http://schemas.openxmlformats.org/officeDocument/2006/relationships/hyperlink" Target="https://youtu.be/1_jsMoIYsUk?t=1875" TargetMode="External"/><Relationship Id="rId53" Type="http://schemas.openxmlformats.org/officeDocument/2006/relationships/hyperlink" Target="https://youtu.be/1_jsMoIYsUk?t=1917" TargetMode="External"/><Relationship Id="rId54" Type="http://schemas.openxmlformats.org/officeDocument/2006/relationships/hyperlink" Target="https://youtu.be/1_jsMoIYsUk?t=1962" TargetMode="External"/><Relationship Id="rId55" Type="http://schemas.openxmlformats.org/officeDocument/2006/relationships/hyperlink" Target="https://youtu.be/1_jsMoIYsUk?t=2008" TargetMode="External"/><Relationship Id="rId56" Type="http://schemas.openxmlformats.org/officeDocument/2006/relationships/hyperlink" Target="https://youtu.be/1_jsMoIYsUk?t=2060" TargetMode="External"/><Relationship Id="rId57" Type="http://schemas.openxmlformats.org/officeDocument/2006/relationships/hyperlink" Target="https://youtu.be/1_jsMoIYsUk?t=2103" TargetMode="External"/><Relationship Id="rId58" Type="http://schemas.openxmlformats.org/officeDocument/2006/relationships/hyperlink" Target="https://youtu.be/1_jsMoIYsUk?t=2158" TargetMode="External"/><Relationship Id="rId59" Type="http://schemas.openxmlformats.org/officeDocument/2006/relationships/hyperlink" Target="https://youtu.be/1_jsMoIYsUk?t=2203" TargetMode="External"/><Relationship Id="rId60" Type="http://schemas.openxmlformats.org/officeDocument/2006/relationships/hyperlink" Target="https://youtu.be/1_jsMoIYsUk?t=2245" TargetMode="External"/><Relationship Id="rId61" Type="http://schemas.openxmlformats.org/officeDocument/2006/relationships/hyperlink" Target="https://youtu.be/1_jsMoIYsUk?t=2285" TargetMode="External"/><Relationship Id="rId62" Type="http://schemas.openxmlformats.org/officeDocument/2006/relationships/hyperlink" Target="https://youtu.be/1_jsMoIYsUk?t=2326" TargetMode="External"/><Relationship Id="rId63" Type="http://schemas.openxmlformats.org/officeDocument/2006/relationships/hyperlink" Target="https://youtu.be/1_jsMoIYsUk?t=2368" TargetMode="External"/><Relationship Id="rId64" Type="http://schemas.openxmlformats.org/officeDocument/2006/relationships/hyperlink" Target="https://youtu.be/1_jsMoIYsUk?t=2410" TargetMode="External"/><Relationship Id="rId65" Type="http://schemas.openxmlformats.org/officeDocument/2006/relationships/hyperlink" Target="https://youtu.be/1_jsMoIYsUk?t=2464" TargetMode="External"/><Relationship Id="rId66" Type="http://schemas.openxmlformats.org/officeDocument/2006/relationships/hyperlink" Target="https://youtu.be/1_jsMoIYsUk?t=2505" TargetMode="External"/><Relationship Id="rId67" Type="http://schemas.openxmlformats.org/officeDocument/2006/relationships/hyperlink" Target="https://youtu.be/1_jsMoIYsUk?t=2546" TargetMode="External"/><Relationship Id="rId68" Type="http://schemas.openxmlformats.org/officeDocument/2006/relationships/hyperlink" Target="https://youtu.be/1_jsMoIYsUk?t=2587" TargetMode="External"/><Relationship Id="rId69" Type="http://schemas.openxmlformats.org/officeDocument/2006/relationships/hyperlink" Target="https://youtu.be/1_jsMoIYsUk?t=2628" TargetMode="External"/><Relationship Id="rId70" Type="http://schemas.openxmlformats.org/officeDocument/2006/relationships/hyperlink" Target="https://youtu.be/1_jsMoIYsUk?t=2676" TargetMode="External"/><Relationship Id="rId71" Type="http://schemas.openxmlformats.org/officeDocument/2006/relationships/hyperlink" Target="https://youtu.be/1_jsMoIYsUk?t=2722" TargetMode="External"/><Relationship Id="rId72" Type="http://schemas.openxmlformats.org/officeDocument/2006/relationships/hyperlink" Target="https://youtu.be/1_jsMoIYsUk?t=2764" TargetMode="External"/><Relationship Id="rId73" Type="http://schemas.openxmlformats.org/officeDocument/2006/relationships/hyperlink" Target="https://youtu.be/1_jsMoIYsUk?t=2805" TargetMode="External"/><Relationship Id="rId74" Type="http://schemas.openxmlformats.org/officeDocument/2006/relationships/hyperlink" Target="https://youtu.be/1_jsMoIYsUk?t=2847" TargetMode="External"/><Relationship Id="rId75" Type="http://schemas.openxmlformats.org/officeDocument/2006/relationships/hyperlink" Target="https://youtu.be/1_jsMoIYsUk?t=2888" TargetMode="External"/><Relationship Id="rId76" Type="http://schemas.openxmlformats.org/officeDocument/2006/relationships/hyperlink" Target="https://youtu.be/1_jsMoIYsUk?t=2928" TargetMode="External"/><Relationship Id="rId77" Type="http://schemas.openxmlformats.org/officeDocument/2006/relationships/hyperlink" Target="https://youtu.be/1_jsMoIYsUk?t=2970" TargetMode="External"/><Relationship Id="rId78" Type="http://schemas.openxmlformats.org/officeDocument/2006/relationships/hyperlink" Target="https://youtu.be/1_jsMoIYsUk?t=3012" TargetMode="External"/><Relationship Id="rId79" Type="http://schemas.openxmlformats.org/officeDocument/2006/relationships/hyperlink" Target="https://youtu.be/1_jsMoIYsUk?t=3057" TargetMode="External"/><Relationship Id="rId80" Type="http://schemas.openxmlformats.org/officeDocument/2006/relationships/hyperlink" Target="https://youtu.be/1_jsMoIYsUk?t=3099" TargetMode="External"/><Relationship Id="rId81" Type="http://schemas.openxmlformats.org/officeDocument/2006/relationships/hyperlink" Target="https://youtu.be/1_jsMoIYsUk?t=3162" TargetMode="External"/><Relationship Id="rId82" Type="http://schemas.openxmlformats.org/officeDocument/2006/relationships/hyperlink" Target="https://youtu.be/1_jsMoIYsUk?t=3207" TargetMode="External"/><Relationship Id="rId83" Type="http://schemas.openxmlformats.org/officeDocument/2006/relationships/hyperlink" Target="https://youtu.be/1_jsMoIYsUk?t=3251" TargetMode="External"/><Relationship Id="rId84" Type="http://schemas.openxmlformats.org/officeDocument/2006/relationships/hyperlink" Target="https://youtu.be/1_jsMoIYsUk?t=3298" TargetMode="External"/><Relationship Id="rId85" Type="http://schemas.openxmlformats.org/officeDocument/2006/relationships/hyperlink" Target="https://youtu.be/1_jsMoIYsUk?t=3342" TargetMode="External"/><Relationship Id="rId86" Type="http://schemas.openxmlformats.org/officeDocument/2006/relationships/hyperlink" Target="https://youtu.be/1_jsMoIYsUk?t=3385" TargetMode="External"/><Relationship Id="rId87" Type="http://schemas.openxmlformats.org/officeDocument/2006/relationships/hyperlink" Target="https://youtu.be/1_jsMoIYsUk?t=3430" TargetMode="External"/><Relationship Id="rId88" Type="http://schemas.openxmlformats.org/officeDocument/2006/relationships/hyperlink" Target="https://youtu.be/1_jsMoIYsUk?t=3479" TargetMode="External"/><Relationship Id="rId89" Type="http://schemas.openxmlformats.org/officeDocument/2006/relationships/hyperlink" Target="https://youtu.be/1_jsMoIYsUk?t=3520" TargetMode="External"/><Relationship Id="rId90" Type="http://schemas.openxmlformats.org/officeDocument/2006/relationships/hyperlink" Target="https://youtu.be/1_jsMoIYsUk?t=3562" TargetMode="External"/><Relationship Id="rId91" Type="http://schemas.openxmlformats.org/officeDocument/2006/relationships/hyperlink" Target="https://youtu.be/1_jsMoIYsUk?t=3602" TargetMode="External"/><Relationship Id="rId92" Type="http://schemas.openxmlformats.org/officeDocument/2006/relationships/hyperlink" Target="https://youtu.be/1_jsMoIYsUk?t=3652" TargetMode="External"/><Relationship Id="rId93" Type="http://schemas.openxmlformats.org/officeDocument/2006/relationships/hyperlink" Target="https://youtu.be/1_jsMoIYsUk?t=3696" TargetMode="External"/><Relationship Id="rId94" Type="http://schemas.openxmlformats.org/officeDocument/2006/relationships/hyperlink" Target="https://youtu.be/1_jsMoIYsUk?t=3740" TargetMode="External"/><Relationship Id="rId95" Type="http://schemas.openxmlformats.org/officeDocument/2006/relationships/hyperlink" Target="https://youtu.be/1_jsMoIYsUk?t=3782" TargetMode="External"/><Relationship Id="rId96" Type="http://schemas.openxmlformats.org/officeDocument/2006/relationships/hyperlink" Target="https://youtu.be/1_jsMoIYsUk?t=3824" TargetMode="External"/><Relationship Id="rId97" Type="http://schemas.openxmlformats.org/officeDocument/2006/relationships/hyperlink" Target="https://youtu.be/1_jsMoIYsUk?t=3867" TargetMode="External"/><Relationship Id="rId98" Type="http://schemas.openxmlformats.org/officeDocument/2006/relationships/hyperlink" Target="https://youtu.be/1_jsMoIYsUk?t=3919" TargetMode="External"/><Relationship Id="rId99" Type="http://schemas.openxmlformats.org/officeDocument/2006/relationships/hyperlink" Target="https://youtu.be/1_jsMoIYsUk?t=3962" TargetMode="External"/><Relationship Id="rId100" Type="http://schemas.openxmlformats.org/officeDocument/2006/relationships/hyperlink" Target="https://youtu.be/1_jsMoIYsUk?t=4007" TargetMode="External"/><Relationship Id="rId101" Type="http://schemas.openxmlformats.org/officeDocument/2006/relationships/hyperlink" Target="https://youtu.be/1_jsMoIYsUk?t=4048" TargetMode="External"/><Relationship Id="rId102" Type="http://schemas.openxmlformats.org/officeDocument/2006/relationships/hyperlink" Target="https://youtu.be/1_jsMoIYsUk?t=4089" TargetMode="External"/><Relationship Id="rId103" Type="http://schemas.openxmlformats.org/officeDocument/2006/relationships/hyperlink" Target="https://youtu.be/1_jsMoIYsUk?t=4134" TargetMode="External"/><Relationship Id="rId104" Type="http://schemas.openxmlformats.org/officeDocument/2006/relationships/hyperlink" Target="https://youtu.be/1_jsMoIYsUk?t=4179" TargetMode="External"/><Relationship Id="rId105" Type="http://schemas.openxmlformats.org/officeDocument/2006/relationships/hyperlink" Target="https://youtu.be/1_jsMoIYsUk?t=4220" TargetMode="External"/><Relationship Id="rId106" Type="http://schemas.openxmlformats.org/officeDocument/2006/relationships/hyperlink" Target="https://youtu.be/1_jsMoIYsUk?t=4261" TargetMode="External"/><Relationship Id="rId107" Type="http://schemas.openxmlformats.org/officeDocument/2006/relationships/hyperlink" Target="https://youtu.be/1_jsMoIYsUk?t=4305" TargetMode="External"/><Relationship Id="rId108" Type="http://schemas.openxmlformats.org/officeDocument/2006/relationships/hyperlink" Target="https://youtu.be/1_jsMoIYsUk?t=4346" TargetMode="External"/><Relationship Id="rId109" Type="http://schemas.openxmlformats.org/officeDocument/2006/relationships/hyperlink" Target="https://youtu.be/1_jsMoIYsUk?t=4388" TargetMode="External"/><Relationship Id="rId110" Type="http://schemas.openxmlformats.org/officeDocument/2006/relationships/hyperlink" Target="https://youtu.be/1_jsMoIYsUk?t=4430" TargetMode="External"/><Relationship Id="rId111" Type="http://schemas.openxmlformats.org/officeDocument/2006/relationships/hyperlink" Target="https://youtu.be/1_jsMoIYsUk?t=4472" TargetMode="External"/><Relationship Id="rId112" Type="http://schemas.openxmlformats.org/officeDocument/2006/relationships/hyperlink" Target="https://youtu.be/1_jsMoIYsUk?t=4514" TargetMode="External"/><Relationship Id="rId113" Type="http://schemas.openxmlformats.org/officeDocument/2006/relationships/hyperlink" Target="https://youtu.be/1_jsMoIYsUk?t=4573" TargetMode="External"/><Relationship Id="rId114" Type="http://schemas.openxmlformats.org/officeDocument/2006/relationships/hyperlink" Target="https://youtu.be/1_jsMoIYsUk?t=4615" TargetMode="External"/><Relationship Id="rId115" Type="http://schemas.openxmlformats.org/officeDocument/2006/relationships/hyperlink" Target="https://youtu.be/1_jsMoIYsUk?t=4658" TargetMode="External"/><Relationship Id="rId116" Type="http://schemas.openxmlformats.org/officeDocument/2006/relationships/hyperlink" Target="https://youtu.be/1_jsMoIYsUk?t=4701" TargetMode="External"/><Relationship Id="rId117" Type="http://schemas.openxmlformats.org/officeDocument/2006/relationships/hyperlink" Target="https://youtu.be/1_jsMoIYsUk?t=4746" TargetMode="External"/><Relationship Id="rId118" Type="http://schemas.openxmlformats.org/officeDocument/2006/relationships/hyperlink" Target="https://youtu.be/1_jsMoIYsUk?t=4786" TargetMode="External"/><Relationship Id="rId119" Type="http://schemas.openxmlformats.org/officeDocument/2006/relationships/hyperlink" Target="https://youtu.be/1_jsMoIYsUk?t=4830" TargetMode="External"/><Relationship Id="rId120" Type="http://schemas.openxmlformats.org/officeDocument/2006/relationships/hyperlink" Target="https://youtu.be/1_jsMoIYsUk?t=4872" TargetMode="External"/><Relationship Id="rId121" Type="http://schemas.openxmlformats.org/officeDocument/2006/relationships/hyperlink" Target="https://youtu.be/1_jsMoIYsUk?t=4889" TargetMode="External"/><Relationship Id="rId122" Type="http://schemas.openxmlformats.org/officeDocument/2006/relationships/hyperlink" Target="https://youtu.be/1_jsMoIYsUk?t=4937" TargetMode="External"/><Relationship Id="rId123" Type="http://schemas.openxmlformats.org/officeDocument/2006/relationships/hyperlink" Target="https://youtu.be/1_jsMoIYsUk?t=4941" TargetMode="External"/><Relationship Id="rId124" Type="http://schemas.openxmlformats.org/officeDocument/2006/relationships/hyperlink" Target="https://youtu.be/1_jsMoIYsUk?t=149" TargetMode="External"/><Relationship Id="rId125" Type="http://schemas.openxmlformats.org/officeDocument/2006/relationships/hyperlink" Target="https://youtu.be/1_jsMoIYsUk?t=156" TargetMode="External"/><Relationship Id="rId126" Type="http://schemas.openxmlformats.org/officeDocument/2006/relationships/hyperlink" Target="https://youtu.be/1_jsMoIYsUk?t=164" TargetMode="External"/><Relationship Id="rId127" Type="http://schemas.openxmlformats.org/officeDocument/2006/relationships/hyperlink" Target="https://youtu.be/1_jsMoIYsUk?t=169" TargetMode="External"/><Relationship Id="rId128" Type="http://schemas.openxmlformats.org/officeDocument/2006/relationships/hyperlink" Target="https://youtu.be/1_jsMoIYsUk?t=180" TargetMode="External"/><Relationship Id="rId129" Type="http://schemas.openxmlformats.org/officeDocument/2006/relationships/hyperlink" Target="https://youtu.be/1_jsMoIYsUk?t=348" TargetMode="External"/><Relationship Id="rId130" Type="http://schemas.openxmlformats.org/officeDocument/2006/relationships/hyperlink" Target="https://youtu.be/1_jsMoIYsUk?t=500" TargetMode="External"/><Relationship Id="rId131" Type="http://schemas.openxmlformats.org/officeDocument/2006/relationships/hyperlink" Target="https://youtu.be/1_jsMoIYsUk?t=595" TargetMode="External"/><Relationship Id="rId132" Type="http://schemas.openxmlformats.org/officeDocument/2006/relationships/hyperlink" Target="https://youtu.be/1_jsMoIYsUk?t=597" TargetMode="External"/><Relationship Id="rId133" Type="http://schemas.openxmlformats.org/officeDocument/2006/relationships/hyperlink" Target="https://youtu.be/1_jsMoIYsUk?t=717" TargetMode="External"/><Relationship Id="rId134" Type="http://schemas.openxmlformats.org/officeDocument/2006/relationships/hyperlink" Target="https://youtu.be/1_jsMoIYsUk?t=726" TargetMode="External"/><Relationship Id="rId135" Type="http://schemas.openxmlformats.org/officeDocument/2006/relationships/hyperlink" Target="https://youtu.be/1_jsMoIYsUk?t=947" TargetMode="External"/><Relationship Id="rId136" Type="http://schemas.openxmlformats.org/officeDocument/2006/relationships/hyperlink" Target="https://youtu.be/1_jsMoIYsUk?t=952" TargetMode="External"/><Relationship Id="rId137" Type="http://schemas.openxmlformats.org/officeDocument/2006/relationships/hyperlink" Target="https://youtu.be/1_jsMoIYsUk?t=959" TargetMode="External"/><Relationship Id="rId138" Type="http://schemas.openxmlformats.org/officeDocument/2006/relationships/hyperlink" Target="https://youtu.be/1_jsMoIYsUk?t=1160" TargetMode="External"/><Relationship Id="rId139" Type="http://schemas.openxmlformats.org/officeDocument/2006/relationships/hyperlink" Target="https://youtu.be/1_jsMoIYsUk?t=2124" TargetMode="External"/><Relationship Id="rId140" Type="http://schemas.openxmlformats.org/officeDocument/2006/relationships/hyperlink" Target="https://youtu.be/1_jsMoIYsUk?t=2387" TargetMode="External"/><Relationship Id="rId141" Type="http://schemas.openxmlformats.org/officeDocument/2006/relationships/hyperlink" Target="https://youtu.be/1_jsMoIYsUk?t=3121" TargetMode="External"/><Relationship Id="rId142" Type="http://schemas.openxmlformats.org/officeDocument/2006/relationships/hyperlink" Target="https://youtu.be/1_jsMoIYsUk?t=3134" TargetMode="External"/><Relationship Id="rId143" Type="http://schemas.openxmlformats.org/officeDocument/2006/relationships/hyperlink" Target="https://youtu.be/1_jsMoIYsUk?t=4405" TargetMode="External"/><Relationship Id="rId144" Type="http://schemas.openxmlformats.org/officeDocument/2006/relationships/hyperlink" Target="https://youtu.be/1_jsMoIYsUk?t=4411" TargetMode="External"/><Relationship Id="rId145" Type="http://schemas.openxmlformats.org/officeDocument/2006/relationships/hyperlink" Target="https://youtu.be/1_jsMoIYsUk?t=4425" TargetMode="External"/><Relationship Id="rId146" Type="http://schemas.openxmlformats.org/officeDocument/2006/relationships/hyperlink" Target="https://youtu.be/1_jsMoIYsUk?t=4434" TargetMode="External"/><Relationship Id="rId147" Type="http://schemas.openxmlformats.org/officeDocument/2006/relationships/hyperlink" Target="https://youtu.be/1_jsMoIYsUk?t=4586" TargetMode="External"/><Relationship Id="rId148" Type="http://schemas.openxmlformats.org/officeDocument/2006/relationships/hyperlink" Target="https://youtu.be/1_jsMoIYsUk?t=4666" TargetMode="External"/><Relationship Id="rId149" Type="http://schemas.openxmlformats.org/officeDocument/2006/relationships/hyperlink" Target="https://youtu.be/1_jsMoIYsUk?t=46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2 — 43.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